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da6b0b87a27cfba4f17c7a8d8912b82f3480ab"/>
    <w:p>
      <w:pPr>
        <w:pStyle w:val="Heading1"/>
      </w:pPr>
      <w:r>
        <w:rPr>
          <w:b/>
          <w:bCs/>
        </w:rPr>
        <w:t xml:space="preserve">The Great Fire</w:t>
      </w:r>
      <w:r>
        <w:br/>
      </w:r>
      <w:r>
        <w:rPr>
          <w:i/>
          <w:iCs/>
        </w:rPr>
        <w:t xml:space="preserve">Jim Murphy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city boasted having 59,500 buildings, many of them — such as the Courthouse and the Tribune Building — large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ornately</w:t>
      </w:r>
      <w:r>
        <w:rPr>
          <w:b/>
          <w:bCs/>
        </w:rPr>
        <w:t xml:space="preserve"> </w:t>
      </w:r>
      <w:r>
        <w:rPr>
          <w:b/>
          <w:bCs/>
        </w:rPr>
        <w:t xml:space="preserve">decorated.</w:t>
      </w:r>
      <w:r>
        <w:br/>
      </w:r>
      <w:r>
        <w:t xml:space="preserve">    (a) with much decorative detail</w:t>
      </w:r>
      <w:r>
        <w:br/>
      </w:r>
      <w:r>
        <w:t xml:space="preserve">    (b) in a strongly biased manner</w:t>
      </w:r>
      <w:r>
        <w:br/>
      </w:r>
      <w:r>
        <w:t xml:space="preserve">    (c) in a manner that sticks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the day the fire started, over 55 miles of pine-block streets and 600 miles of wooden sidewalks bound the 23,000 acres of the city in a highly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combustible</w:t>
      </w:r>
      <w:r>
        <w:rPr>
          <w:b/>
          <w:bCs/>
        </w:rPr>
        <w:t xml:space="preserve"> </w:t>
      </w:r>
      <w:r>
        <w:rPr>
          <w:b/>
          <w:bCs/>
        </w:rPr>
        <w:t xml:space="preserve">knot.</w:t>
      </w:r>
      <w:r>
        <w:br/>
      </w:r>
      <w:r>
        <w:t xml:space="preserve">    (a) wrong understanding</w:t>
      </w:r>
      <w:r>
        <w:br/>
      </w:r>
      <w:r>
        <w:t xml:space="preserve">    (b) act of hiring again</w:t>
      </w:r>
      <w:r>
        <w:br/>
      </w:r>
      <w:r>
        <w:t xml:space="preserve">    (c) able to burn easily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for Goll, he claimed later at the official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inquiry</w:t>
      </w:r>
      <w:r>
        <w:rPr>
          <w:b/>
          <w:bCs/>
        </w:rPr>
        <w:t xml:space="preserve"> </w:t>
      </w:r>
      <w:r>
        <w:rPr>
          <w:b/>
          <w:bCs/>
        </w:rPr>
        <w:t xml:space="preserve">into the fire that he had waited for Lee to leave and then turned in the alarm.</w:t>
      </w:r>
      <w:r>
        <w:br/>
      </w:r>
      <w:r>
        <w:t xml:space="preserve">    (a) reason (for doing something)</w:t>
      </w:r>
      <w:r>
        <w:br/>
      </w:r>
      <w:r>
        <w:t xml:space="preserve">    (b) small quantity or indication</w:t>
      </w:r>
      <w:r>
        <w:br/>
      </w:r>
      <w:r>
        <w:t xml:space="preserve">    (c) questioning or investigating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this system sounds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cumbersome</w:t>
      </w:r>
      <w:r>
        <w:rPr>
          <w:b/>
          <w:bCs/>
        </w:rPr>
        <w:t xml:space="preserve"> </w:t>
      </w:r>
      <w:r>
        <w:rPr>
          <w:b/>
          <w:bCs/>
        </w:rPr>
        <w:t xml:space="preserve">to us, back in 1871 it was considered quite speedy and efficient.</w:t>
      </w:r>
      <w:r>
        <w:br/>
      </w:r>
      <w:r>
        <w:t xml:space="preserve">    (a) made by taking on as one's own</w:t>
      </w:r>
      <w:r>
        <w:br/>
      </w:r>
      <w:r>
        <w:t xml:space="preserve">    (b) difficult to handle or awkward</w:t>
      </w:r>
      <w:r>
        <w:br/>
      </w:r>
      <w:r>
        <w:t xml:space="preserve">    (c) a sensible view of a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Chamberlin's distaste for the area and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inhabitants</w:t>
      </w:r>
      <w:r>
        <w:rPr>
          <w:b/>
          <w:bCs/>
        </w:rPr>
        <w:t xml:space="preserve"> </w:t>
      </w:r>
      <w:r>
        <w:rPr>
          <w:b/>
          <w:bCs/>
        </w:rPr>
        <w:t xml:space="preserve">was shared by a great many people living in the city's wealthier sections and would go a long way toward fixing the blame for the Great Fire.</w:t>
      </w:r>
      <w:r>
        <w:br/>
      </w:r>
      <w:r>
        <w:t xml:space="preserve">    (a) things designed to stops something else</w:t>
      </w:r>
      <w:r>
        <w:br/>
      </w:r>
      <w:r>
        <w:t xml:space="preserve">    (b) people (who live in a particular place)</w:t>
      </w:r>
      <w:r>
        <w:br/>
      </w:r>
      <w:r>
        <w:t xml:space="preserve">    (c) things accepted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heat and dry air had left twelve-year-old Claire Innes tired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listless</w:t>
      </w:r>
      <w:r>
        <w:rPr>
          <w:b/>
          <w:bCs/>
        </w:rPr>
        <w:t xml:space="preserve"> </w:t>
      </w:r>
      <w:r>
        <w:rPr>
          <w:b/>
          <w:bCs/>
        </w:rPr>
        <w:t xml:space="preserve">all day.</w:t>
      </w:r>
      <w:r>
        <w:br/>
      </w:r>
      <w:r>
        <w:t xml:space="preserve">    (a) inconspicuousness or trustworthiness</w:t>
      </w:r>
      <w:r>
        <w:br/>
      </w:r>
      <w:r>
        <w:t xml:space="preserve">    (b) lacking a reason for doing something</w:t>
      </w:r>
      <w:r>
        <w:br/>
      </w:r>
      <w:r>
        <w:t xml:space="preserve">    (c) lacking energy and normal enthusiasm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the fire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itself on the tall steeple, the wind would spread firebrands over an even larger area.</w:t>
      </w:r>
      <w:r>
        <w:br/>
      </w:r>
      <w:r>
        <w:t xml:space="preserve">    (a) persuaded someone to want something (often sex or love) by tempting with something desired</w:t>
      </w:r>
      <w:r>
        <w:br/>
      </w:r>
      <w:r>
        <w:t xml:space="preserve">    (b) not having a relationship whereby a change in one thing helps predict a change in another</w:t>
      </w:r>
      <w:r>
        <w:br/>
      </w:r>
      <w:r>
        <w:t xml:space="preserve">    (c) set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Idle gossip had hardened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fact.</w:t>
      </w:r>
      <w:r>
        <w:br/>
      </w:r>
      <w:r>
        <w:t xml:space="preserve">    (a) examined an issue, got opinions by asking specific questions; and/or asked people for political support individually</w:t>
      </w:r>
      <w:r>
        <w:br/>
      </w:r>
      <w:r>
        <w:t xml:space="preserve">    (b) accepted as true</w:t>
      </w:r>
      <w:r>
        <w:br/>
      </w:r>
      <w:r>
        <w:t xml:space="preserve">    (c) accepted someone's membership though a special procedure such as a ceremony and/or period of instruction and/or 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Crosby's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Opera</w:t>
      </w:r>
      <w:r>
        <w:rPr>
          <w:b/>
          <w:bCs/>
        </w:rPr>
        <w:t xml:space="preserve"> </w:t>
      </w:r>
      <w:r>
        <w:rPr>
          <w:b/>
          <w:bCs/>
        </w:rPr>
        <w:t xml:space="preserve">House burns while pedestrians scamper to safety.</w:t>
      </w:r>
      <w:r>
        <w:br/>
      </w:r>
      <w:r>
        <w:t xml:space="preserve">    (a) a musical play with orchestra in which most of the dialogue is sung (or the art form that consists of such musicals; or describing something as related to that art form)</w:t>
      </w:r>
      <w:r>
        <w:br/>
      </w:r>
      <w:r>
        <w:t xml:space="preserve">    (b) the act of forcing into an undesired activity or situation -- such as legally sentencing someone to punishment  OR  the act of finding guilty -- especially in court</w:t>
      </w:r>
      <w:r>
        <w:br/>
      </w:r>
      <w:r>
        <w:t xml:space="preserve">    (c) a person with or something related to an eating disorder in which overeating is followed by guilt and unhealthy attempts at correction -- especially self-induced vomiting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Bits of burning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debris</w:t>
      </w:r>
      <w:r>
        <w:rPr>
          <w:b/>
          <w:bCs/>
        </w:rPr>
        <w:t xml:space="preserve"> </w:t>
      </w:r>
      <w:r>
        <w:rPr>
          <w:b/>
          <w:bCs/>
        </w:rPr>
        <w:t xml:space="preserve">fell from the bridge and set boats below on fire.</w:t>
      </w:r>
      <w:r>
        <w:br/>
      </w:r>
      <w:r>
        <w:t xml:space="preserve">    (a) passages food and drink follow between the back of mouths and the stomachs</w:t>
      </w:r>
      <w:r>
        <w:br/>
      </w:r>
      <w:r>
        <w:t xml:space="preserve">    (b) the act of treating or preparing food in a way that keeps it from spoiling</w:t>
      </w:r>
      <w:r>
        <w:br/>
      </w:r>
      <w:r>
        <w:t xml:space="preserve">    (c) pieces of something that has been destroyed; or trash that is lying around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Tens of thousands of people scrambled for their lives, became trapped and confused; most figured out how to escape, but scores of people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perished</w:t>
      </w:r>
      <w:r>
        <w:rPr>
          <w:b/>
          <w:bCs/>
        </w:rPr>
        <w:t xml:space="preserve"> </w:t>
      </w:r>
      <w:r>
        <w:rPr>
          <w:b/>
          <w:bCs/>
        </w:rPr>
        <w:t xml:space="preserve">in dead-end streets.</w:t>
      </w:r>
      <w:r>
        <w:br/>
      </w:r>
      <w:r>
        <w:t xml:space="preserve">    (a) died, was destroyed, or ceased to exist</w:t>
      </w:r>
      <w:r>
        <w:br/>
      </w:r>
      <w:r>
        <w:t xml:space="preserve">    (b) moved into position to work; or started</w:t>
      </w:r>
      <w:r>
        <w:br/>
      </w:r>
      <w:r>
        <w:t xml:space="preserve">    (c) examined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factors</w:t>
      </w:r>
      <w:r>
        <w:rPr>
          <w:b/>
          <w:bCs/>
        </w:rPr>
        <w:t xml:space="preserve"> </w:t>
      </w:r>
      <w:r>
        <w:rPr>
          <w:b/>
          <w:bCs/>
        </w:rPr>
        <w:t xml:space="preserve">may have contributed to her survival.</w:t>
      </w:r>
      <w:r>
        <w:br/>
      </w:r>
      <w:r>
        <w:t xml:space="preserve">    (a) theories on the origin of the universe</w:t>
      </w:r>
      <w:r>
        <w:br/>
      </w:r>
      <w:r>
        <w:t xml:space="preserve">    (b) things that affect a result or outcome</w:t>
      </w:r>
      <w:r>
        <w:br/>
      </w:r>
      <w:r>
        <w:t xml:space="preserve">    (c) People who are of lower rank or status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witness reported seeing a group of well-dressed people from a German saloon singing one tune after another while, a few tombstones away, a small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congregation</w:t>
      </w:r>
      <w:r>
        <w:rPr>
          <w:b/>
          <w:bCs/>
        </w:rPr>
        <w:t xml:space="preserve"> </w:t>
      </w:r>
      <w:r>
        <w:rPr>
          <w:b/>
          <w:bCs/>
        </w:rPr>
        <w:t xml:space="preserve">of Methodists held a prayer meeting.</w:t>
      </w:r>
      <w:r>
        <w:br/>
      </w:r>
      <w:r>
        <w:t xml:space="preserve">    (a) the act, process, or instance of telling a story</w:t>
      </w:r>
      <w:r>
        <w:br/>
      </w:r>
      <w:r>
        <w:t xml:space="preserve">    (b) people who worship together in the same building</w:t>
      </w:r>
      <w:r>
        <w:br/>
      </w:r>
      <w:r>
        <w:t xml:space="preserve">    (c) a general feeling of not being as good as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all only 120 bodies would be recovered, though officials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estimated</w:t>
      </w:r>
      <w:r>
        <w:rPr>
          <w:b/>
          <w:bCs/>
        </w:rPr>
        <w:t xml:space="preserve"> </w:t>
      </w:r>
      <w:r>
        <w:rPr>
          <w:b/>
          <w:bCs/>
        </w:rPr>
        <w:t xml:space="preserve">that nearly 300 people perished in the flames.</w:t>
      </w:r>
      <w:r>
        <w:br/>
      </w:r>
      <w:r>
        <w:t xml:space="preserve">    (a) roughly calculated or guessed (based on incomplete information) a value, quantity, or extent of something</w:t>
      </w:r>
      <w:r>
        <w:br/>
      </w:r>
      <w:r>
        <w:t xml:space="preserve">    (b) put into a trance-like state of focused concentration and heightened suggestibility (a state of hypnosis)</w:t>
      </w:r>
      <w:r>
        <w:br/>
      </w:r>
      <w:r>
        <w:t xml:space="preserve">    (c) disappointed from losing false belief that something is better than it is; or the removal of such a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demanded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culprit</w:t>
      </w:r>
      <w:r>
        <w:rPr>
          <w:b/>
          <w:bCs/>
        </w:rPr>
        <w:t xml:space="preserve"> </w:t>
      </w:r>
      <w:r>
        <w:rPr>
          <w:b/>
          <w:bCs/>
        </w:rPr>
        <w:t xml:space="preserve">— and Catherine O'Leary was the handiest target in sight.</w:t>
      </w:r>
      <w:r>
        <w:br/>
      </w:r>
      <w:r>
        <w:t xml:space="preserve">    (a) person responsible for a wrongdoing</w:t>
      </w:r>
      <w:r>
        <w:br/>
      </w:r>
      <w:r>
        <w:t xml:space="preserve">    (b) a basic building block for proteins</w:t>
      </w:r>
      <w:r>
        <w:br/>
      </w:r>
      <w:r>
        <w:t xml:space="preserve">    (c) someone who believe in a single God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the absence of an alarm being turned in at Goll's drugstore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subsequent</w:t>
      </w:r>
      <w:r>
        <w:rPr>
          <w:b/>
          <w:bCs/>
        </w:rPr>
        <w:t xml:space="preserve"> </w:t>
      </w:r>
      <w:r>
        <w:rPr>
          <w:b/>
          <w:bCs/>
        </w:rPr>
        <w:t xml:space="preserve">incorrect signals sent from the Courthouse were discussed.</w:t>
      </w:r>
      <w:r>
        <w:br/>
      </w:r>
      <w:r>
        <w:t xml:space="preserve">    (a) able to take on or adopt</w:t>
      </w:r>
      <w:r>
        <w:br/>
      </w:r>
      <w:r>
        <w:t xml:space="preserve">    (b) the state of being awake</w:t>
      </w:r>
      <w:r>
        <w:br/>
      </w:r>
      <w:r>
        <w:t xml:space="preserve">    (c) following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some firemen did act strangely (moved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lethargically</w:t>
      </w:r>
      <w:r>
        <w:rPr>
          <w:b/>
          <w:bCs/>
        </w:rPr>
        <w:t xml:space="preserve">, were clumsy, or had a glazed look in their eyes) on the night of the Great Fire, the best explanation is that they were completely exhausted from overwork and a lack of sleep.</w:t>
      </w:r>
      <w:r>
        <w:br/>
      </w:r>
      <w:r>
        <w:t xml:space="preserve">    (a) without energy</w:t>
      </w:r>
      <w:r>
        <w:br/>
      </w:r>
      <w:r>
        <w:t xml:space="preserve">    (b) without regret</w:t>
      </w:r>
      <w:r>
        <w:br/>
      </w:r>
      <w:r>
        <w:t xml:space="preserve">    (c) with certainty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Everybody seemed cool and collected ...and it is sufficient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refutation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absurd stories which have been circulating of outrages, lynchings, etc., to state the simple fact that my wife and her sister ...were a long time walking about the streets in the vicinity of the fire ...without ever a feeling of insecurity, or receiving an uncivil word from anyone.</w:t>
      </w:r>
      <w:r>
        <w:br/>
      </w:r>
      <w:r>
        <w:t xml:space="preserve">    (a) found a condition or substance to be present</w:t>
      </w:r>
      <w:r>
        <w:br/>
      </w:r>
      <w:r>
        <w:t xml:space="preserve">    (b) Nazi organization for children aged 10 to 18</w:t>
      </w:r>
      <w:r>
        <w:br/>
      </w:r>
      <w:r>
        <w:t xml:space="preserve">    (c) evidence or argument that something is false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 feeling of the general public —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bolstered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press's focus on the "poverty-stricken" Catherine O'Leary and the "drunken" firefighters wasn't sympathetic at all.</w:t>
      </w:r>
      <w:r>
        <w:br/>
      </w:r>
      <w:r>
        <w:t xml:space="preserve">    (a) thought -- possibly aloud</w:t>
      </w:r>
      <w:r>
        <w:br/>
      </w:r>
      <w:r>
        <w:t xml:space="preserve">    (b) supported or strengthened</w:t>
      </w:r>
      <w:r>
        <w:br/>
      </w:r>
      <w:r>
        <w:t xml:space="preserve">    (c) expelled or gotten rid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Knox was talking specifically about New York City, but his concluding thoughts on this process could be applied to all large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urban</w:t>
      </w:r>
      <w:r>
        <w:rPr>
          <w:b/>
          <w:bCs/>
        </w:rPr>
        <w:t xml:space="preserve"> </w:t>
      </w:r>
      <w:r>
        <w:rPr>
          <w:b/>
          <w:bCs/>
        </w:rPr>
        <w:t xml:space="preserve">centers.</w:t>
      </w:r>
      <w:r>
        <w:br/>
      </w:r>
      <w:r>
        <w:t xml:space="preserve">    (a) real</w:t>
      </w:r>
      <w:r>
        <w:br/>
      </w:r>
      <w:r>
        <w:t xml:space="preserve">    (b) city</w:t>
      </w:r>
      <w:r>
        <w:br/>
      </w:r>
      <w:r>
        <w:t xml:space="preserve">    (c) wise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2026-07-31T20:00:05Z</dcterms:created>
  <dcterms:modified xsi:type="dcterms:W3CDTF">2026-07-31T20:00:05Z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