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529fc476f880db804c2e3d12a24a2a2bcc28e0"/>
    <w:p>
      <w:pPr>
        <w:pStyle w:val="Heading1"/>
      </w:pPr>
      <w:r>
        <w:rPr>
          <w:b/>
          <w:bCs/>
        </w:rPr>
        <w:t xml:space="preserve">The Graveyard Book</w:t>
      </w:r>
      <w:r>
        <w:br/>
      </w:r>
      <w:r>
        <w:rPr>
          <w:i/>
          <w:iCs/>
        </w:rPr>
        <w:t xml:space="preserve">Neil Gaiman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always easier to die gently, to wake in due time in the place you were buried, to come to terms with your death and to get acquainted with the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.</w:t>
      </w:r>
      <w:r>
        <w:br/>
      </w:r>
      <w:r>
        <w:t xml:space="preserve">    (a) things accepted as true (without proof)</w:t>
      </w:r>
      <w:r>
        <w:br/>
      </w:r>
      <w:r>
        <w:t xml:space="preserve">    (b) people (who live in a particular place)</w:t>
      </w:r>
      <w:r>
        <w:br/>
      </w:r>
      <w:r>
        <w:t xml:space="preserve">    (c) things designed to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Owens walked inside, looking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dubiously</w:t>
      </w:r>
      <w:r>
        <w:rPr>
          <w:b/>
          <w:bCs/>
        </w:rPr>
        <w:t xml:space="preserve"> </w:t>
      </w:r>
      <w:r>
        <w:rPr>
          <w:b/>
          <w:bCs/>
        </w:rPr>
        <w:t xml:space="preserve">at the shelves, and at the old wooden pews tipped up against a wall.</w:t>
      </w:r>
      <w:r>
        <w:br/>
      </w:r>
      <w:r>
        <w:t xml:space="preserve">    (a) not in a self-aware manner</w:t>
      </w:r>
      <w:r>
        <w:br/>
      </w:r>
      <w:r>
        <w:t xml:space="preserve">    (b) not capable of being found</w:t>
      </w:r>
      <w:r>
        <w:br/>
      </w:r>
      <w:r>
        <w:t xml:space="preserve">    (c) doubtfully or suspiciously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horse paused beside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obelisk</w:t>
      </w:r>
      <w:r>
        <w:rPr>
          <w:b/>
          <w:bCs/>
        </w:rPr>
        <w:t xml:space="preserve">.</w:t>
      </w:r>
      <w:r>
        <w:br/>
      </w:r>
      <w:r>
        <w:t xml:space="preserve">    (a) a type of vocal music that originated in African-American churches in the United States</w:t>
      </w:r>
      <w:r>
        <w:br/>
      </w:r>
      <w:r>
        <w:t xml:space="preserve">    (b) related to the smallest part of any material that cannot be broken up by chemical means</w:t>
      </w:r>
      <w:r>
        <w:br/>
      </w:r>
      <w:r>
        <w:t xml:space="preserve">    (c) a stone pillar with a pyramidal top erected as a monument to remember a person or 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crack of thunder rang out, loud and sudden as a gunshot, and the rain began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 earnest</w:t>
      </w:r>
      <w:r>
        <w:rPr>
          <w:b/>
          <w:bCs/>
        </w:rPr>
        <w:t xml:space="preserve">.</w:t>
      </w:r>
      <w:r>
        <w:br/>
      </w:r>
      <w:r>
        <w:t xml:space="preserve">    (a) seven wise men of ancient Greece</w:t>
      </w:r>
      <w:r>
        <w:br/>
      </w:r>
      <w:r>
        <w:t xml:space="preserve">    (b) real (genuine, true, or sincere)</w:t>
      </w:r>
      <w:r>
        <w:br/>
      </w:r>
      <w:r>
        <w:t xml:space="preserve">    (c) serious; or in a serious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Still, I do not doubt that you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acquire</w:t>
      </w:r>
      <w:r>
        <w:rPr>
          <w:b/>
          <w:bCs/>
        </w:rPr>
        <w:t xml:space="preserve"> </w:t>
      </w:r>
      <w:r>
        <w:rPr>
          <w:b/>
          <w:bCs/>
        </w:rPr>
        <w:t xml:space="preserve">even those, in time.</w:t>
      </w:r>
      <w:r>
        <w:br/>
      </w:r>
      <w:r>
        <w:t xml:space="preserve">    (a) something that is necessary for something else</w:t>
      </w:r>
      <w:r>
        <w:br/>
      </w:r>
      <w:r>
        <w:t xml:space="preserve">    (b) a slight amount; or to contain a slight amount</w:t>
      </w:r>
      <w:r>
        <w:br/>
      </w:r>
      <w:r>
        <w:t xml:space="preserve">    (c) obtain (come into the possession of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Bod led Scarlett carefully up the steps, through the hill,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jutting</w:t>
      </w:r>
      <w:r>
        <w:rPr>
          <w:b/>
          <w:bCs/>
        </w:rPr>
        <w:t xml:space="preserve"> </w:t>
      </w:r>
      <w:r>
        <w:rPr>
          <w:b/>
          <w:bCs/>
        </w:rPr>
        <w:t xml:space="preserve">black masonry of the Frobisher mausoleum.</w:t>
      </w:r>
      <w:r>
        <w:br/>
      </w:r>
      <w:r>
        <w:t xml:space="preserve">    (a) expresses strong hatred or loathing for</w:t>
      </w:r>
      <w:r>
        <w:br/>
      </w:r>
      <w:r>
        <w:t xml:space="preserve">    (b) to stick out; or a part that sticks out</w:t>
      </w:r>
      <w:r>
        <w:br/>
      </w:r>
      <w:r>
        <w:t xml:space="preserve">    (c) expressed strong hatred or loathing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she said was, "Night-</w:t>
      </w:r>
      <w:r>
        <w:rPr>
          <w:b/>
          <w:bCs/>
          <w:u w:val="single"/>
        </w:rPr>
        <w:t xml:space="preserve">Gaunt</w:t>
      </w:r>
      <w:r>
        <w:rPr>
          <w:b/>
          <w:bCs/>
        </w:rPr>
        <w:t xml:space="preserve">?"</w:t>
      </w:r>
      <w:r>
        <w:br/>
      </w:r>
      <w:r>
        <w:t xml:space="preserve">    (a) very thin and bony -- often from hunger or as though having been worn to the bone</w:t>
      </w:r>
      <w:r>
        <w:br/>
      </w:r>
      <w:r>
        <w:t xml:space="preserve">    (b) able to qualify for regular payments that permit having an income without working</w:t>
      </w:r>
      <w:r>
        <w:br/>
      </w:r>
      <w:r>
        <w:t xml:space="preserve">    (c) not having the characteristic of or relating to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he was in utter darkness, feeling himself being pitched forward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jerks and rushes, the wind rushing past him.</w:t>
      </w:r>
      <w:r>
        <w:br/>
      </w:r>
      <w:r>
        <w:t xml:space="preserve">    (a) arranged in a specific order</w:t>
      </w:r>
      <w:r>
        <w:br/>
      </w:r>
      <w:r>
        <w:t xml:space="preserve">    (b) something repeated regularly</w:t>
      </w:r>
      <w:r>
        <w:br/>
      </w:r>
      <w:r>
        <w:t xml:space="preserve">    (c) tell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Past Harrison Westwood, Baker of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, and his wives, Marion and Joan?</w:t>
      </w:r>
      <w:r>
        <w:br/>
      </w:r>
      <w:r>
        <w:t xml:space="preserve">    (a) a local church community</w:t>
      </w:r>
      <w:r>
        <w:br/>
      </w:r>
      <w:r>
        <w:br/>
      </w:r>
      <w:r>
        <w:t xml:space="preserve">or in some places including Louisiana:  a jurisdiction of government like a county</w:t>
      </w:r>
      <w:r>
        <w:br/>
      </w:r>
      <w:r>
        <w:t xml:space="preserve">    (b) an artists performance of another artist's work that expresses the performer's feelings or ideas about the work</w:t>
      </w:r>
      <w:r>
        <w:br/>
      </w:r>
      <w:r>
        <w:t xml:space="preserve">    (c) someone who abandoned their religion or separated from others with whom they used to share firmly held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so it went, until it was time for Grammar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Composition</w:t>
      </w:r>
      <w:r>
        <w:rPr>
          <w:b/>
          <w:bCs/>
        </w:rPr>
        <w:t xml:space="preserve"> </w:t>
      </w:r>
      <w:r>
        <w:rPr>
          <w:b/>
          <w:bCs/>
        </w:rPr>
        <w:t xml:space="preserve">with Miss Letitia Borrows, Spinster of this Parish (Who Did No Harm to No Man all the Dais of Her Life. Reader, Can You Say Likewise?).</w:t>
      </w:r>
      <w:r>
        <w:br/>
      </w:r>
      <w:r>
        <w:t xml:space="preserve">    (a) a stable particle that is a component of all atomic nuclei and has positive charge equal to the negative charge of an electron</w:t>
      </w:r>
      <w:r>
        <w:br/>
      </w:r>
      <w:r>
        <w:t xml:space="preserve">    (b) writing</w:t>
      </w:r>
      <w:r>
        <w:br/>
      </w:r>
      <w:r>
        <w:t xml:space="preserve">    (c) an inhabitant of Assyria -- an ancient kingdom centered in northern Mesopotamia which is in present-day Iraq; or their language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Suddenly he was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affability</w:t>
      </w:r>
      <w:r>
        <w:rPr>
          <w:b/>
          <w:bCs/>
        </w:rPr>
        <w:t xml:space="preserve">.</w:t>
      </w:r>
      <w:r>
        <w:br/>
      </w:r>
      <w:r>
        <w:t xml:space="preserve">    (a) Spanish author best known for writing</w:t>
      </w:r>
      <w:r>
        <w:t xml:space="preserve"> </w:t>
      </w:r>
      <w:r>
        <w:rPr>
          <w:i/>
          <w:iCs/>
        </w:rPr>
        <w:t xml:space="preserve">Don Quixote</w:t>
      </w:r>
      <w:r>
        <w:br/>
      </w:r>
      <w:r>
        <w:t xml:space="preserve">    (b) the quality or degree of being good natured and sociable</w:t>
      </w:r>
      <w:r>
        <w:br/>
      </w:r>
      <w:r>
        <w:t xml:space="preserve">    (c) obtaining a document granting permission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However, I believe I shall leave it to your parents to administer whatever discipline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they believe to be needed.</w:t>
      </w:r>
      <w:r>
        <w:br/>
      </w:r>
      <w:r>
        <w:t xml:space="preserve">    (a) move into position to work; or start</w:t>
      </w:r>
      <w:r>
        <w:br/>
      </w:r>
      <w:r>
        <w:t xml:space="preserve">    (b) to spread to other parts of the body</w:t>
      </w:r>
      <w:r>
        <w:br/>
      </w:r>
      <w:r>
        <w:t xml:space="preserve">    (c) a criticism; or to express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FIVE — Dance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Macabre</w:t>
      </w:r>
      <w:r>
        <w:br/>
      </w:r>
      <w:r>
        <w:t xml:space="preserve">    (a) the state of being a concept or idea not associated with any specific instance</w:t>
      </w:r>
      <w:r>
        <w:br/>
      </w:r>
      <w:r>
        <w:t xml:space="preserve">    (b) disturbing and related to death or horror -- especially in a grim or eerie way</w:t>
      </w:r>
      <w:r>
        <w:br/>
      </w:r>
      <w:r>
        <w:t xml:space="preserve">    (c) acceptance of what happens without trying to take control or reacting strongly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music Bod had heard until then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prelude</w:t>
      </w:r>
      <w:r>
        <w:rPr>
          <w:b/>
          <w:bCs/>
        </w:rPr>
        <w:t xml:space="preserve">, it was a prelude no longer.</w:t>
      </w:r>
      <w:r>
        <w:br/>
      </w:r>
      <w:r>
        <w:t xml:space="preserve">    (a) American football:  a defensive maneuver to swiftly tackle the quarterback by pursuing him with one or more defenders who normally remain behind the line of scrimmage</w:t>
      </w:r>
      <w:r>
        <w:br/>
      </w:r>
      <w:r>
        <w:t xml:space="preserve">    (b) something that comes before and prepares for what follows; in music, a short piece that introduces a larger work or stands alone as a brief, expressive piece (often for piano)</w:t>
      </w:r>
      <w:r>
        <w:br/>
      </w:r>
      <w:r>
        <w:t xml:space="preserve">    (c) treat in a manner that demonstrates a sense of superiority, but is supposed to seem kind  OR  the actions of a patron (to support someone or something; or to be a customer)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Thackeray was a big boy—he had been fourteen when he died, following his initiation 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apprentice</w:t>
      </w:r>
      <w:r>
        <w:rPr>
          <w:b/>
          <w:bCs/>
        </w:rPr>
        <w:t xml:space="preserve"> </w:t>
      </w:r>
      <w:r>
        <w:rPr>
          <w:b/>
          <w:bCs/>
        </w:rPr>
        <w:t xml:space="preserve">to a master house painter: he had been given eight copper pennies and told not to come back without a half-a-gallon of red and white striped paint for painting barber's poles.</w:t>
      </w:r>
      <w:r>
        <w:br/>
      </w:r>
      <w:r>
        <w:t xml:space="preserve">    (a) the act of hiding something by making it blend in with its surroundings; or hiding the truth; or something that hides or deceives</w:t>
      </w:r>
      <w:r>
        <w:br/>
      </w:r>
      <w:r>
        <w:t xml:space="preserve">    (b) to expression feelings or thoughts enthusiastically  OR  to squirt or give off (typically under pressure such as blood or leaking gas)</w:t>
      </w:r>
      <w:r>
        <w:br/>
      </w:r>
      <w:r>
        <w:t xml:space="preserve">    (c) person who learns a trade or skill through hands-on experience under a skilled worker; or (as a verb) performance of that kind of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wanted to see that Owens kid, who she blamed for everything that had happened to her so far,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writhing</w:t>
      </w:r>
      <w:r>
        <w:rPr>
          <w:b/>
          <w:bCs/>
        </w:rPr>
        <w:t xml:space="preserve"> </w:t>
      </w:r>
      <w:r>
        <w:rPr>
          <w:b/>
          <w:bCs/>
        </w:rPr>
        <w:t xml:space="preserve">in miserable agony.</w:t>
      </w:r>
      <w:r>
        <w:br/>
      </w:r>
      <w:r>
        <w:t xml:space="preserve">    (a) examining in detail to better understand</w:t>
      </w:r>
      <w:r>
        <w:br/>
      </w:r>
      <w:r>
        <w:t xml:space="preserve">    (b) moving in a twisting or contorted motion</w:t>
      </w:r>
      <w:r>
        <w:br/>
      </w:r>
      <w:r>
        <w:t xml:space="preserve">    (c) opposing (struggling against each other)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request stop on the side of the hill, just past a large pair of open iron gates, and it looked uninviting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.</w:t>
      </w:r>
      <w:r>
        <w:br/>
      </w:r>
      <w:r>
        <w:t xml:space="preserve">    (a) important or significant</w:t>
      </w:r>
      <w:r>
        <w:br/>
      </w:r>
      <w:r>
        <w:t xml:space="preserve">    (b) depressing or gloomy</w:t>
      </w:r>
      <w:r>
        <w:br/>
      </w:r>
      <w:r>
        <w:t xml:space="preserve">    (c) irrelevant or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advice of poets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cordiality</w:t>
      </w:r>
      <w:r>
        <w:rPr>
          <w:b/>
          <w:bCs/>
        </w:rPr>
        <w:t xml:space="preserve"> </w:t>
      </w:r>
      <w:r>
        <w:rPr>
          <w:b/>
          <w:bCs/>
        </w:rPr>
        <w:t xml:space="preserve">of kings!</w:t>
      </w:r>
      <w:r>
        <w:br/>
      </w:r>
      <w:r>
        <w:t xml:space="preserve">    (a) psychiatrist</w:t>
      </w:r>
      <w:r>
        <w:br/>
      </w:r>
      <w:r>
        <w:t xml:space="preserve">    (b) satisfaction</w:t>
      </w:r>
      <w:r>
        <w:br/>
      </w:r>
      <w:r>
        <w:t xml:space="preserve">    (c) friendliness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 </w:t>
      </w:r>
      <w:r>
        <w:rPr>
          <w:b/>
          <w:bCs/>
        </w:rPr>
        <w:t xml:space="preserve">is vast.</w:t>
      </w:r>
      <w:r>
        <w:br/>
      </w:r>
      <w:r>
        <w:t xml:space="preserve">    (a) all future generations</w:t>
      </w:r>
      <w:r>
        <w:br/>
      </w:r>
      <w:r>
        <w:t xml:space="preserve">    (b) lacks adequate funding</w:t>
      </w:r>
      <w:r>
        <w:br/>
      </w:r>
      <w:r>
        <w:t xml:space="preserve">    (c) not thinking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Nimble</w:t>
      </w:r>
      <w:r>
        <w:rPr>
          <w:b/>
          <w:bCs/>
        </w:rPr>
        <w:t xml:space="preserve"> </w:t>
      </w:r>
      <w:r>
        <w:rPr>
          <w:b/>
          <w:bCs/>
        </w:rPr>
        <w:t xml:space="preserve">and Ketch, get that girl.</w:t>
      </w:r>
      <w:r>
        <w:br/>
      </w:r>
      <w:r>
        <w:t xml:space="preserve">    (a) quick and agile</w:t>
      </w:r>
      <w:r>
        <w:br/>
      </w:r>
      <w:r>
        <w:t xml:space="preserve">    (b) strongly biased</w:t>
      </w:r>
      <w:r>
        <w:br/>
      </w:r>
      <w:r>
        <w:t xml:space="preserve">    (c) material wealth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2026-07-31T20:02:30Z</dcterms:created>
  <dcterms:modified xsi:type="dcterms:W3CDTF">2026-07-31T20:02:30Z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