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ffaf1e93fe599584480a46bc3c7bcc9dbeb552"/>
    <w:p>
      <w:pPr>
        <w:pStyle w:val="Heading1"/>
      </w:pPr>
      <w:r>
        <w:rPr>
          <w:b/>
          <w:bCs/>
        </w:rPr>
        <w:t xml:space="preserve">The Grass is Singing</w:t>
      </w:r>
      <w:r>
        <w:br/>
      </w:r>
      <w:r>
        <w:rPr>
          <w:i/>
          <w:iCs/>
        </w:rPr>
        <w:t xml:space="preserve">Doris Lessing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own face was curious: it showed a kind of triumph, a guarded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vindictiveness</w:t>
      </w:r>
      <w:r>
        <w:rPr>
          <w:b/>
          <w:bCs/>
        </w:rPr>
        <w:t xml:space="preserve">, and fear.</w:t>
      </w:r>
      <w:r>
        <w:br/>
      </w:r>
      <w:r>
        <w:t xml:space="preserve">    (a) desirous of seeking revenge or wanting to hurt someone</w:t>
      </w:r>
      <w:r>
        <w:br/>
      </w:r>
      <w:r>
        <w:t xml:space="preserve">    (b) not capable of being suffered through (or put up with)</w:t>
      </w:r>
      <w:r>
        <w:br/>
      </w:r>
      <w:r>
        <w:t xml:space="preserve">    (c) not capable of surviving; or not capable of being done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Charlie's point of view,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adaptability</w:t>
      </w:r>
      <w:r>
        <w:rPr>
          <w:b/>
          <w:bCs/>
        </w:rPr>
        <w:t xml:space="preserve"> </w:t>
      </w:r>
      <w:r>
        <w:rPr>
          <w:b/>
          <w:bCs/>
        </w:rPr>
        <w:t xml:space="preserve">redeemed them.</w:t>
      </w:r>
      <w:r>
        <w:br/>
      </w:r>
      <w:r>
        <w:t xml:space="preserve">    (a) someone bound to serve another without pay -- such as a slave or serf</w:t>
      </w:r>
      <w:r>
        <w:br/>
      </w:r>
      <w:r>
        <w:t xml:space="preserve">    (b) a semiconductor device use to amplify (or control) electrical current</w:t>
      </w:r>
      <w:r>
        <w:br/>
      </w:r>
      <w:r>
        <w:t xml:space="preserve">    (c) the degree to which something can change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weak, too,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repugnance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this ugly little house which seemed to hold within its walls, even in its very brick and cement, the fears and horror of the murder.</w:t>
      </w:r>
      <w:r>
        <w:br/>
      </w:r>
      <w:r>
        <w:t xml:space="preserve">    (a) strong disgust</w:t>
      </w:r>
      <w:r>
        <w:br/>
      </w:r>
      <w:r>
        <w:t xml:space="preserve">    (b) dissatisfaction</w:t>
      </w:r>
      <w:r>
        <w:br/>
      </w:r>
      <w:r>
        <w:t xml:space="preserve">    (c) discouragement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he clung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obstinately</w:t>
      </w:r>
      <w:r>
        <w:rPr>
          <w:b/>
          <w:bCs/>
        </w:rPr>
        <w:t xml:space="preserve"> </w:t>
      </w:r>
      <w:r>
        <w:rPr>
          <w:b/>
          <w:bCs/>
        </w:rPr>
        <w:t xml:space="preserve">to the belief, in spite of Slatter and the Sergeant, that the causes of the murder must be looked for a long way back, and that it was they which were important.</w:t>
      </w:r>
      <w:r>
        <w:br/>
      </w:r>
      <w:r>
        <w:t xml:space="preserve">    (a) to almost be so, but not so strictly speaking</w:t>
      </w:r>
      <w:r>
        <w:br/>
      </w:r>
      <w:r>
        <w:t xml:space="preserve">    (b) in an artificial manner to make an impression</w:t>
      </w:r>
      <w:r>
        <w:br/>
      </w:r>
      <w:r>
        <w:t xml:space="preserve">    (c) stubbornly unyielding to the wishes of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wife treated him with a cold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indifference</w:t>
      </w:r>
      <w:r>
        <w:rPr>
          <w:b/>
          <w:bCs/>
        </w:rPr>
        <w:t xml:space="preserve">.</w:t>
      </w:r>
      <w:r>
        <w:br/>
      </w:r>
      <w:r>
        <w:t xml:space="preserve">    (a) risky investment</w:t>
      </w:r>
      <w:r>
        <w:br/>
      </w:r>
      <w:r>
        <w:t xml:space="preserve">    (b) without interest</w:t>
      </w:r>
      <w:r>
        <w:br/>
      </w:r>
      <w:r>
        <w:t xml:space="preserve">    (c) chaotic disorder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liked things to happen safely one after another in a pattern, and she liked, particularly, the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impersonality</w:t>
      </w:r>
      <w:r>
        <w:rPr>
          <w:b/>
          <w:bCs/>
        </w:rPr>
        <w:t xml:space="preserve"> </w:t>
      </w:r>
      <w:r>
        <w:rPr>
          <w:b/>
          <w:bCs/>
        </w:rPr>
        <w:t xml:space="preserve">of it.</w:t>
      </w:r>
      <w:r>
        <w:br/>
      </w:r>
      <w:r>
        <w:t xml:space="preserve">    (a) "spiritually renew" in a Christian ceremony  OR  initiate or purify by a challenging experience</w:t>
      </w:r>
      <w:r>
        <w:br/>
      </w:r>
      <w:r>
        <w:t xml:space="preserve">    (b) not influenced by personal feelings -- often indicating a lack of warmth of personal connection</w:t>
      </w:r>
      <w:r>
        <w:br/>
      </w:r>
      <w:r>
        <w:t xml:space="preserve">    (c) a sexually transmitted disease that, if treated early, can be completely cured with antibiotics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outside the office and the club her life was entirely dependent upon men, though she would have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indignantly</w:t>
      </w:r>
      <w:r>
        <w:rPr>
          <w:b/>
          <w:bCs/>
        </w:rPr>
        <w:t xml:space="preserve"> </w:t>
      </w:r>
      <w:r>
        <w:rPr>
          <w:b/>
          <w:bCs/>
        </w:rPr>
        <w:t xml:space="preserve">repudiated the accusation.</w:t>
      </w:r>
      <w:r>
        <w:br/>
      </w:r>
      <w:r>
        <w:t xml:space="preserve">    (a) with anger or annoyance at something unjust or wrong</w:t>
      </w:r>
      <w:r>
        <w:br/>
      </w:r>
      <w:r>
        <w:t xml:space="preserve">    (b) with acceptance of something undesired as unavoidable</w:t>
      </w:r>
      <w:r>
        <w:br/>
      </w:r>
      <w:r>
        <w:t xml:space="preserve">    (c) with surprise as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above all,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loathed</w:t>
      </w:r>
      <w:r>
        <w:rPr>
          <w:b/>
          <w:bCs/>
        </w:rPr>
        <w:t xml:space="preserve"> </w:t>
      </w:r>
      <w:r>
        <w:rPr>
          <w:b/>
          <w:bCs/>
        </w:rPr>
        <w:t xml:space="preserve">the cinema.</w:t>
      </w:r>
      <w:r>
        <w:br/>
      </w:r>
      <w:r>
        <w:t xml:space="preserve">    (a) developed or changed gradually</w:t>
      </w:r>
      <w:r>
        <w:br/>
      </w:r>
      <w:r>
        <w:t xml:space="preserve">    (b) detested or intensely disliked</w:t>
      </w:r>
      <w:r>
        <w:br/>
      </w:r>
      <w:r>
        <w:t xml:space="preserve">    (c) took (power or responsibility)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thought it would be pleasant to live peacefully for a change; she had not realized how exhausted she was, after those years of living geared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perpetual</w:t>
      </w:r>
      <w:r>
        <w:rPr>
          <w:b/>
          <w:bCs/>
        </w:rPr>
        <w:t xml:space="preserve"> </w:t>
      </w:r>
      <w:r>
        <w:rPr>
          <w:b/>
          <w:bCs/>
        </w:rPr>
        <w:t xml:space="preserve">demand for the next thing.</w:t>
      </w:r>
      <w:r>
        <w:br/>
      </w:r>
      <w:r>
        <w:t xml:space="preserve">    (a) about things beyond the physical world, such as existence, reality, or the soul</w:t>
      </w:r>
      <w:r>
        <w:br/>
      </w:r>
      <w:r>
        <w:t xml:space="preserve">    (b) continuing forever without change; or occurring so frequently it seems constant</w:t>
      </w:r>
      <w:r>
        <w:br/>
      </w:r>
      <w:r>
        <w:t xml:space="preserve">    (c)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hide it, he began talking about the house,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diffidence</w:t>
      </w:r>
      <w:r>
        <w:rPr>
          <w:b/>
          <w:bCs/>
        </w:rPr>
        <w:t xml:space="preserve"> </w:t>
      </w:r>
      <w:r>
        <w:rPr>
          <w:b/>
          <w:bCs/>
        </w:rPr>
        <w:t xml:space="preserve">because of his poverty, never taking his eyes off her face.</w:t>
      </w:r>
      <w:r>
        <w:br/>
      </w:r>
      <w:r>
        <w:t xml:space="preserve">    (a) hesitancy and unassertiveness due to a lack of self-confidence</w:t>
      </w:r>
      <w:r>
        <w:br/>
      </w:r>
      <w:r>
        <w:t xml:space="preserve">    (b) the act of being in a working position; or the act of starting</w:t>
      </w:r>
      <w:r>
        <w:br/>
      </w:r>
      <w:r>
        <w:t xml:space="preserve">    (c) an expert who shares professional opinions in a specific field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had been a drug, a soporific, in the past, reading them; now, as she turned them over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listlessly</w:t>
      </w:r>
      <w:r>
        <w:rPr>
          <w:b/>
          <w:bCs/>
        </w:rPr>
        <w:t xml:space="preserve">, she wondered why they had lost their flavor.</w:t>
      </w:r>
      <w:r>
        <w:br/>
      </w:r>
      <w:r>
        <w:t xml:space="preserve">    (a) with a lack of energy and normal enthusiasm</w:t>
      </w:r>
      <w:r>
        <w:br/>
      </w:r>
      <w:r>
        <w:t xml:space="preserve">    (b) in a manner involving only one part or side</w:t>
      </w:r>
      <w:r>
        <w:br/>
      </w:r>
      <w:r>
        <w:t xml:space="preserve">    (c) in a manner that stops or hinders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she knew she could not easily ask, and bring that heavy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tormented</w:t>
      </w:r>
      <w:r>
        <w:rPr>
          <w:b/>
          <w:bCs/>
        </w:rPr>
        <w:t xml:space="preserve"> </w:t>
      </w:r>
      <w:r>
        <w:rPr>
          <w:b/>
          <w:bCs/>
        </w:rPr>
        <w:t xml:space="preserve">look on his face.</w:t>
      </w:r>
      <w:r>
        <w:br/>
      </w:r>
      <w:r>
        <w:t xml:space="preserve">    (a) not altered in an unnatural or untrue way</w:t>
      </w:r>
      <w:r>
        <w:br/>
      </w:r>
      <w:r>
        <w:t xml:space="preserve">    (b) consented reluctantly; or suffered defeat</w:t>
      </w:r>
      <w:r>
        <w:br/>
      </w:r>
      <w:r>
        <w:t xml:space="preserve">    (c) caused great mental or physical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Mary could hear them panting softly, or whining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 </w:t>
      </w:r>
      <w:r>
        <w:rPr>
          <w:b/>
          <w:bCs/>
        </w:rPr>
        <w:t xml:space="preserve">because of the flies.</w:t>
      </w:r>
      <w:r>
        <w:br/>
      </w:r>
      <w:r>
        <w:t xml:space="preserve">    (a) relative amount</w:t>
      </w:r>
      <w:r>
        <w:br/>
      </w:r>
      <w:r>
        <w:t xml:space="preserve">    (b) in disagreement</w:t>
      </w:r>
      <w:r>
        <w:br/>
      </w:r>
      <w:r>
        <w:t xml:space="preserve">    (c)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they parted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enough, although Dick could not bring himself to match Charlie's bluff good-humor.</w:t>
      </w:r>
      <w:r>
        <w:br/>
      </w:r>
      <w:r>
        <w:t xml:space="preserve">    (a) in a friendly way</w:t>
      </w:r>
      <w:r>
        <w:br/>
      </w:r>
      <w:r>
        <w:t xml:space="preserve">    (b) in a pleasing way</w:t>
      </w:r>
      <w:r>
        <w:br/>
      </w:r>
      <w:r>
        <w:t xml:space="preserve">    (c) in a skillful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thinking uneasily of that note of contempt in the man's voice, 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contradicted</w:t>
      </w:r>
      <w:r>
        <w:rPr>
          <w:b/>
          <w:bCs/>
        </w:rPr>
        <w:t xml:space="preserve"> </w:t>
      </w:r>
      <w:r>
        <w:rPr>
          <w:b/>
          <w:bCs/>
        </w:rPr>
        <w:t xml:space="preserve">all her previous ideas of Dick.</w:t>
      </w:r>
      <w:r>
        <w:br/>
      </w:r>
      <w:r>
        <w:t xml:space="preserve">    (a) satisfied</w:t>
      </w:r>
      <w:r>
        <w:br/>
      </w:r>
      <w:r>
        <w:t xml:space="preserve">    (b) separated</w:t>
      </w:r>
      <w:r>
        <w:br/>
      </w:r>
      <w:r>
        <w:t xml:space="preserve">    (c) disagreed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Between the huts were irregular patches of ill-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 </w:t>
      </w:r>
      <w:r>
        <w:rPr>
          <w:b/>
          <w:bCs/>
        </w:rPr>
        <w:t xml:space="preserve">mealies, and pumpkin vines trailed everywhere through plants and bushes and up over the walls and roofs, with the big amber-colored pumpkins scattered among the leaves.</w:t>
      </w:r>
      <w:r>
        <w:br/>
      </w:r>
      <w:r>
        <w:t xml:space="preserve">    (a) a non-doctor who assisted a women in childbirth</w:t>
      </w:r>
      <w:r>
        <w:br/>
      </w:r>
      <w:r>
        <w:t xml:space="preserve">    (b) developed, grown, or prepared for growing crops</w:t>
      </w:r>
      <w:r>
        <w:br/>
      </w:r>
      <w:r>
        <w:t xml:space="preserve">    (c) not found guilty or forced into a bad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this time, in spite of the hard work and her hatred of the natives, all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and discontent had been pushed into the background.</w:t>
      </w:r>
      <w:r>
        <w:br/>
      </w:r>
      <w:r>
        <w:t xml:space="preserve">    (a) poor ability to make a decision</w:t>
      </w:r>
      <w:r>
        <w:br/>
      </w:r>
      <w:r>
        <w:t xml:space="preserve">    (b) non-traditional or non-standard</w:t>
      </w:r>
      <w:r>
        <w:br/>
      </w:r>
      <w:r>
        <w:t xml:space="preserve">    (c) lack of interest and enthusiasm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stormed against the natives themselves, who refused to work properly, who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insolent</w:t>
      </w:r>
      <w:r>
        <w:rPr>
          <w:b/>
          <w:bCs/>
        </w:rPr>
        <w:t xml:space="preserve">—and so on.</w:t>
      </w:r>
      <w:r>
        <w:br/>
      </w:r>
      <w:r>
        <w:t xml:space="preserve">    (a) the condition of continuing or seeming to continue without end</w:t>
      </w:r>
      <w:r>
        <w:br/>
      </w:r>
      <w:r>
        <w:t xml:space="preserve">    (b) rudely disrespectful -- especially toward someone in authority</w:t>
      </w:r>
      <w:r>
        <w:br/>
      </w:r>
      <w:r>
        <w:t xml:space="preserve">    (c) the characteristic of being excessively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by a noise, and realized it was herself, talking out loud in the living room in a low angry voice.</w:t>
      </w:r>
      <w:r>
        <w:br/>
      </w:r>
      <w:r>
        <w:t xml:space="preserve">    (a) to awaken, make more active, or excite</w:t>
      </w:r>
      <w:r>
        <w:br/>
      </w:r>
      <w:r>
        <w:t xml:space="preserve">    (b) beyond the permitted boundary or limit</w:t>
      </w:r>
      <w:r>
        <w:br/>
      </w:r>
      <w:r>
        <w:t xml:space="preserve">    (c) explains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Slatter would have had to be a most extraordinary woman to remain perfectly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 </w:t>
      </w:r>
      <w:r>
        <w:rPr>
          <w:b/>
          <w:bCs/>
        </w:rPr>
        <w:t xml:space="preserve">and fair to Mary, after having been snubbed so many times.</w:t>
      </w:r>
      <w:r>
        <w:br/>
      </w:r>
      <w:r>
        <w:t xml:space="preserve">    (a) the quality of disagreeing</w:t>
      </w:r>
      <w:r>
        <w:br/>
      </w:r>
      <w:r>
        <w:t xml:space="preserve">    (b) the quality of being Dutch</w:t>
      </w:r>
      <w:r>
        <w:br/>
      </w:r>
      <w:r>
        <w:t xml:space="preserve">    (c) without favoritism or bias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2026-07-31T19:34:26Z</dcterms:created>
  <dcterms:modified xsi:type="dcterms:W3CDTF">2026-07-31T19:34:26Z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