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90f929a17d3b87b51f5cc1481346444cd0475f"/>
    <w:p>
      <w:pPr>
        <w:pStyle w:val="Heading1"/>
      </w:pPr>
      <w:r>
        <w:rPr>
          <w:b/>
          <w:bCs/>
        </w:rPr>
        <w:t xml:space="preserve">The Grapes of Wrath</w:t>
      </w:r>
      <w:r>
        <w:br/>
      </w:r>
      <w:r>
        <w:rPr>
          <w:i/>
          <w:iCs/>
        </w:rPr>
        <w:t xml:space="preserve">John Steinbeck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took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circuitous</w:t>
      </w:r>
      <w:r>
        <w:rPr>
          <w:b/>
          <w:bCs/>
        </w:rPr>
        <w:t xml:space="preserve"> </w:t>
      </w:r>
      <w:r>
        <w:rPr>
          <w:b/>
          <w:bCs/>
        </w:rPr>
        <w:t xml:space="preserve">route back to our hotel so we could see more of the city.</w:t>
      </w:r>
      <w:r>
        <w:br/>
      </w:r>
      <w:r>
        <w:t xml:space="preserve">    (a) absolute</w:t>
      </w:r>
      <w:r>
        <w:br/>
      </w:r>
      <w:r>
        <w:t xml:space="preserve">    (b) pleasing</w:t>
      </w:r>
      <w:r>
        <w:br/>
      </w:r>
      <w:r>
        <w:t xml:space="preserve">    (c) indirect (not the straightest or quickest)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after the jury found her guilty, she showed no sign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contrition</w:t>
      </w:r>
      <w:r>
        <w:rPr>
          <w:b/>
          <w:bCs/>
        </w:rPr>
        <w:t xml:space="preserve">.</w:t>
      </w:r>
      <w:r>
        <w:br/>
      </w:r>
      <w:r>
        <w:t xml:space="preserve">    (a) emotion</w:t>
      </w:r>
      <w:r>
        <w:br/>
      </w:r>
      <w:r>
        <w:t xml:space="preserve">    (b) regret</w:t>
      </w:r>
      <w:r>
        <w:br/>
      </w:r>
      <w:r>
        <w:t xml:space="preserve">    (c)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road crew repaired the rusted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culvert</w:t>
      </w:r>
      <w:r>
        <w:rPr>
          <w:b/>
          <w:bCs/>
        </w:rPr>
        <w:t xml:space="preserve"> </w:t>
      </w:r>
      <w:r>
        <w:rPr>
          <w:b/>
          <w:bCs/>
        </w:rPr>
        <w:t xml:space="preserve">before winter.</w:t>
      </w:r>
      <w:r>
        <w:br/>
      </w:r>
      <w:r>
        <w:t xml:space="preserve">    (a) a wooden bench</w:t>
      </w:r>
      <w:r>
        <w:br/>
      </w:r>
      <w:r>
        <w:t xml:space="preserve">    (b) a roadside drain</w:t>
      </w:r>
      <w:r>
        <w:br/>
      </w:r>
      <w:r>
        <w:t xml:space="preserve">    (c) a high lookout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Supreme Court was unanimous except for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dissenting</w:t>
      </w:r>
      <w:r>
        <w:rPr>
          <w:b/>
          <w:bCs/>
        </w:rPr>
        <w:t xml:space="preserve"> </w:t>
      </w:r>
      <w:r>
        <w:rPr>
          <w:b/>
          <w:bCs/>
        </w:rPr>
        <w:t xml:space="preserve">opinion.</w:t>
      </w:r>
      <w:r>
        <w:br/>
      </w:r>
      <w:r>
        <w:t xml:space="preserve">    (a) disagreeing</w:t>
      </w:r>
      <w:r>
        <w:br/>
      </w:r>
      <w:r>
        <w:t xml:space="preserve">    (b) supporting</w:t>
      </w:r>
      <w:r>
        <w:br/>
      </w:r>
      <w:r>
        <w:t xml:space="preserve">    (c) withheld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sleddogs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docile</w:t>
      </w:r>
      <w:r>
        <w:rPr>
          <w:b/>
          <w:bCs/>
        </w:rPr>
        <w:t xml:space="preserve"> </w:t>
      </w:r>
      <w:r>
        <w:rPr>
          <w:b/>
          <w:bCs/>
        </w:rPr>
        <w:t xml:space="preserve">and trainable.</w:t>
      </w:r>
      <w:r>
        <w:br/>
      </w:r>
      <w:r>
        <w:t xml:space="preserve">    (a) easily led and managed</w:t>
      </w:r>
      <w:r>
        <w:br/>
      </w:r>
      <w:r>
        <w:t xml:space="preserve">    (b) very strong and fast</w:t>
      </w:r>
      <w:r>
        <w:br/>
      </w:r>
      <w:r>
        <w:t xml:space="preserve">    (c) smart and competitive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chooses her battles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judiciously</w:t>
      </w:r>
      <w:r>
        <w:rPr>
          <w:b/>
          <w:bCs/>
        </w:rPr>
        <w:t xml:space="preserve">.</w:t>
      </w:r>
      <w:r>
        <w:br/>
      </w:r>
      <w:r>
        <w:t xml:space="preserve">    (a) in a reckless manner</w:t>
      </w:r>
      <w:r>
        <w:br/>
      </w:r>
      <w:r>
        <w:t xml:space="preserve">    (b) with excessive anger</w:t>
      </w:r>
      <w:r>
        <w:br/>
      </w:r>
      <w:r>
        <w:t xml:space="preserve">    (c) with good judgment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politician’s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nebulous</w:t>
      </w:r>
      <w:r>
        <w:rPr>
          <w:b/>
          <w:bCs/>
        </w:rPr>
        <w:t xml:space="preserve"> </w:t>
      </w:r>
      <w:r>
        <w:rPr>
          <w:b/>
          <w:bCs/>
        </w:rPr>
        <w:t xml:space="preserve">statements left the audience confused about his stance on the issue.</w:t>
      </w:r>
      <w:r>
        <w:br/>
      </w:r>
      <w:r>
        <w:t xml:space="preserve">    (a) vague or unclear</w:t>
      </w:r>
      <w:r>
        <w:br/>
      </w:r>
      <w:r>
        <w:t xml:space="preserve">    (b) concise or brief</w:t>
      </w:r>
      <w:r>
        <w:br/>
      </w:r>
      <w:r>
        <w:t xml:space="preserve">    (c) confident or assertive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ornery</w:t>
      </w:r>
      <w:r>
        <w:rPr>
          <w:b/>
          <w:bCs/>
        </w:rPr>
        <w:t xml:space="preserve"> </w:t>
      </w:r>
      <w:r>
        <w:rPr>
          <w:b/>
          <w:bCs/>
        </w:rPr>
        <w:t xml:space="preserve">to celebrate his birthday.</w:t>
      </w:r>
      <w:r>
        <w:br/>
      </w:r>
      <w:r>
        <w:t xml:space="preserve">    (a) bad-tempered</w:t>
      </w:r>
      <w:r>
        <w:br/>
      </w:r>
      <w:r>
        <w:t xml:space="preserve">    (b) ill</w:t>
      </w:r>
      <w:r>
        <w:br/>
      </w:r>
      <w:r>
        <w:t xml:space="preserve">    (c) old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breaking the window,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penitent</w:t>
      </w:r>
      <w:r>
        <w:rPr>
          <w:b/>
          <w:bCs/>
        </w:rPr>
        <w:t xml:space="preserve"> </w:t>
      </w:r>
      <w:r>
        <w:rPr>
          <w:b/>
          <w:bCs/>
        </w:rPr>
        <w:t xml:space="preserve">boy apologized to his neighbor.</w:t>
      </w:r>
      <w:r>
        <w:br/>
      </w:r>
      <w:r>
        <w:t xml:space="preserve">    (a) proud of one's actions</w:t>
      </w:r>
      <w:r>
        <w:br/>
      </w:r>
      <w:r>
        <w:t xml:space="preserve">    (b) feeling regret for wrongdoing</w:t>
      </w:r>
      <w:r>
        <w:br/>
      </w:r>
      <w:r>
        <w:t xml:space="preserve">    (c) confused about the rules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petulant</w:t>
      </w:r>
      <w:r>
        <w:rPr>
          <w:b/>
          <w:bCs/>
        </w:rPr>
        <w:t xml:space="preserve"> </w:t>
      </w:r>
      <w:r>
        <w:rPr>
          <w:b/>
          <w:bCs/>
        </w:rPr>
        <w:t xml:space="preserve">child threw his toys whenever he didn't get his way.</w:t>
      </w:r>
      <w:r>
        <w:br/>
      </w:r>
      <w:r>
        <w:t xml:space="preserve">    (a) hungry</w:t>
      </w:r>
      <w:r>
        <w:br/>
      </w:r>
      <w:r>
        <w:t xml:space="preserve">    (b) cheerful</w:t>
      </w:r>
      <w:r>
        <w:br/>
      </w:r>
      <w:r>
        <w:t xml:space="preserve">    (c) cranky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value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</w:t>
      </w:r>
      <w:r>
        <w:rPr>
          <w:b/>
          <w:bCs/>
        </w:rPr>
        <w:t xml:space="preserve"> </w:t>
      </w:r>
      <w:r>
        <w:rPr>
          <w:b/>
          <w:bCs/>
        </w:rPr>
        <w:t xml:space="preserve">is needed to calculate any circle's area.</w:t>
      </w:r>
      <w:r>
        <w:br/>
      </w:r>
      <w:r>
        <w:t xml:space="preserve">    (a) a square's diagonal</w:t>
      </w:r>
      <w:r>
        <w:br/>
      </w:r>
      <w:r>
        <w:t xml:space="preserve">    (b) the circle ratio</w:t>
      </w:r>
      <w:r>
        <w:br/>
      </w:r>
      <w:r>
        <w:t xml:space="preserve">    (c) a triangle's height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pinnacle</w:t>
      </w:r>
      <w:r>
        <w:rPr>
          <w:b/>
          <w:bCs/>
        </w:rPr>
        <w:t xml:space="preserve"> </w:t>
      </w:r>
      <w:r>
        <w:rPr>
          <w:b/>
          <w:bCs/>
        </w:rPr>
        <w:t xml:space="preserve">of her success, she was earning over a million dollars a year.</w:t>
      </w:r>
      <w:r>
        <w:br/>
      </w:r>
      <w:r>
        <w:t xml:space="preserve">    (a) highest point</w:t>
      </w:r>
      <w:r>
        <w:br/>
      </w:r>
      <w:r>
        <w:t xml:space="preserve">    (b) beginning</w:t>
      </w:r>
      <w:r>
        <w:br/>
      </w:r>
      <w:r>
        <w:t xml:space="preserve">    (c) 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Relapses</w:t>
      </w:r>
      <w:r>
        <w:rPr>
          <w:b/>
          <w:bCs/>
        </w:rPr>
        <w:t xml:space="preserve"> </w:t>
      </w:r>
      <w:r>
        <w:rPr>
          <w:b/>
          <w:bCs/>
        </w:rPr>
        <w:t xml:space="preserve">are common with major depressive disorder.</w:t>
      </w:r>
      <w:r>
        <w:br/>
      </w:r>
      <w:r>
        <w:t xml:space="preserve">    (a) crying spells</w:t>
      </w:r>
      <w:r>
        <w:br/>
      </w:r>
      <w:r>
        <w:t xml:space="preserve">    (b) returns to illness</w:t>
      </w:r>
      <w:r>
        <w:br/>
      </w:r>
      <w:r>
        <w:t xml:space="preserve">    (c) lost work days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Through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satire</w:t>
      </w:r>
      <w:r>
        <w:rPr>
          <w:b/>
          <w:bCs/>
        </w:rPr>
        <w:t xml:space="preserve">, the cartoon exposed how ridiculous the new policy looked in practice.</w:t>
      </w:r>
      <w:r>
        <w:br/>
      </w:r>
      <w:r>
        <w:t xml:space="preserve">    (a) factual reporting</w:t>
      </w:r>
      <w:r>
        <w:br/>
      </w:r>
      <w:r>
        <w:t xml:space="preserve">    (b) literal description</w:t>
      </w:r>
      <w:r>
        <w:br/>
      </w:r>
      <w:r>
        <w:t xml:space="preserve">    (c) humorous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serf</w:t>
      </w:r>
      <w:r>
        <w:rPr>
          <w:b/>
          <w:bCs/>
        </w:rPr>
        <w:t xml:space="preserve"> </w:t>
      </w:r>
      <w:r>
        <w:rPr>
          <w:b/>
          <w:bCs/>
        </w:rPr>
        <w:t xml:space="preserve">worked the lord's fields from dawn until dusk for little reward.</w:t>
      </w:r>
      <w:r>
        <w:br/>
      </w:r>
      <w:r>
        <w:t xml:space="preserve">    (a) wandering hermit</w:t>
      </w:r>
      <w:r>
        <w:br/>
      </w:r>
      <w:r>
        <w:t xml:space="preserve">    (b) trained knight</w:t>
      </w:r>
      <w:r>
        <w:br/>
      </w:r>
      <w:r>
        <w:t xml:space="preserve">    (c) bound peasant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car remained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stationary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engine running.</w:t>
      </w:r>
      <w:r>
        <w:br/>
      </w:r>
      <w:r>
        <w:t xml:space="preserve">    (a) warm</w:t>
      </w:r>
      <w:r>
        <w:br/>
      </w:r>
      <w:r>
        <w:t xml:space="preserve">    (b) not moving</w:t>
      </w:r>
      <w:r>
        <w:br/>
      </w:r>
      <w:r>
        <w:t xml:space="preserve">    (c) cool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artwork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transcends</w:t>
      </w:r>
      <w:r>
        <w:rPr>
          <w:b/>
          <w:bCs/>
        </w:rPr>
        <w:t xml:space="preserve"> </w:t>
      </w:r>
      <w:r>
        <w:rPr>
          <w:b/>
          <w:bCs/>
        </w:rPr>
        <w:t xml:space="preserve">typical landscape painting through bold abstract elements.</w:t>
      </w:r>
      <w:r>
        <w:br/>
      </w:r>
      <w:r>
        <w:t xml:space="preserve">    (a) stays within</w:t>
      </w:r>
      <w:r>
        <w:br/>
      </w:r>
      <w:r>
        <w:t xml:space="preserve">    (b) exactly copies</w:t>
      </w:r>
      <w:r>
        <w:br/>
      </w:r>
      <w:r>
        <w:t xml:space="preserve">    (c) goes beyond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truculent</w:t>
      </w:r>
      <w:r>
        <w:rPr>
          <w:b/>
          <w:bCs/>
        </w:rPr>
        <w:t xml:space="preserve"> </w:t>
      </w:r>
      <w:r>
        <w:rPr>
          <w:b/>
          <w:bCs/>
        </w:rPr>
        <w:t xml:space="preserve">dog barked and growled at anyone who came near.</w:t>
      </w:r>
      <w:r>
        <w:br/>
      </w:r>
      <w:r>
        <w:t xml:space="preserve">    (a) exceedingly unhappy</w:t>
      </w:r>
      <w:r>
        <w:br/>
      </w:r>
      <w:r>
        <w:t xml:space="preserve">    (b) very frightening</w:t>
      </w:r>
      <w:r>
        <w:br/>
      </w:r>
      <w:r>
        <w:t xml:space="preserve">    (c) defiantly aggressive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vivacious</w:t>
      </w:r>
      <w:r>
        <w:rPr>
          <w:b/>
          <w:bCs/>
        </w:rPr>
        <w:t xml:space="preserve"> </w:t>
      </w:r>
      <w:r>
        <w:rPr>
          <w:b/>
          <w:bCs/>
        </w:rPr>
        <w:t xml:space="preserve">high school senior who has captured the nations heart.</w:t>
      </w:r>
      <w:r>
        <w:br/>
      </w:r>
      <w:r>
        <w:t xml:space="preserve">    (a) kind and attractive</w:t>
      </w:r>
      <w:r>
        <w:br/>
      </w:r>
      <w:r>
        <w:t xml:space="preserve">    (b) engaging and lively</w:t>
      </w:r>
      <w:r>
        <w:br/>
      </w:r>
      <w:r>
        <w:t xml:space="preserve">    (c) smart and well-spoken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wrested</w:t>
      </w:r>
      <w:r>
        <w:rPr>
          <w:b/>
          <w:bCs/>
        </w:rPr>
        <w:t xml:space="preserve"> </w:t>
      </w:r>
      <w:r>
        <w:rPr>
          <w:b/>
          <w:bCs/>
        </w:rPr>
        <w:t xml:space="preserve">power from the old government.</w:t>
      </w:r>
      <w:r>
        <w:br/>
      </w:r>
      <w:r>
        <w:t xml:space="preserve">    (a) gave</w:t>
      </w:r>
      <w:r>
        <w:br/>
      </w:r>
      <w:r>
        <w:t xml:space="preserve">    (b) took</w:t>
      </w:r>
      <w:r>
        <w:br/>
      </w:r>
      <w:r>
        <w:t xml:space="preserve">    (c) understood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2026-07-31T14:20:36Z</dcterms:created>
  <dcterms:modified xsi:type="dcterms:W3CDTF">2026-07-31T14:20:36Z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