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fe1200e82107c666df2229eff9b58e514e3671c"/>
    <w:p>
      <w:pPr>
        <w:pStyle w:val="Heading1"/>
      </w:pPr>
      <w:r>
        <w:rPr>
          <w:b/>
          <w:bCs/>
        </w:rPr>
        <w:t xml:space="preserve">The Grapes of Wrath</w:t>
      </w:r>
      <w:r>
        <w:br/>
      </w:r>
      <w:r>
        <w:rPr>
          <w:i/>
          <w:iCs/>
        </w:rPr>
        <w:t xml:space="preserve">John Steinbeck</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driver squinted</w:t>
      </w:r>
      <w:r>
        <w:rPr>
          <w:b/>
          <w:bCs/>
        </w:rPr>
        <w:t xml:space="preserve"> </w:t>
      </w:r>
      <w:r>
        <w:rPr>
          <w:b/>
          <w:bCs/>
          <w:u w:val="single"/>
        </w:rPr>
        <w:t xml:space="preserve">judiciously</w:t>
      </w:r>
      <w:r>
        <w:rPr>
          <w:b/>
          <w:bCs/>
        </w:rPr>
        <w:t xml:space="preserve"> </w:t>
      </w:r>
      <w:r>
        <w:rPr>
          <w:b/>
          <w:bCs/>
        </w:rPr>
        <w:t xml:space="preserve">ahead and built up the speed of the truck a little.</w:t>
      </w:r>
      <w:r>
        <w:br/>
      </w:r>
      <w:r>
        <w:t xml:space="preserve">    (a) in a manner that does not find fault</w:t>
      </w:r>
      <w:r>
        <w:br/>
      </w:r>
      <w:r>
        <w:t xml:space="preserve">    (b) in a manner that is likely to change</w:t>
      </w:r>
      <w:r>
        <w:br/>
      </w:r>
      <w:r>
        <w:t xml:space="preserve">    (c) in a manner that shows good judgment</w:t>
      </w:r>
    </w:p>
    <w:p>
      <w:pPr>
        <w:pStyle w:val="Compact"/>
        <w:numPr>
          <w:ilvl w:val="0"/>
          <w:numId w:val="1001"/>
        </w:numPr>
      </w:pPr>
      <w:r>
        <w:rPr>
          <w:b/>
          <w:bCs/>
        </w:rPr>
        <w:t xml:space="preserve">The driver glanced quickly at him, looking for</w:t>
      </w:r>
      <w:r>
        <w:rPr>
          <w:b/>
          <w:bCs/>
        </w:rPr>
        <w:t xml:space="preserve"> </w:t>
      </w:r>
      <w:r>
        <w:rPr>
          <w:b/>
          <w:bCs/>
          <w:u w:val="single"/>
        </w:rPr>
        <w:t xml:space="preserve">satire</w:t>
      </w:r>
      <w:r>
        <w:rPr>
          <w:b/>
          <w:bCs/>
        </w:rPr>
        <w:t xml:space="preserve">.</w:t>
      </w:r>
      <w:r>
        <w:br/>
      </w:r>
      <w:r>
        <w:t xml:space="preserve">    (a) relating to logical examination of something to better understand it</w:t>
      </w:r>
      <w:r>
        <w:br/>
      </w:r>
      <w:r>
        <w:t xml:space="preserve">    (b) lack of interest; or the process of stopping interaction or interest</w:t>
      </w:r>
      <w:r>
        <w:br/>
      </w:r>
      <w:r>
        <w:t xml:space="preserve">    (c) a way of making fun of people or ideas -- often through exaggeration</w:t>
      </w:r>
    </w:p>
    <w:p>
      <w:pPr>
        <w:pStyle w:val="Compact"/>
        <w:numPr>
          <w:ilvl w:val="0"/>
          <w:numId w:val="1001"/>
        </w:numPr>
      </w:pPr>
      <w:r>
        <w:rPr>
          <w:b/>
          <w:bCs/>
        </w:rPr>
        <w:t xml:space="preserve">...the little eyes half scowling, half</w:t>
      </w:r>
      <w:r>
        <w:rPr>
          <w:b/>
          <w:bCs/>
        </w:rPr>
        <w:t xml:space="preserve"> </w:t>
      </w:r>
      <w:r>
        <w:rPr>
          <w:b/>
          <w:bCs/>
          <w:u w:val="single"/>
        </w:rPr>
        <w:t xml:space="preserve">petulant</w:t>
      </w:r>
      <w:r>
        <w:rPr>
          <w:b/>
          <w:bCs/>
        </w:rPr>
        <w:t xml:space="preserve">.</w:t>
      </w:r>
      <w:r>
        <w:br/>
      </w:r>
      <w:r>
        <w:t xml:space="preserve">    (a) unreasonably annoyed or upset</w:t>
      </w:r>
      <w:r>
        <w:br/>
      </w:r>
      <w:r>
        <w:t xml:space="preserve">    (b) not trustworthy, or improper, or attracting unwelcome attention</w:t>
      </w:r>
      <w:r>
        <w:br/>
      </w:r>
      <w:r>
        <w:t xml:space="preserve">    (c) the degree to which something is able to change or is different</w:t>
      </w:r>
    </w:p>
    <w:p>
      <w:pPr>
        <w:pStyle w:val="Compact"/>
        <w:numPr>
          <w:ilvl w:val="0"/>
          <w:numId w:val="1001"/>
        </w:numPr>
      </w:pPr>
      <w:r>
        <w:rPr>
          <w:b/>
          <w:bCs/>
        </w:rPr>
        <w:t xml:space="preserve">" Muley said</w:t>
      </w:r>
      <w:r>
        <w:rPr>
          <w:b/>
          <w:bCs/>
        </w:rPr>
        <w:t xml:space="preserve"> </w:t>
      </w:r>
      <w:r>
        <w:rPr>
          <w:b/>
          <w:bCs/>
          <w:u w:val="single"/>
        </w:rPr>
        <w:t xml:space="preserve">truculently</w:t>
      </w:r>
      <w:r>
        <w:rPr>
          <w:b/>
          <w:bCs/>
        </w:rPr>
        <w:t xml:space="preserve">, "You ain't changed neither.</w:t>
      </w:r>
      <w:r>
        <w:br/>
      </w:r>
      <w:r>
        <w:t xml:space="preserve">    (a) with great annoyance</w:t>
      </w:r>
      <w:r>
        <w:br/>
      </w:r>
      <w:r>
        <w:t xml:space="preserve">    (b) defiantly aggressive</w:t>
      </w:r>
      <w:r>
        <w:br/>
      </w:r>
      <w:r>
        <w:t xml:space="preserve">    (c) in a wasteful manner</w:t>
      </w:r>
    </w:p>
    <w:p>
      <w:pPr>
        <w:pStyle w:val="Compact"/>
        <w:numPr>
          <w:ilvl w:val="0"/>
          <w:numId w:val="1001"/>
        </w:numPr>
      </w:pPr>
      <w:r>
        <w:rPr>
          <w:b/>
          <w:bCs/>
        </w:rPr>
        <w:t xml:space="preserve">"She's old an' she's</w:t>
      </w:r>
      <w:r>
        <w:rPr>
          <w:b/>
          <w:bCs/>
        </w:rPr>
        <w:t xml:space="preserve"> </w:t>
      </w:r>
      <w:r>
        <w:rPr>
          <w:b/>
          <w:bCs/>
          <w:u w:val="single"/>
        </w:rPr>
        <w:t xml:space="preserve">ornery</w:t>
      </w:r>
      <w:r>
        <w:rPr>
          <w:b/>
          <w:bCs/>
        </w:rPr>
        <w:t xml:space="preserve">," he said gravely.</w:t>
      </w:r>
      <w:r>
        <w:br/>
      </w:r>
      <w:r>
        <w:t xml:space="preserve">    (a) the state or character of being bad or harmful</w:t>
      </w:r>
      <w:r>
        <w:br/>
      </w:r>
      <w:r>
        <w:t xml:space="preserve">    (b) easily annoyed and quick to complain and argue</w:t>
      </w:r>
      <w:r>
        <w:br/>
      </w:r>
      <w:r>
        <w:t xml:space="preserve">    (c) a document granting permission to do something</w:t>
      </w:r>
    </w:p>
    <w:p>
      <w:pPr>
        <w:pStyle w:val="Compact"/>
        <w:numPr>
          <w:ilvl w:val="0"/>
          <w:numId w:val="1001"/>
        </w:numPr>
      </w:pPr>
      <w:r>
        <w:rPr>
          <w:b/>
          <w:bCs/>
        </w:rPr>
        <w:t xml:space="preserve">Pa looked at the face of each one for</w:t>
      </w:r>
      <w:r>
        <w:rPr>
          <w:b/>
          <w:bCs/>
        </w:rPr>
        <w:t xml:space="preserve"> </w:t>
      </w:r>
      <w:r>
        <w:rPr>
          <w:b/>
          <w:bCs/>
          <w:u w:val="single"/>
        </w:rPr>
        <w:t xml:space="preserve">dissent</w:t>
      </w:r>
      <w:r>
        <w:rPr>
          <w:b/>
          <w:bCs/>
        </w:rPr>
        <w:t xml:space="preserve">, and then he said, "Want to call 'im over, Tommy?"</w:t>
      </w:r>
      <w:r>
        <w:br/>
      </w:r>
      <w:r>
        <w:t xml:space="preserve">    (a) disagreement</w:t>
      </w:r>
      <w:r>
        <w:br/>
      </w:r>
      <w:r>
        <w:t xml:space="preserve">    (b) tell someone about something</w:t>
      </w:r>
      <w:r>
        <w:br/>
      </w:r>
      <w:r>
        <w:t xml:space="preserve">    (c) something repeated regularly</w:t>
      </w:r>
    </w:p>
    <w:p>
      <w:pPr>
        <w:pStyle w:val="Compact"/>
        <w:numPr>
          <w:ilvl w:val="0"/>
          <w:numId w:val="1001"/>
        </w:numPr>
      </w:pPr>
      <w:r>
        <w:rPr>
          <w:b/>
          <w:bCs/>
        </w:rPr>
        <w:t xml:space="preserve">And beside them, the nickel phonograph with records piled up like pies, ready to swing out to the turntable and play dance music, "Ti-</w:t>
      </w:r>
      <w:r>
        <w:rPr>
          <w:b/>
          <w:bCs/>
          <w:u w:val="single"/>
        </w:rPr>
        <w:t xml:space="preserve">pi</w:t>
      </w:r>
      <w:r>
        <w:rPr>
          <w:b/>
          <w:bCs/>
        </w:rPr>
        <w:t xml:space="preserve">-ti-pi-tin,"</w:t>
      </w:r>
      <w:r>
        <w:br/>
      </w:r>
      <w:r>
        <w:t xml:space="preserve">    (a) radically new and experimental; or people who practice radically new and experimental ideas -- especially in the arts</w:t>
      </w:r>
      <w:r>
        <w:br/>
      </w:r>
      <w:r>
        <w:t xml:space="preserve">    (b) mathematics:  an important constant representing the circumference of any circle divided by its diameter (about 3.14)</w:t>
      </w:r>
      <w:r>
        <w:br/>
      </w:r>
      <w:r>
        <w:t xml:space="preserve">    (c) drugs that causes temporary loss of bodily sensations in a limited region of the body while maintaining consciousness</w:t>
      </w:r>
    </w:p>
    <w:p>
      <w:pPr>
        <w:pStyle w:val="Compact"/>
        <w:numPr>
          <w:ilvl w:val="0"/>
          <w:numId w:val="1001"/>
        </w:numPr>
      </w:pPr>
      <w:r>
        <w:rPr>
          <w:b/>
          <w:bCs/>
        </w:rPr>
        <w:t xml:space="preserve">Sometimes he looks up at the</w:t>
      </w:r>
      <w:r>
        <w:rPr>
          <w:b/>
          <w:bCs/>
        </w:rPr>
        <w:t xml:space="preserve"> </w:t>
      </w:r>
      <w:r>
        <w:rPr>
          <w:b/>
          <w:bCs/>
          <w:u w:val="single"/>
        </w:rPr>
        <w:t xml:space="preserve">vivaciousness</w:t>
      </w:r>
      <w:r>
        <w:rPr>
          <w:b/>
          <w:bCs/>
        </w:rPr>
        <w:t xml:space="preserve"> </w:t>
      </w:r>
      <w:r>
        <w:rPr>
          <w:b/>
          <w:bCs/>
        </w:rPr>
        <w:t xml:space="preserve">in Mae's voice, and then he scrapes the griddle with a spatula, scrapes the grease into an iron trough around the plate.</w:t>
      </w:r>
      <w:r>
        <w:br/>
      </w:r>
      <w:r>
        <w:t xml:space="preserve">    (a) not done on purpose</w:t>
      </w:r>
      <w:r>
        <w:br/>
      </w:r>
      <w:r>
        <w:t xml:space="preserve">    (b) not straightforward</w:t>
      </w:r>
      <w:r>
        <w:br/>
      </w:r>
      <w:r>
        <w:t xml:space="preserve">    (c) engaging liveliness</w:t>
      </w:r>
    </w:p>
    <w:p>
      <w:pPr>
        <w:pStyle w:val="Compact"/>
        <w:numPr>
          <w:ilvl w:val="0"/>
          <w:numId w:val="1001"/>
        </w:numPr>
      </w:pPr>
      <w:r>
        <w:rPr>
          <w:b/>
          <w:bCs/>
        </w:rPr>
        <w:t xml:space="preserve">The land rolled like great</w:t>
      </w:r>
      <w:r>
        <w:rPr>
          <w:b/>
          <w:bCs/>
        </w:rPr>
        <w:t xml:space="preserve"> </w:t>
      </w:r>
      <w:r>
        <w:rPr>
          <w:b/>
          <w:bCs/>
          <w:u w:val="single"/>
        </w:rPr>
        <w:t xml:space="preserve">stationary</w:t>
      </w:r>
      <w:r>
        <w:rPr>
          <w:b/>
          <w:bCs/>
        </w:rPr>
        <w:t xml:space="preserve"> </w:t>
      </w:r>
      <w:r>
        <w:rPr>
          <w:b/>
          <w:bCs/>
        </w:rPr>
        <w:t xml:space="preserve">ground swells.</w:t>
      </w:r>
      <w:r>
        <w:br/>
      </w:r>
      <w:r>
        <w:t xml:space="preserve">    (a) an official charge (of having broken the law)</w:t>
      </w:r>
      <w:r>
        <w:br/>
      </w:r>
      <w:r>
        <w:t xml:space="preserve">    (b) standing still; or not capable of being moved</w:t>
      </w:r>
      <w:r>
        <w:br/>
      </w:r>
      <w:r>
        <w:t xml:space="preserve">    (c) male, female, or any of many trans categories</w:t>
      </w:r>
    </w:p>
    <w:p>
      <w:pPr>
        <w:pStyle w:val="Compact"/>
        <w:numPr>
          <w:ilvl w:val="0"/>
          <w:numId w:val="1001"/>
        </w:numPr>
      </w:pPr>
      <w:r>
        <w:rPr>
          <w:b/>
          <w:bCs/>
        </w:rPr>
        <w:t xml:space="preserve">Al</w:t>
      </w:r>
      <w:r>
        <w:rPr>
          <w:b/>
          <w:bCs/>
        </w:rPr>
        <w:t xml:space="preserve"> </w:t>
      </w:r>
      <w:r>
        <w:rPr>
          <w:b/>
          <w:bCs/>
          <w:u w:val="single"/>
        </w:rPr>
        <w:t xml:space="preserve">relapsed</w:t>
      </w:r>
      <w:r>
        <w:rPr>
          <w:b/>
          <w:bCs/>
        </w:rPr>
        <w:t xml:space="preserve"> </w:t>
      </w:r>
      <w:r>
        <w:rPr>
          <w:b/>
          <w:bCs/>
        </w:rPr>
        <w:t xml:space="preserve">into an insulted silence.</w:t>
      </w:r>
      <w:r>
        <w:br/>
      </w:r>
      <w:r>
        <w:t xml:space="preserve">    (a) returned to an undesirable previous condition</w:t>
      </w:r>
      <w:r>
        <w:br/>
      </w:r>
      <w:r>
        <w:t xml:space="preserve">    (b) caused to happen or occurred as a consequence</w:t>
      </w:r>
      <w:r>
        <w:br/>
      </w:r>
      <w:r>
        <w:t xml:space="preserve">    (c) donated a portion of one's income to a church</w:t>
      </w:r>
    </w:p>
    <w:p>
      <w:pPr>
        <w:pStyle w:val="Compact"/>
        <w:numPr>
          <w:ilvl w:val="0"/>
          <w:numId w:val="1001"/>
        </w:numPr>
      </w:pPr>
      <w:r>
        <w:rPr>
          <w:b/>
          <w:bCs/>
        </w:rPr>
        <w:t xml:space="preserve">The families learned what rights must be observed—the right of privacy in the tent; the right to keep the past black hidden in the heart; the right to talk and to listen; the right to refuse help or to accept, to offer help or to decline it; the right of son to court and daughter to be courted; the right of the hungry to be fed; the rights of the pregnant and the sick to</w:t>
      </w:r>
      <w:r>
        <w:rPr>
          <w:b/>
          <w:bCs/>
        </w:rPr>
        <w:t xml:space="preserve"> </w:t>
      </w:r>
      <w:r>
        <w:rPr>
          <w:b/>
          <w:bCs/>
          <w:u w:val="single"/>
        </w:rPr>
        <w:t xml:space="preserve">transcend</w:t>
      </w:r>
      <w:r>
        <w:rPr>
          <w:b/>
          <w:bCs/>
        </w:rPr>
        <w:t xml:space="preserve"> </w:t>
      </w:r>
      <w:r>
        <w:rPr>
          <w:b/>
          <w:bCs/>
        </w:rPr>
        <w:t xml:space="preserve">all other rights.</w:t>
      </w:r>
      <w:r>
        <w:br/>
      </w:r>
      <w:r>
        <w:t xml:space="preserve">    (a) restrict</w:t>
      </w:r>
      <w:r>
        <w:br/>
      </w:r>
      <w:r>
        <w:t xml:space="preserve">    (b) exceed or surpass</w:t>
      </w:r>
      <w:r>
        <w:br/>
      </w:r>
      <w:r>
        <w:t xml:space="preserve">    (c) reach</w:t>
      </w:r>
    </w:p>
    <w:p>
      <w:pPr>
        <w:pStyle w:val="Compact"/>
        <w:numPr>
          <w:ilvl w:val="0"/>
          <w:numId w:val="1001"/>
        </w:numPr>
      </w:pPr>
      <w:r>
        <w:rPr>
          <w:b/>
          <w:bCs/>
        </w:rPr>
        <w:t xml:space="preserve">THE JOAD FAMILY moved slowly westward, up into the mountains of New Mexico, past the</w:t>
      </w:r>
      <w:r>
        <w:rPr>
          <w:b/>
          <w:bCs/>
        </w:rPr>
        <w:t xml:space="preserve"> </w:t>
      </w:r>
      <w:r>
        <w:rPr>
          <w:b/>
          <w:bCs/>
          <w:u w:val="single"/>
        </w:rPr>
        <w:t xml:space="preserve">pinnacles</w:t>
      </w:r>
      <w:r>
        <w:rPr>
          <w:b/>
          <w:bCs/>
        </w:rPr>
        <w:t xml:space="preserve"> </w:t>
      </w:r>
      <w:r>
        <w:rPr>
          <w:b/>
          <w:bCs/>
        </w:rPr>
        <w:t xml:space="preserve">and pyramids of the upland.</w:t>
      </w:r>
      <w:r>
        <w:br/>
      </w:r>
      <w:r>
        <w:t xml:space="preserve">    (a) removes or suppress anything considered obscene, immoral, or politically unacceptable  OR  people who does such suppression</w:t>
      </w:r>
      <w:r>
        <w:br/>
      </w:r>
      <w:r>
        <w:t xml:space="preserve">    (b) atones (demonstrates sorrow for a wrong either by doing something good in return for the wrong, or by accepting punishment)</w:t>
      </w:r>
      <w:r>
        <w:br/>
      </w:r>
      <w:r>
        <w:t xml:space="preserve">    (c) high, pointed rock formations</w:t>
      </w:r>
    </w:p>
    <w:p>
      <w:pPr>
        <w:pStyle w:val="Compact"/>
        <w:numPr>
          <w:ilvl w:val="0"/>
          <w:numId w:val="1001"/>
        </w:numPr>
      </w:pPr>
      <w:r>
        <w:rPr>
          <w:b/>
          <w:bCs/>
        </w:rPr>
        <w:t xml:space="preserve">And the imported</w:t>
      </w:r>
      <w:r>
        <w:rPr>
          <w:b/>
          <w:bCs/>
        </w:rPr>
        <w:t xml:space="preserve"> </w:t>
      </w:r>
      <w:r>
        <w:rPr>
          <w:b/>
          <w:bCs/>
          <w:u w:val="single"/>
        </w:rPr>
        <w:t xml:space="preserve">serfs</w:t>
      </w:r>
      <w:r>
        <w:rPr>
          <w:b/>
          <w:bCs/>
        </w:rPr>
        <w:t xml:space="preserve"> </w:t>
      </w:r>
      <w:r>
        <w:rPr>
          <w:b/>
          <w:bCs/>
        </w:rPr>
        <w:t xml:space="preserve">were beaten and frightened and starved until some went home again, and some grew fierce and were killed or driven from the country.</w:t>
      </w:r>
      <w:r>
        <w:br/>
      </w:r>
      <w:r>
        <w:t xml:space="preserve">    (a) Middle Ages Europe:  people bound to the land and owned with the land by the feudal lord</w:t>
      </w:r>
      <w:r>
        <w:br/>
      </w:r>
      <w:r>
        <w:t xml:space="preserve">    (b) supporters of dramatic change -- sometimes people fighting for overthrow of a government</w:t>
      </w:r>
      <w:r>
        <w:br/>
      </w:r>
      <w:r>
        <w:t xml:space="preserve">    (c) workplaces where people do scientific or medical research, or produce drugs or chemicals</w:t>
      </w:r>
    </w:p>
    <w:p>
      <w:pPr>
        <w:pStyle w:val="Compact"/>
        <w:numPr>
          <w:ilvl w:val="0"/>
          <w:numId w:val="1001"/>
        </w:numPr>
      </w:pPr>
      <w:r>
        <w:rPr>
          <w:b/>
          <w:bCs/>
        </w:rPr>
        <w:t xml:space="preserve">...he must crawl like a bug between the rows of lettuce, he must bend his back and pull his long bag between the cotton rows, he must go on his knees like a</w:t>
      </w:r>
      <w:r>
        <w:rPr>
          <w:b/>
          <w:bCs/>
        </w:rPr>
        <w:t xml:space="preserve"> </w:t>
      </w:r>
      <w:r>
        <w:rPr>
          <w:b/>
          <w:bCs/>
          <w:u w:val="single"/>
        </w:rPr>
        <w:t xml:space="preserve">penitent</w:t>
      </w:r>
      <w:r>
        <w:rPr>
          <w:b/>
          <w:bCs/>
        </w:rPr>
        <w:t xml:space="preserve"> </w:t>
      </w:r>
      <w:r>
        <w:rPr>
          <w:b/>
          <w:bCs/>
        </w:rPr>
        <w:t xml:space="preserve">across a cauliflower patch.</w:t>
      </w:r>
      <w:r>
        <w:br/>
      </w:r>
      <w:r>
        <w:t xml:space="preserve">    (a) having the characteristic of or relating to bouncing back light/heat/sound...</w:t>
      </w:r>
      <w:r>
        <w:br/>
      </w:r>
      <w:r>
        <w:t xml:space="preserve">    (b) suffering from too few red blood cells</w:t>
      </w:r>
      <w:r>
        <w:br/>
      </w:r>
      <w:r>
        <w:br/>
      </w:r>
      <w:r>
        <w:t xml:space="preserve">or (less commonly):  lacking vitality</w:t>
      </w:r>
      <w:r>
        <w:br/>
      </w:r>
      <w:r>
        <w:t xml:space="preserve">    (c) someone asking for forgiveness</w:t>
      </w:r>
    </w:p>
    <w:p>
      <w:pPr>
        <w:pStyle w:val="Compact"/>
        <w:numPr>
          <w:ilvl w:val="0"/>
          <w:numId w:val="1001"/>
        </w:numPr>
      </w:pPr>
      <w:r>
        <w:rPr>
          <w:b/>
          <w:bCs/>
        </w:rPr>
        <w:t xml:space="preserve">And whereas the wants of the Californians were</w:t>
      </w:r>
      <w:r>
        <w:rPr>
          <w:b/>
          <w:bCs/>
        </w:rPr>
        <w:t xml:space="preserve"> </w:t>
      </w:r>
      <w:r>
        <w:rPr>
          <w:b/>
          <w:bCs/>
          <w:u w:val="single"/>
        </w:rPr>
        <w:t xml:space="preserve">nebulous</w:t>
      </w:r>
      <w:r>
        <w:rPr>
          <w:b/>
          <w:bCs/>
        </w:rPr>
        <w:t xml:space="preserve"> </w:t>
      </w:r>
      <w:r>
        <w:rPr>
          <w:b/>
          <w:bCs/>
        </w:rPr>
        <w:t xml:space="preserve">and undefined, the wants of the Okies were beside the roads, lying there to be seen and coveted: the good fields with water to be dug for, the good green fields, earth to crumble experimentally in the hand, grass to smell, oaten stalks to chew until the sharp sweetness was in the throat.</w:t>
      </w:r>
      <w:r>
        <w:br/>
      </w:r>
      <w:r>
        <w:t xml:space="preserve">    (a) indicating approval or agreement</w:t>
      </w:r>
      <w:r>
        <w:br/>
      </w:r>
      <w:r>
        <w:t xml:space="preserve">    (b) unclear or lacking definite form</w:t>
      </w:r>
      <w:r>
        <w:br/>
      </w:r>
      <w:r>
        <w:t xml:space="preserve">    (c) the condition of being different</w:t>
      </w:r>
    </w:p>
    <w:p>
      <w:pPr>
        <w:pStyle w:val="Compact"/>
        <w:numPr>
          <w:ilvl w:val="0"/>
          <w:numId w:val="1001"/>
        </w:numPr>
      </w:pPr>
      <w:r>
        <w:rPr>
          <w:b/>
          <w:bCs/>
        </w:rPr>
        <w:t xml:space="preserve">The children moved closer with elaborate</w:t>
      </w:r>
      <w:r>
        <w:rPr>
          <w:b/>
          <w:bCs/>
        </w:rPr>
        <w:t xml:space="preserve"> </w:t>
      </w:r>
      <w:r>
        <w:rPr>
          <w:b/>
          <w:bCs/>
          <w:u w:val="single"/>
        </w:rPr>
        <w:t xml:space="preserve">circuitousness</w:t>
      </w:r>
      <w:r>
        <w:rPr>
          <w:b/>
          <w:bCs/>
        </w:rPr>
        <w:t xml:space="preserve">, edging inward in long curves.</w:t>
      </w:r>
      <w:r>
        <w:br/>
      </w:r>
      <w:r>
        <w:t xml:space="preserve">    (a) the state or degree of being very large</w:t>
      </w:r>
      <w:r>
        <w:br/>
      </w:r>
      <w:r>
        <w:t xml:space="preserve">    (b) the quality or degree of being indirect</w:t>
      </w:r>
      <w:r>
        <w:br/>
      </w:r>
      <w:r>
        <w:t xml:space="preserve">    (c) meticulousness (care for small details)</w:t>
      </w:r>
    </w:p>
    <w:p>
      <w:pPr>
        <w:pStyle w:val="Compact"/>
        <w:numPr>
          <w:ilvl w:val="0"/>
          <w:numId w:val="1001"/>
        </w:numPr>
      </w:pPr>
      <w:r>
        <w:rPr>
          <w:b/>
          <w:bCs/>
        </w:rPr>
        <w:t xml:space="preserve">And Ruthie was instantly</w:t>
      </w:r>
      <w:r>
        <w:rPr>
          <w:b/>
          <w:bCs/>
        </w:rPr>
        <w:t xml:space="preserve"> </w:t>
      </w:r>
      <w:r>
        <w:rPr>
          <w:b/>
          <w:bCs/>
          <w:u w:val="single"/>
        </w:rPr>
        <w:t xml:space="preserve">contrite</w:t>
      </w:r>
      <w:r>
        <w:rPr>
          <w:b/>
          <w:bCs/>
        </w:rPr>
        <w:t xml:space="preserve">.</w:t>
      </w:r>
      <w:r>
        <w:br/>
      </w:r>
      <w:r>
        <w:t xml:space="preserve">    (a) the state or degree of being good or beneficial</w:t>
      </w:r>
      <w:r>
        <w:br/>
      </w:r>
      <w:r>
        <w:t xml:space="preserve">    (b) not able to change to fit a different situation</w:t>
      </w:r>
      <w:r>
        <w:br/>
      </w:r>
      <w:r>
        <w:t xml:space="preserve">    (c) feeling sorrow or regret for a fault or offense</w:t>
      </w:r>
    </w:p>
    <w:p>
      <w:pPr>
        <w:pStyle w:val="Compact"/>
        <w:numPr>
          <w:ilvl w:val="0"/>
          <w:numId w:val="1001"/>
        </w:numPr>
      </w:pPr>
      <w:r>
        <w:rPr>
          <w:b/>
          <w:bCs/>
        </w:rPr>
        <w:t xml:space="preserve">Ruthie sprang at her, slapped her, pushed her, and</w:t>
      </w:r>
      <w:r>
        <w:rPr>
          <w:b/>
          <w:bCs/>
        </w:rPr>
        <w:t xml:space="preserve"> </w:t>
      </w:r>
      <w:r>
        <w:rPr>
          <w:b/>
          <w:bCs/>
          <w:u w:val="single"/>
        </w:rPr>
        <w:t xml:space="preserve">wrested</w:t>
      </w:r>
      <w:r>
        <w:rPr>
          <w:b/>
          <w:bCs/>
        </w:rPr>
        <w:t xml:space="preserve"> </w:t>
      </w:r>
      <w:r>
        <w:rPr>
          <w:b/>
          <w:bCs/>
        </w:rPr>
        <w:t xml:space="preserve">the mallet from her hands.</w:t>
      </w:r>
      <w:r>
        <w:br/>
      </w:r>
      <w:r>
        <w:t xml:space="preserve">    (a) protected or kept something as it was</w:t>
      </w:r>
      <w:r>
        <w:br/>
      </w:r>
      <w:r>
        <w:t xml:space="preserve">    (b) obtain with difficult effort or force</w:t>
      </w:r>
      <w:r>
        <w:br/>
      </w:r>
      <w:r>
        <w:t xml:space="preserve">    (c) controlled (how something turned out)</w:t>
      </w:r>
    </w:p>
    <w:p>
      <w:pPr>
        <w:pStyle w:val="Compact"/>
        <w:numPr>
          <w:ilvl w:val="0"/>
          <w:numId w:val="1001"/>
        </w:numPr>
      </w:pPr>
      <w:r>
        <w:rPr>
          <w:b/>
          <w:bCs/>
        </w:rPr>
        <w:t xml:space="preserve">Pa had followed</w:t>
      </w:r>
      <w:r>
        <w:rPr>
          <w:b/>
          <w:bCs/>
        </w:rPr>
        <w:t xml:space="preserve"> </w:t>
      </w:r>
      <w:r>
        <w:rPr>
          <w:b/>
          <w:bCs/>
          <w:u w:val="single"/>
        </w:rPr>
        <w:t xml:space="preserve">docilely</w:t>
      </w:r>
      <w:r>
        <w:rPr>
          <w:b/>
          <w:bCs/>
        </w:rPr>
        <w:t xml:space="preserve"> </w:t>
      </w:r>
      <w:r>
        <w:rPr>
          <w:b/>
          <w:bCs/>
        </w:rPr>
        <w:t xml:space="preserve">into the field.</w:t>
      </w:r>
      <w:r>
        <w:br/>
      </w:r>
      <w:r>
        <w:t xml:space="preserve">    (a) in an easily managed manner</w:t>
      </w:r>
      <w:r>
        <w:br/>
      </w:r>
      <w:r>
        <w:t xml:space="preserve">    (b) in a morally correct manner</w:t>
      </w:r>
      <w:r>
        <w:br/>
      </w:r>
      <w:r>
        <w:t xml:space="preserve">    (c) in a strongly biased manner</w:t>
      </w:r>
    </w:p>
    <w:p>
      <w:pPr>
        <w:pStyle w:val="Compact"/>
        <w:numPr>
          <w:ilvl w:val="0"/>
          <w:numId w:val="1001"/>
        </w:numPr>
      </w:pPr>
      <w:r>
        <w:rPr>
          <w:b/>
          <w:bCs/>
        </w:rPr>
        <w:t xml:space="preserve">In the gray starlight she could see the embankment and the black round hole of the</w:t>
      </w:r>
      <w:r>
        <w:rPr>
          <w:b/>
          <w:bCs/>
        </w:rPr>
        <w:t xml:space="preserve"> </w:t>
      </w:r>
      <w:r>
        <w:rPr>
          <w:b/>
          <w:bCs/>
          <w:u w:val="single"/>
        </w:rPr>
        <w:t xml:space="preserve">culvert</w:t>
      </w:r>
      <w:r>
        <w:rPr>
          <w:b/>
          <w:bCs/>
        </w:rPr>
        <w:t xml:space="preserve"> </w:t>
      </w:r>
      <w:r>
        <w:rPr>
          <w:b/>
          <w:bCs/>
        </w:rPr>
        <w:t xml:space="preserve">where she always left Tom's food.</w:t>
      </w:r>
      <w:r>
        <w:br/>
      </w:r>
      <w:r>
        <w:t xml:space="preserve">    (a) an abandoned animal's burrow</w:t>
      </w:r>
      <w:r>
        <w:br/>
      </w:r>
      <w:r>
        <w:t xml:space="preserve">    (b) a place where valuables are hidden</w:t>
      </w:r>
      <w:r>
        <w:br/>
      </w:r>
      <w:r>
        <w:t xml:space="preserve">    (c) a pipe that carries runoff water beneath something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2026-07-31T14:20:36Z</dcterms:created>
  <dcterms:modified xsi:type="dcterms:W3CDTF">2026-07-31T14:20:36Z</dcterms:modified>
</cp:coreProperties>
</file>

<file path=docProps/custom.xml><?xml version="1.0" encoding="utf-8"?>
<Properties xmlns="http://schemas.openxmlformats.org/officeDocument/2006/custom-properties" xmlns:vt="http://schemas.openxmlformats.org/officeDocument/2006/docPropsVTypes"/>
</file>