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9716e90c0e763638bd89c77f6afeaf2515bc94b"/>
    <w:p>
      <w:pPr>
        <w:pStyle w:val="Heading1"/>
      </w:pPr>
      <w:r>
        <w:rPr>
          <w:b/>
          <w:bCs/>
        </w:rPr>
        <w:t xml:space="preserve">The Good Soldier</w:t>
      </w:r>
      <w:r>
        <w:br/>
      </w:r>
      <w:r>
        <w:rPr>
          <w:i/>
          <w:iCs/>
        </w:rPr>
        <w:t xml:space="preserve">Ford Madox Ford</w:t>
      </w:r>
      <w:r>
        <w:br/>
      </w:r>
      <w:r>
        <w:rPr>
          <w:b/>
          <w:bCs/>
        </w:rPr>
        <w:t xml:space="preserve">Extra Credit 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I think an</w:t>
      </w:r>
      <w:r>
        <w:rPr>
          <w:b/>
          <w:bCs/>
        </w:rPr>
        <w:t xml:space="preserve"> </w:t>
      </w:r>
      <w:r>
        <w:rPr>
          <w:b/>
          <w:bCs/>
          <w:u w:val="single"/>
        </w:rPr>
        <w:t xml:space="preserve">anecdote</w:t>
      </w:r>
      <w:r>
        <w:rPr>
          <w:b/>
          <w:bCs/>
        </w:rPr>
        <w:t xml:space="preserve"> </w:t>
      </w:r>
      <w:r>
        <w:rPr>
          <w:b/>
          <w:bCs/>
        </w:rPr>
        <w:t xml:space="preserve">is about the best way to give you an idea of what the old gentleman was like.</w:t>
      </w:r>
      <w:r>
        <w:br/>
      </w:r>
      <w:r>
        <w:t xml:space="preserve">    (a) a feeling of anger or unhappiness at having to accept something not liked</w:t>
      </w:r>
      <w:r>
        <w:br/>
      </w:r>
      <w:r>
        <w:t xml:space="preserve">    (b) a short story that is true -- often told for amusement or to make a point</w:t>
      </w:r>
      <w:r>
        <w:br/>
      </w:r>
      <w:r>
        <w:t xml:space="preserve">    (c) Hitler's fanatical and oppressive political party in World War II Germany</w:t>
      </w:r>
    </w:p>
    <w:p>
      <w:pPr>
        <w:pStyle w:val="Compact"/>
        <w:numPr>
          <w:ilvl w:val="0"/>
          <w:numId w:val="1001"/>
        </w:numPr>
      </w:pPr>
      <w:r>
        <w:rPr>
          <w:b/>
          <w:bCs/>
        </w:rPr>
        <w:t xml:space="preserve">No, it was just submissiveness—to the importunities, to the</w:t>
      </w:r>
      <w:r>
        <w:rPr>
          <w:b/>
          <w:bCs/>
        </w:rPr>
        <w:t xml:space="preserve"> </w:t>
      </w:r>
      <w:r>
        <w:rPr>
          <w:b/>
          <w:bCs/>
          <w:u w:val="single"/>
        </w:rPr>
        <w:t xml:space="preserve">tempestuous</w:t>
      </w:r>
      <w:r>
        <w:rPr>
          <w:b/>
          <w:bCs/>
        </w:rPr>
        <w:t xml:space="preserve"> </w:t>
      </w:r>
      <w:r>
        <w:rPr>
          <w:b/>
          <w:bCs/>
        </w:rPr>
        <w:t xml:space="preserve">forces that pushed that miserable fellow on to ruin.</w:t>
      </w:r>
      <w:r>
        <w:br/>
      </w:r>
      <w:r>
        <w:t xml:space="preserve">    (a) relating to logical examination to improve understanding</w:t>
      </w:r>
      <w:r>
        <w:br/>
      </w:r>
      <w:r>
        <w:t xml:space="preserve">    (b) the state or degree of being pessimistic or disagreeable</w:t>
      </w:r>
      <w:r>
        <w:br/>
      </w:r>
      <w:r>
        <w:t xml:space="preserve">    (c) strongly turbulent -- as of a storm or unstable emotions</w:t>
      </w:r>
    </w:p>
    <w:p>
      <w:pPr>
        <w:pStyle w:val="Compact"/>
        <w:numPr>
          <w:ilvl w:val="0"/>
          <w:numId w:val="1001"/>
        </w:numPr>
      </w:pPr>
      <w:r>
        <w:rPr>
          <w:b/>
          <w:bCs/>
        </w:rPr>
        <w:t xml:space="preserve">She could force him to do anything; in his clumsy, good-natured,</w:t>
      </w:r>
      <w:r>
        <w:rPr>
          <w:b/>
          <w:bCs/>
        </w:rPr>
        <w:t xml:space="preserve"> </w:t>
      </w:r>
      <w:r>
        <w:rPr>
          <w:b/>
          <w:bCs/>
          <w:u w:val="single"/>
        </w:rPr>
        <w:t xml:space="preserve">inarticulate</w:t>
      </w:r>
      <w:r>
        <w:rPr>
          <w:b/>
          <w:bCs/>
        </w:rPr>
        <w:t xml:space="preserve"> </w:t>
      </w:r>
      <w:r>
        <w:rPr>
          <w:b/>
          <w:bCs/>
        </w:rPr>
        <w:t xml:space="preserve">way he was as frightened of her as of the devil.</w:t>
      </w:r>
      <w:r>
        <w:br/>
      </w:r>
      <w:r>
        <w:t xml:space="preserve">    (a) the degree or quality of being exactly vertical or straight</w:t>
      </w:r>
      <w:r>
        <w:br/>
      </w:r>
      <w:r>
        <w:t xml:space="preserve">    (b) tendency to be direct in a disagreeable, insensitive manner</w:t>
      </w:r>
      <w:r>
        <w:br/>
      </w:r>
      <w:r>
        <w:t xml:space="preserve">    (c) unable to express oneself clearly; or not expressed clearly</w:t>
      </w:r>
    </w:p>
    <w:p>
      <w:pPr>
        <w:pStyle w:val="Compact"/>
        <w:numPr>
          <w:ilvl w:val="0"/>
          <w:numId w:val="1001"/>
        </w:numPr>
      </w:pPr>
      <w:r>
        <w:rPr>
          <w:b/>
          <w:bCs/>
        </w:rPr>
        <w:t xml:space="preserve">I trust I have not, in talking of his</w:t>
      </w:r>
      <w:r>
        <w:rPr>
          <w:b/>
          <w:bCs/>
        </w:rPr>
        <w:t xml:space="preserve"> </w:t>
      </w:r>
      <w:r>
        <w:rPr>
          <w:b/>
          <w:bCs/>
          <w:u w:val="single"/>
        </w:rPr>
        <w:t xml:space="preserve">liabilities</w:t>
      </w:r>
      <w:r>
        <w:rPr>
          <w:b/>
          <w:bCs/>
        </w:rPr>
        <w:t xml:space="preserve">, given the impression that poor Edward was a promiscuous libertine.</w:t>
      </w:r>
      <w:r>
        <w:br/>
      </w:r>
      <w:r>
        <w:t xml:space="preserve">    (a) scales where each step is a multiple of the prior step rather than a fixed addition to it</w:t>
      </w:r>
      <w:r>
        <w:br/>
      </w:r>
      <w:r>
        <w:t xml:space="preserve">    (b) mammals of a specific type that seldom move and are typically very slow when they do move</w:t>
      </w:r>
      <w:r>
        <w:br/>
      </w:r>
      <w:r>
        <w:t xml:space="preserve">    (c) debt and other financial obligations</w:t>
      </w:r>
    </w:p>
    <w:p>
      <w:pPr>
        <w:pStyle w:val="Compact"/>
        <w:numPr>
          <w:ilvl w:val="0"/>
          <w:numId w:val="1001"/>
        </w:numPr>
      </w:pPr>
      <w:r>
        <w:rPr>
          <w:b/>
          <w:bCs/>
        </w:rPr>
        <w:t xml:space="preserve">She had come of a penniless branch of the Powys family, and they had forced upon her poor dear Edward without making the</w:t>
      </w:r>
      <w:r>
        <w:rPr>
          <w:b/>
          <w:bCs/>
        </w:rPr>
        <w:t xml:space="preserve"> </w:t>
      </w:r>
      <w:r>
        <w:rPr>
          <w:b/>
          <w:bCs/>
          <w:u w:val="single"/>
        </w:rPr>
        <w:t xml:space="preserve">stipulation</w:t>
      </w:r>
      <w:r>
        <w:rPr>
          <w:b/>
          <w:bCs/>
        </w:rPr>
        <w:t xml:space="preserve"> </w:t>
      </w:r>
      <w:r>
        <w:rPr>
          <w:b/>
          <w:bCs/>
        </w:rPr>
        <w:t xml:space="preserve">that the children should be brought up as Catholics.</w:t>
      </w:r>
      <w:r>
        <w:br/>
      </w:r>
      <w:r>
        <w:t xml:space="preserve">    (a) to formally state -- such as a condition, or a requirement of a contract, or an opinion of a circumstance that has legal significance</w:t>
      </w:r>
      <w:r>
        <w:br/>
      </w:r>
      <w:r>
        <w:t xml:space="preserve">    (b) lymph node -- one of many bean-sized organs that filter bacteria and other toxins from circulating white-blood-cell filled lymph fluid</w:t>
      </w:r>
      <w:r>
        <w:br/>
      </w:r>
      <w:r>
        <w:t xml:space="preserve">    (c) a recommendation or requirement  OR  (from a medical doctor) an instruction -- such as writing that a patient should take antibiotics</w:t>
      </w:r>
    </w:p>
    <w:p>
      <w:pPr>
        <w:pStyle w:val="Compact"/>
        <w:numPr>
          <w:ilvl w:val="0"/>
          <w:numId w:val="1001"/>
        </w:numPr>
      </w:pPr>
      <w:r>
        <w:rPr>
          <w:b/>
          <w:bCs/>
        </w:rPr>
        <w:t xml:space="preserve">She was hitting a naughty child who had been stealing chocolates at an</w:t>
      </w:r>
      <w:r>
        <w:rPr>
          <w:b/>
          <w:bCs/>
        </w:rPr>
        <w:t xml:space="preserve"> </w:t>
      </w:r>
      <w:r>
        <w:rPr>
          <w:b/>
          <w:bCs/>
          <w:u w:val="single"/>
        </w:rPr>
        <w:t xml:space="preserve">inopportune</w:t>
      </w:r>
      <w:r>
        <w:rPr>
          <w:b/>
          <w:bCs/>
        </w:rPr>
        <w:t xml:space="preserve"> </w:t>
      </w:r>
      <w:r>
        <w:rPr>
          <w:b/>
          <w:bCs/>
        </w:rPr>
        <w:t xml:space="preserve">moment.</w:t>
      </w:r>
      <w:r>
        <w:br/>
      </w:r>
      <w:r>
        <w:t xml:space="preserve">    (a) relating to one-sided information that is purposefully spread to influence opinions</w:t>
      </w:r>
      <w:r>
        <w:br/>
      </w:r>
      <w:r>
        <w:t xml:space="preserve">    (b) bad circumstances for a particular purpose -- especially the circumstance of timing</w:t>
      </w:r>
      <w:r>
        <w:br/>
      </w:r>
      <w:r>
        <w:t xml:space="preserve">    (c) able to be persuaded to do something by tempting with pleasure or something desired</w:t>
      </w:r>
    </w:p>
    <w:p>
      <w:pPr>
        <w:pStyle w:val="Compact"/>
        <w:numPr>
          <w:ilvl w:val="0"/>
          <w:numId w:val="1001"/>
        </w:numPr>
      </w:pPr>
      <w:r>
        <w:rPr>
          <w:b/>
          <w:bCs/>
        </w:rPr>
        <w:t xml:space="preserve">The most of them were not as wealthy as I, and those that were were not the type to give up the fascinations of Wall Street even for the</w:t>
      </w:r>
      <w:r>
        <w:rPr>
          <w:b/>
          <w:bCs/>
        </w:rPr>
        <w:t xml:space="preserve"> </w:t>
      </w:r>
      <w:r>
        <w:rPr>
          <w:b/>
          <w:bCs/>
          <w:u w:val="single"/>
        </w:rPr>
        <w:t xml:space="preserve">protracted</w:t>
      </w:r>
      <w:r>
        <w:rPr>
          <w:b/>
          <w:bCs/>
        </w:rPr>
        <w:t xml:space="preserve"> </w:t>
      </w:r>
      <w:r>
        <w:rPr>
          <w:b/>
          <w:bCs/>
        </w:rPr>
        <w:t xml:space="preserve">companionship of Florence.</w:t>
      </w:r>
      <w:r>
        <w:br/>
      </w:r>
      <w:r>
        <w:t xml:space="preserve">    (a) long in duration; or to extend something--especially to (prolong or make longer in duration)</w:t>
      </w:r>
      <w:r>
        <w:br/>
      </w:r>
      <w:r>
        <w:t xml:space="preserve">    (b) (verb) created, started, settled, or set in a place  OR  (adjective) existing, or familiar</w:t>
      </w:r>
      <w:r>
        <w:br/>
      </w:r>
      <w:r>
        <w:t xml:space="preserve">    (c) persuaded someone to want something (often sex or love) by tempting with something desired</w:t>
      </w:r>
    </w:p>
    <w:p>
      <w:pPr>
        <w:pStyle w:val="Compact"/>
        <w:numPr>
          <w:ilvl w:val="0"/>
          <w:numId w:val="1001"/>
        </w:numPr>
      </w:pPr>
      <w:r>
        <w:rPr>
          <w:b/>
          <w:bCs/>
        </w:rPr>
        <w:t xml:space="preserve">On that 4th of August I was sitting in the lounge with a rather</w:t>
      </w:r>
      <w:r>
        <w:rPr>
          <w:b/>
          <w:bCs/>
        </w:rPr>
        <w:t xml:space="preserve"> </w:t>
      </w:r>
      <w:r>
        <w:rPr>
          <w:b/>
          <w:bCs/>
          <w:u w:val="single"/>
        </w:rPr>
        <w:t xml:space="preserve">odious</w:t>
      </w:r>
      <w:r>
        <w:rPr>
          <w:b/>
          <w:bCs/>
        </w:rPr>
        <w:t xml:space="preserve"> </w:t>
      </w:r>
      <w:r>
        <w:rPr>
          <w:b/>
          <w:bCs/>
        </w:rPr>
        <w:t xml:space="preserve">Englishman called Bagshawe, who had arrived that night, too late for dinner.</w:t>
      </w:r>
      <w:r>
        <w:br/>
      </w:r>
      <w:r>
        <w:t xml:space="preserve">    (a) not trustworthy, or improper, or attracting unwelcome attention</w:t>
      </w:r>
      <w:r>
        <w:br/>
      </w:r>
      <w:r>
        <w:t xml:space="preserve">    (b) the degree to which something is able to change or is different</w:t>
      </w:r>
      <w:r>
        <w:br/>
      </w:r>
      <w:r>
        <w:t xml:space="preserve">    (c) extremely unpleasant, disgusting, dislikable, or worthy of hate</w:t>
      </w:r>
    </w:p>
    <w:p>
      <w:pPr>
        <w:pStyle w:val="Compact"/>
        <w:numPr>
          <w:ilvl w:val="0"/>
          <w:numId w:val="1001"/>
        </w:numPr>
      </w:pPr>
      <w:r>
        <w:rPr>
          <w:b/>
          <w:bCs/>
        </w:rPr>
        <w:t xml:space="preserve">I mention these last three because my recollection of that night is only the sort of pinkish</w:t>
      </w:r>
      <w:r>
        <w:rPr>
          <w:b/>
          <w:bCs/>
        </w:rPr>
        <w:t xml:space="preserve"> </w:t>
      </w:r>
      <w:r>
        <w:rPr>
          <w:b/>
          <w:bCs/>
          <w:u w:val="single"/>
        </w:rPr>
        <w:t xml:space="preserve">effulgence</w:t>
      </w:r>
      <w:r>
        <w:rPr>
          <w:b/>
          <w:bCs/>
        </w:rPr>
        <w:t xml:space="preserve"> </w:t>
      </w:r>
      <w:r>
        <w:rPr>
          <w:b/>
          <w:bCs/>
        </w:rPr>
        <w:t xml:space="preserve">from the electric-lamps in the hotel lounge.</w:t>
      </w:r>
      <w:r>
        <w:br/>
      </w:r>
      <w:r>
        <w:t xml:space="preserve">    (a) related to DNA sequences or units of heredity that influence biological traits</w:t>
      </w:r>
      <w:r>
        <w:br/>
      </w:r>
      <w:r>
        <w:t xml:space="preserve">    (b) radiating brightly (as does the sun) or anything that is dazzling or brilliant</w:t>
      </w:r>
      <w:r>
        <w:br/>
      </w:r>
      <w:r>
        <w:t xml:space="preserve">    (c) something exclusive to (someone or some group) -- such as an activity or place</w:t>
      </w:r>
    </w:p>
    <w:p>
      <w:pPr>
        <w:pStyle w:val="Compact"/>
        <w:numPr>
          <w:ilvl w:val="0"/>
          <w:numId w:val="1001"/>
        </w:numPr>
      </w:pPr>
      <w:r>
        <w:rPr>
          <w:b/>
          <w:bCs/>
        </w:rPr>
        <w:t xml:space="preserve">In all</w:t>
      </w:r>
      <w:r>
        <w:rPr>
          <w:b/>
          <w:bCs/>
        </w:rPr>
        <w:t xml:space="preserve"> </w:t>
      </w:r>
      <w:r>
        <w:rPr>
          <w:b/>
          <w:bCs/>
          <w:u w:val="single"/>
        </w:rPr>
        <w:t xml:space="preserve">matrimonial</w:t>
      </w:r>
      <w:r>
        <w:rPr>
          <w:b/>
          <w:bCs/>
        </w:rPr>
        <w:t xml:space="preserve"> </w:t>
      </w:r>
      <w:r>
        <w:rPr>
          <w:b/>
          <w:bCs/>
        </w:rPr>
        <w:t xml:space="preserve">associations there is, I believe, one constant factor—a desire to deceive the person with whom one lives as to some weak spot in one's character or in one's career.</w:t>
      </w:r>
      <w:r>
        <w:br/>
      </w:r>
      <w:r>
        <w:t xml:space="preserve">    (a) marriage (or related to marriage)</w:t>
      </w:r>
      <w:r>
        <w:br/>
      </w:r>
      <w:r>
        <w:t xml:space="preserve">    (b) able to be stopped from happening</w:t>
      </w:r>
      <w:r>
        <w:br/>
      </w:r>
      <w:r>
        <w:t xml:space="preserve">    (c) improper, awkward, or unfavorable</w:t>
      </w:r>
    </w:p>
    <w:p>
      <w:pPr>
        <w:pStyle w:val="Compact"/>
        <w:numPr>
          <w:ilvl w:val="0"/>
          <w:numId w:val="1001"/>
        </w:numPr>
      </w:pPr>
      <w:r>
        <w:rPr>
          <w:b/>
          <w:bCs/>
        </w:rPr>
        <w:t xml:space="preserve">I suppose you will retort that I was in love with Nancy Rufford and that my indifference was therefore</w:t>
      </w:r>
      <w:r>
        <w:rPr>
          <w:b/>
          <w:bCs/>
        </w:rPr>
        <w:t xml:space="preserve"> </w:t>
      </w:r>
      <w:r>
        <w:rPr>
          <w:b/>
          <w:bCs/>
          <w:u w:val="single"/>
        </w:rPr>
        <w:t xml:space="preserve">discreditable</w:t>
      </w:r>
      <w:r>
        <w:rPr>
          <w:b/>
          <w:bCs/>
        </w:rPr>
        <w:t xml:space="preserve">.</w:t>
      </w:r>
      <w:r>
        <w:br/>
      </w:r>
      <w:r>
        <w:t xml:space="preserve">    (a) full of strong desire for something</w:t>
      </w:r>
      <w:r>
        <w:br/>
      </w:r>
      <w:r>
        <w:t xml:space="preserve">    (b) tending to damage the reputation of</w:t>
      </w:r>
      <w:r>
        <w:br/>
      </w:r>
      <w:r>
        <w:t xml:space="preserve">    (c) in a manner that takes on or adopts</w:t>
      </w:r>
    </w:p>
    <w:p>
      <w:pPr>
        <w:pStyle w:val="Compact"/>
        <w:numPr>
          <w:ilvl w:val="0"/>
          <w:numId w:val="1001"/>
        </w:numPr>
      </w:pPr>
      <w:r>
        <w:rPr>
          <w:b/>
          <w:bCs/>
        </w:rPr>
        <w:t xml:space="preserve">When I looked again at Nancy her eyes were closed and her face was more</w:t>
      </w:r>
      <w:r>
        <w:rPr>
          <w:b/>
          <w:bCs/>
        </w:rPr>
        <w:t xml:space="preserve"> </w:t>
      </w:r>
      <w:r>
        <w:rPr>
          <w:b/>
          <w:bCs/>
          <w:u w:val="single"/>
        </w:rPr>
        <w:t xml:space="preserve">pallid</w:t>
      </w:r>
      <w:r>
        <w:rPr>
          <w:b/>
          <w:bCs/>
        </w:rPr>
        <w:t xml:space="preserve"> </w:t>
      </w:r>
      <w:r>
        <w:rPr>
          <w:b/>
          <w:bCs/>
        </w:rPr>
        <w:t xml:space="preserve">than her dress, which had at least some pinkish reflections from the gravel.</w:t>
      </w:r>
      <w:r>
        <w:br/>
      </w:r>
      <w:r>
        <w:t xml:space="preserve">    (a) relating to a government, country, or ruling family of a country ruled by a king of queen</w:t>
      </w:r>
      <w:r>
        <w:br/>
      </w:r>
      <w:r>
        <w:t xml:space="preserve">    (b) abnormally pale (lacking healthy skin color); or anything that lacks energy or liveliness</w:t>
      </w:r>
      <w:r>
        <w:br/>
      </w:r>
      <w:r>
        <w:t xml:space="preserve">    (c) mental weakness caused by old age; or describing a medical condition as caused by old age</w:t>
      </w:r>
    </w:p>
    <w:p>
      <w:pPr>
        <w:pStyle w:val="Compact"/>
        <w:numPr>
          <w:ilvl w:val="0"/>
          <w:numId w:val="1001"/>
        </w:numPr>
      </w:pPr>
      <w:r>
        <w:rPr>
          <w:b/>
          <w:bCs/>
        </w:rPr>
        <w:t xml:space="preserve">This may appear</w:t>
      </w:r>
      <w:r>
        <w:rPr>
          <w:b/>
          <w:bCs/>
        </w:rPr>
        <w:t xml:space="preserve"> </w:t>
      </w:r>
      <w:r>
        <w:rPr>
          <w:b/>
          <w:bCs/>
          <w:u w:val="single"/>
        </w:rPr>
        <w:t xml:space="preserve">illogical</w:t>
      </w:r>
      <w:r>
        <w:rPr>
          <w:b/>
          <w:bCs/>
        </w:rPr>
        <w:t xml:space="preserve">, but I dare say it is not so illogical as it looks.</w:t>
      </w:r>
      <w:r>
        <w:br/>
      </w:r>
      <w:r>
        <w:t xml:space="preserve">    (a) not reasonable</w:t>
      </w:r>
      <w:r>
        <w:br/>
      </w:r>
      <w:r>
        <w:t xml:space="preserve">    (b) very important</w:t>
      </w:r>
      <w:r>
        <w:br/>
      </w:r>
      <w:r>
        <w:t xml:space="preserve">    (c) able to change</w:t>
      </w:r>
    </w:p>
    <w:p>
      <w:pPr>
        <w:pStyle w:val="Compact"/>
        <w:numPr>
          <w:ilvl w:val="0"/>
          <w:numId w:val="1001"/>
        </w:numPr>
      </w:pPr>
      <w:r>
        <w:rPr>
          <w:b/>
          <w:bCs/>
        </w:rPr>
        <w:t xml:space="preserve">He told her that the report probably wasn't true; that, after all, a young man might take a walk with Annie from Number 54 without its</w:t>
      </w:r>
      <w:r>
        <w:rPr>
          <w:b/>
          <w:bCs/>
        </w:rPr>
        <w:t xml:space="preserve"> </w:t>
      </w:r>
      <w:r>
        <w:rPr>
          <w:b/>
          <w:bCs/>
          <w:u w:val="single"/>
        </w:rPr>
        <w:t xml:space="preserve">denoting</w:t>
      </w:r>
      <w:r>
        <w:rPr>
          <w:b/>
          <w:bCs/>
        </w:rPr>
        <w:t xml:space="preserve"> </w:t>
      </w:r>
      <w:r>
        <w:rPr>
          <w:b/>
          <w:bCs/>
        </w:rPr>
        <w:t xml:space="preserve">anything very serious.</w:t>
      </w:r>
      <w:r>
        <w:br/>
      </w:r>
      <w:r>
        <w:t xml:space="preserve">    (a) overly unhappy and unsociable</w:t>
      </w:r>
      <w:r>
        <w:br/>
      </w:r>
      <w:r>
        <w:t xml:space="preserve">    (b) drawing pictures to accompany</w:t>
      </w:r>
      <w:r>
        <w:br/>
      </w:r>
      <w:r>
        <w:t xml:space="preserve">    (c) stand for or symbolize literally; or be a sign or indicator of</w:t>
      </w:r>
    </w:p>
    <w:p>
      <w:pPr>
        <w:pStyle w:val="Compact"/>
        <w:numPr>
          <w:ilvl w:val="0"/>
          <w:numId w:val="1001"/>
        </w:numPr>
      </w:pPr>
      <w:r>
        <w:rPr>
          <w:b/>
          <w:bCs/>
        </w:rPr>
        <w:t xml:space="preserve">On the 23rd she had the conversation with her aunt in the hall—about marriage in general and about her own possible marriage, her aunt's coming to her bedroom did not occur until the 12th of November.... Thus she had three weeks for</w:t>
      </w:r>
      <w:r>
        <w:rPr>
          <w:b/>
          <w:bCs/>
        </w:rPr>
        <w:t xml:space="preserve"> </w:t>
      </w:r>
      <w:r>
        <w:rPr>
          <w:b/>
          <w:bCs/>
          <w:u w:val="single"/>
        </w:rPr>
        <w:t xml:space="preserve">introspection</w:t>
      </w:r>
      <w:r>
        <w:rPr>
          <w:b/>
          <w:bCs/>
        </w:rPr>
        <w:t xml:space="preserve">—for introspection beneath gloomy skies, in that old house, rendered darker by the fact that it lay in a hollow crowned by fir trees with their black shadows.</w:t>
      </w:r>
      <w:r>
        <w:br/>
      </w:r>
      <w:r>
        <w:t xml:space="preserve">    (a) a general feeling of not being as good as others</w:t>
      </w:r>
      <w:r>
        <w:br/>
      </w:r>
      <w:r>
        <w:t xml:space="preserve">    (b) the act, process, or instance of telling a story</w:t>
      </w:r>
      <w:r>
        <w:br/>
      </w:r>
      <w:r>
        <w:t xml:space="preserve">    (c) contemplation of one's own thoughts and feelings</w:t>
      </w:r>
    </w:p>
    <w:p>
      <w:pPr>
        <w:pStyle w:val="Compact"/>
        <w:numPr>
          <w:ilvl w:val="0"/>
          <w:numId w:val="1001"/>
        </w:numPr>
      </w:pPr>
      <w:r>
        <w:rPr>
          <w:b/>
          <w:bCs/>
        </w:rPr>
        <w:t xml:space="preserve">I suppose that I should really like to be a</w:t>
      </w:r>
      <w:r>
        <w:rPr>
          <w:b/>
          <w:bCs/>
        </w:rPr>
        <w:t xml:space="preserve"> </w:t>
      </w:r>
      <w:r>
        <w:rPr>
          <w:b/>
          <w:bCs/>
          <w:u w:val="single"/>
        </w:rPr>
        <w:t xml:space="preserve">polygamist</w:t>
      </w:r>
      <w:r>
        <w:rPr>
          <w:b/>
          <w:bCs/>
        </w:rPr>
        <w:t xml:space="preserve">; with Nancy, and with Leonora, and with Maisie Maidan and possibly even with Florence.</w:t>
      </w:r>
      <w:r>
        <w:br/>
      </w:r>
      <w:r>
        <w:t xml:space="preserve">    (a) a drug that calms or puts to sleep; or describing something as calming</w:t>
      </w:r>
      <w:r>
        <w:br/>
      </w:r>
      <w:r>
        <w:t xml:space="preserve">    (b) the practice of being married to more than one person at the same time</w:t>
      </w:r>
      <w:r>
        <w:br/>
      </w:r>
      <w:r>
        <w:t xml:space="preserve">    (c) the reason for doing something; or the level of desire to do something</w:t>
      </w:r>
    </w:p>
    <w:p>
      <w:pPr>
        <w:pStyle w:val="Compact"/>
        <w:numPr>
          <w:ilvl w:val="0"/>
          <w:numId w:val="1001"/>
        </w:numPr>
      </w:pPr>
      <w:r>
        <w:rPr>
          <w:b/>
          <w:bCs/>
        </w:rPr>
        <w:t xml:space="preserve">After</w:t>
      </w:r>
      <w:r>
        <w:rPr>
          <w:b/>
          <w:bCs/>
        </w:rPr>
        <w:t xml:space="preserve"> </w:t>
      </w:r>
      <w:r>
        <w:rPr>
          <w:b/>
          <w:bCs/>
          <w:u w:val="single"/>
        </w:rPr>
        <w:t xml:space="preserve">haranguing</w:t>
      </w:r>
      <w:r>
        <w:rPr>
          <w:b/>
          <w:bCs/>
        </w:rPr>
        <w:t xml:space="preserve"> </w:t>
      </w:r>
      <w:r>
        <w:rPr>
          <w:b/>
          <w:bCs/>
        </w:rPr>
        <w:t xml:space="preserve">the girl for hours through the night she harangued for hours of the day the silent Edward.</w:t>
      </w:r>
      <w:r>
        <w:br/>
      </w:r>
      <w:r>
        <w:t xml:space="preserve">    (a) avoiding or trying to avoid either a responsibility or telling the whole truth</w:t>
      </w:r>
      <w:r>
        <w:br/>
      </w:r>
      <w:r>
        <w:t xml:space="preserve">    (b) trying to persuade, or criticizing in an impassioned and often annoying manner</w:t>
      </w:r>
      <w:r>
        <w:br/>
      </w:r>
      <w:r>
        <w:t xml:space="preserve">    (c) surgically interrupting nerve tracts to and from the frontal lobe of the brain</w:t>
      </w:r>
    </w:p>
    <w:p>
      <w:pPr>
        <w:pStyle w:val="Compact"/>
        <w:numPr>
          <w:ilvl w:val="0"/>
          <w:numId w:val="1001"/>
        </w:numPr>
      </w:pPr>
      <w:r>
        <w:rPr>
          <w:b/>
          <w:bCs/>
        </w:rPr>
        <w:t xml:space="preserve">The way she worked it was this: She continued to tell the girl that she must belong to Edward; she was going to get a divorce; she was going to get a</w:t>
      </w:r>
      <w:r>
        <w:rPr>
          <w:b/>
          <w:bCs/>
        </w:rPr>
        <w:t xml:space="preserve"> </w:t>
      </w:r>
      <w:r>
        <w:rPr>
          <w:b/>
          <w:bCs/>
          <w:u w:val="single"/>
        </w:rPr>
        <w:t xml:space="preserve">dissolution</w:t>
      </w:r>
      <w:r>
        <w:rPr>
          <w:b/>
          <w:bCs/>
        </w:rPr>
        <w:t xml:space="preserve"> </w:t>
      </w:r>
      <w:r>
        <w:rPr>
          <w:b/>
          <w:bCs/>
        </w:rPr>
        <w:t xml:space="preserve">of marriage from Rome.</w:t>
      </w:r>
      <w:r>
        <w:br/>
      </w:r>
      <w:r>
        <w:t xml:space="preserve">    (a) breaking something up or bringing it to an end</w:t>
      </w:r>
      <w:r>
        <w:br/>
      </w:r>
      <w:r>
        <w:t xml:space="preserve">    (b) an order issued by a court or judicial officer</w:t>
      </w:r>
      <w:r>
        <w:br/>
      </w:r>
      <w:r>
        <w:t xml:space="preserve">    (c) two successive lines of poetry; usually rhymed</w:t>
      </w:r>
    </w:p>
    <w:p>
      <w:pPr>
        <w:pStyle w:val="Compact"/>
        <w:numPr>
          <w:ilvl w:val="0"/>
          <w:numId w:val="1001"/>
        </w:numPr>
      </w:pPr>
      <w:r>
        <w:rPr>
          <w:b/>
          <w:bCs/>
        </w:rPr>
        <w:t xml:space="preserve">Leonora, she said, was always trying to deliver her over to Edward, and Edward</w:t>
      </w:r>
      <w:r>
        <w:rPr>
          <w:b/>
          <w:bCs/>
        </w:rPr>
        <w:t xml:space="preserve"> </w:t>
      </w:r>
      <w:r>
        <w:rPr>
          <w:b/>
          <w:bCs/>
          <w:u w:val="single"/>
        </w:rPr>
        <w:t xml:space="preserve">tacitly</w:t>
      </w:r>
      <w:r>
        <w:rPr>
          <w:b/>
          <w:bCs/>
        </w:rPr>
        <w:t xml:space="preserve"> </w:t>
      </w:r>
      <w:r>
        <w:rPr>
          <w:b/>
          <w:bCs/>
        </w:rPr>
        <w:t xml:space="preserve">and silently forced her back again.</w:t>
      </w:r>
      <w:r>
        <w:br/>
      </w:r>
      <w:r>
        <w:t xml:space="preserve">    (a) in an indirect manner</w:t>
      </w:r>
      <w:r>
        <w:br/>
      </w:r>
      <w:r>
        <w:t xml:space="preserve">    (b) exactly or accurately</w:t>
      </w:r>
      <w:r>
        <w:br/>
      </w:r>
      <w:r>
        <w:t xml:space="preserve">    (c) completely or totally</w:t>
      </w:r>
    </w:p>
    <w:p>
      <w:pPr>
        <w:pStyle w:val="Compact"/>
        <w:numPr>
          <w:ilvl w:val="0"/>
          <w:numId w:val="1001"/>
        </w:numPr>
      </w:pPr>
      <w:r>
        <w:rPr>
          <w:b/>
          <w:bCs/>
        </w:rPr>
        <w:t xml:space="preserve">I guess he could see in my eyes that I didn't intend to</w:t>
      </w:r>
      <w:r>
        <w:rPr>
          <w:b/>
          <w:bCs/>
        </w:rPr>
        <w:t xml:space="preserve"> </w:t>
      </w:r>
      <w:r>
        <w:rPr>
          <w:b/>
          <w:bCs/>
          <w:u w:val="single"/>
        </w:rPr>
        <w:t xml:space="preserve">hinder</w:t>
      </w:r>
      <w:r>
        <w:rPr>
          <w:b/>
          <w:bCs/>
        </w:rPr>
        <w:t xml:space="preserve"> </w:t>
      </w:r>
      <w:r>
        <w:rPr>
          <w:b/>
          <w:bCs/>
        </w:rPr>
        <w:t xml:space="preserve">him.</w:t>
      </w:r>
      <w:r>
        <w:br/>
      </w:r>
      <w:r>
        <w:t xml:space="preserve">    (a) to cause something to move forward</w:t>
      </w:r>
      <w:r>
        <w:br/>
      </w:r>
      <w:r>
        <w:t xml:space="preserve">    (b) make different; or show difference</w:t>
      </w:r>
      <w:r>
        <w:br/>
      </w:r>
      <w:r>
        <w:t xml:space="preserve">    (c) slowed down or caused problems for</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2026-07-31T17:09:02Z</dcterms:created>
  <dcterms:modified xsi:type="dcterms:W3CDTF">2026-07-31T17:09:02Z</dcterms:modified>
</cp:coreProperties>
</file>

<file path=docProps/custom.xml><?xml version="1.0" encoding="utf-8"?>
<Properties xmlns="http://schemas.openxmlformats.org/officeDocument/2006/custom-properties" xmlns:vt="http://schemas.openxmlformats.org/officeDocument/2006/docPropsVTypes"/>
</file>