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316889c67857dab11d5589e382336088b4cd32"/>
    <w:p>
      <w:pPr>
        <w:pStyle w:val="Heading1"/>
      </w:pPr>
      <w:r>
        <w:rPr>
          <w:b/>
          <w:bCs/>
        </w:rPr>
        <w:t xml:space="preserve">The Good Earth</w:t>
      </w:r>
      <w:r>
        <w:br/>
      </w:r>
      <w:r>
        <w:rPr>
          <w:i/>
          <w:iCs/>
        </w:rPr>
        <w:t xml:space="preserve">Pearl S. Buck</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u w:val="single"/>
        </w:rPr>
        <w:t xml:space="preserve">Moreover</w:t>
      </w:r>
      <w:r>
        <w:rPr>
          <w:b/>
          <w:bCs/>
        </w:rPr>
        <w:t xml:space="preserve">, who has heard of a pretty slave who was virgin in a wealthy house?</w:t>
      </w:r>
      <w:r>
        <w:br/>
      </w:r>
      <w:r>
        <w:t xml:space="preserve">    (a) in addition to what has just been said</w:t>
      </w:r>
      <w:r>
        <w:br/>
      </w:r>
      <w:r>
        <w:t xml:space="preserve">    (b) even though -- used to connect contrasting ideas</w:t>
      </w:r>
      <w:r>
        <w:br/>
      </w:r>
      <w:r>
        <w:t xml:space="preserve">    (c) despite that (used to connect contrasting ideas)</w:t>
      </w:r>
    </w:p>
    <w:p>
      <w:pPr>
        <w:pStyle w:val="Compact"/>
        <w:numPr>
          <w:ilvl w:val="0"/>
          <w:numId w:val="1001"/>
        </w:numPr>
      </w:pPr>
      <w:r>
        <w:rPr>
          <w:b/>
          <w:bCs/>
          <w:u w:val="single"/>
        </w:rPr>
        <w:t xml:space="preserve">Nevertheless</w:t>
      </w:r>
      <w:r>
        <w:rPr>
          <w:b/>
          <w:bCs/>
        </w:rPr>
        <w:t xml:space="preserve">, he had to struggle with his flesh before he could answer.</w:t>
      </w:r>
      <w:r>
        <w:br/>
      </w:r>
      <w:r>
        <w:t xml:space="preserve">    (a) despite that (used to connect contrasting ideas)</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"If you are buying nothing more," he said at last with much</w:t>
      </w:r>
      <w:r>
        <w:rPr>
          <w:b/>
          <w:bCs/>
        </w:rPr>
        <w:t xml:space="preserve"> </w:t>
      </w:r>
      <w:r>
        <w:rPr>
          <w:b/>
          <w:bCs/>
          <w:u w:val="single"/>
        </w:rPr>
        <w:t xml:space="preserve">impudence</w:t>
      </w:r>
      <w:r>
        <w:rPr>
          <w:b/>
          <w:bCs/>
        </w:rPr>
        <w:t xml:space="preserve">, "you will have to pay rent for the stool."</w:t>
      </w:r>
      <w:r>
        <w:br/>
      </w:r>
      <w:r>
        <w:t xml:space="preserve">    (a) an artists performance of another artist's work that expresses the performer's feelings or ideas about the work</w:t>
      </w:r>
      <w:r>
        <w:br/>
      </w:r>
      <w:r>
        <w:t xml:space="preserve">    (b) soccer player who typically play in the middle third of the field and who assists with both defense and offense</w:t>
      </w:r>
      <w:r>
        <w:br/>
      </w:r>
      <w:r>
        <w:t xml:space="preserve">    (c) improperly bold or disrespectful -- especially toward someone who is older or considered to be of higher status</w:t>
      </w:r>
    </w:p>
    <w:p>
      <w:pPr>
        <w:pStyle w:val="Compact"/>
        <w:numPr>
          <w:ilvl w:val="0"/>
          <w:numId w:val="1001"/>
        </w:numPr>
      </w:pPr>
      <w:r>
        <w:rPr>
          <w:b/>
          <w:bCs/>
        </w:rPr>
        <w:t xml:space="preserve">It was as though she was suddenly impatient to be done with all this and to be left alone in the stillness of the great room with her</w:t>
      </w:r>
      <w:r>
        <w:rPr>
          <w:b/>
          <w:bCs/>
        </w:rPr>
        <w:t xml:space="preserve"> </w:t>
      </w:r>
      <w:r>
        <w:rPr>
          <w:b/>
          <w:bCs/>
          <w:u w:val="single"/>
        </w:rPr>
        <w:t xml:space="preserve">opium</w:t>
      </w:r>
      <w:r>
        <w:rPr>
          <w:b/>
          <w:bCs/>
        </w:rPr>
        <w:t xml:space="preserve"> </w:t>
      </w:r>
      <w:r>
        <w:rPr>
          <w:b/>
          <w:bCs/>
        </w:rPr>
        <w:t xml:space="preserve">pipe.</w:t>
      </w:r>
      <w:r>
        <w:br/>
      </w:r>
      <w:r>
        <w:t xml:space="preserve">    (a) a powerful herbal remedy</w:t>
      </w:r>
      <w:r>
        <w:br/>
      </w:r>
      <w:r>
        <w:t xml:space="preserve">    (b) a powerful narcotic</w:t>
      </w:r>
      <w:r>
        <w:br/>
      </w:r>
      <w:r>
        <w:t xml:space="preserve">    (c) a powerful cooking additive</w:t>
      </w:r>
    </w:p>
    <w:p>
      <w:pPr>
        <w:pStyle w:val="Compact"/>
        <w:numPr>
          <w:ilvl w:val="0"/>
          <w:numId w:val="1001"/>
        </w:numPr>
      </w:pPr>
      <w:r>
        <w:rPr>
          <w:b/>
          <w:bCs/>
        </w:rPr>
        <w:t xml:space="preserve">Sometimes, working over the clods in the fields, he would fall to</w:t>
      </w:r>
      <w:r>
        <w:rPr>
          <w:b/>
          <w:bCs/>
        </w:rPr>
        <w:t xml:space="preserve"> </w:t>
      </w:r>
      <w:r>
        <w:rPr>
          <w:b/>
          <w:bCs/>
          <w:u w:val="single"/>
        </w:rPr>
        <w:t xml:space="preserve">pondering</w:t>
      </w:r>
      <w:r>
        <w:rPr>
          <w:b/>
          <w:bCs/>
        </w:rPr>
        <w:t xml:space="preserve"> </w:t>
      </w:r>
      <w:r>
        <w:rPr>
          <w:b/>
          <w:bCs/>
        </w:rPr>
        <w:t xml:space="preserve">about her.</w:t>
      </w:r>
      <w:r>
        <w:br/>
      </w:r>
      <w:r>
        <w:t xml:space="preserve">    (a) thinking deeply or carefully about</w:t>
      </w:r>
      <w:r>
        <w:br/>
      </w:r>
      <w:r>
        <w:t xml:space="preserve">    (b) finding, searching, or researching</w:t>
      </w:r>
      <w:r>
        <w:br/>
      </w:r>
      <w:r>
        <w:t xml:space="preserve">    (c) learning, discovering, or deciding</w:t>
      </w:r>
    </w:p>
    <w:p>
      <w:pPr>
        <w:pStyle w:val="Compact"/>
        <w:numPr>
          <w:ilvl w:val="0"/>
          <w:numId w:val="1001"/>
        </w:numPr>
      </w:pPr>
      <w:r>
        <w:rPr>
          <w:b/>
          <w:bCs/>
        </w:rPr>
        <w:t xml:space="preserve">"No woman?" he asked in</w:t>
      </w:r>
      <w:r>
        <w:rPr>
          <w:b/>
          <w:bCs/>
        </w:rPr>
        <w:t xml:space="preserve"> </w:t>
      </w:r>
      <w:r>
        <w:rPr>
          <w:b/>
          <w:bCs/>
          <w:u w:val="single"/>
        </w:rPr>
        <w:t xml:space="preserve">consternation</w:t>
      </w:r>
      <w:r>
        <w:rPr>
          <w:b/>
          <w:bCs/>
        </w:rPr>
        <w:t xml:space="preserve">.</w:t>
      </w:r>
      <w:r>
        <w:br/>
      </w:r>
      <w:r>
        <w:t xml:space="preserve">    (a) a type of vocal music that originated in African-American churches in the United States</w:t>
      </w:r>
      <w:r>
        <w:br/>
      </w:r>
      <w:r>
        <w:t xml:space="preserve">    (b) related to the smallest part of any material that cannot be broken up by chemical means</w:t>
      </w:r>
      <w:r>
        <w:br/>
      </w:r>
      <w:r>
        <w:t xml:space="preserve">    (c) dismay (unhappiness, worry, and often confusion) -- typically over something unexpected</w:t>
      </w:r>
    </w:p>
    <w:p>
      <w:pPr>
        <w:pStyle w:val="Compact"/>
        <w:numPr>
          <w:ilvl w:val="0"/>
          <w:numId w:val="1001"/>
        </w:numPr>
      </w:pPr>
      <w:r>
        <w:rPr>
          <w:b/>
          <w:bCs/>
        </w:rPr>
        <w:t xml:space="preserve">"I will buy it," he repeated</w:t>
      </w:r>
      <w:r>
        <w:rPr>
          <w:b/>
          <w:bCs/>
        </w:rPr>
        <w:t xml:space="preserve"> </w:t>
      </w:r>
      <w:r>
        <w:rPr>
          <w:b/>
          <w:bCs/>
          <w:u w:val="single"/>
        </w:rPr>
        <w:t xml:space="preserve">peevishly</w:t>
      </w:r>
      <w:r>
        <w:rPr>
          <w:b/>
          <w:bCs/>
        </w:rPr>
        <w:t xml:space="preserve"> </w:t>
      </w:r>
      <w:r>
        <w:rPr>
          <w:b/>
          <w:bCs/>
        </w:rPr>
        <w:t xml:space="preserve">as he might repeat a demand to his mother who crossed him.</w:t>
      </w:r>
      <w:r>
        <w:br/>
      </w:r>
      <w:r>
        <w:t xml:space="preserve">    (a) not in a manner intended to attract notice and impress others</w:t>
      </w:r>
      <w:r>
        <w:br/>
      </w:r>
      <w:r>
        <w:t xml:space="preserve">    (b) annoyed or easily annoyed -- especially by unimportant things</w:t>
      </w:r>
      <w:r>
        <w:br/>
      </w:r>
      <w:r>
        <w:t xml:space="preserve">    (c) in a manner that is not clearly seen, expressed or understood</w:t>
      </w:r>
    </w:p>
    <w:p>
      <w:pPr>
        <w:pStyle w:val="Compact"/>
        <w:numPr>
          <w:ilvl w:val="0"/>
          <w:numId w:val="1001"/>
        </w:numPr>
      </w:pPr>
      <w:r>
        <w:rPr>
          <w:b/>
          <w:bCs/>
        </w:rPr>
        <w:t xml:space="preserve">And then he added somewhat</w:t>
      </w:r>
      <w:r>
        <w:rPr>
          <w:b/>
          <w:bCs/>
        </w:rPr>
        <w:t xml:space="preserve"> </w:t>
      </w:r>
      <w:r>
        <w:rPr>
          <w:b/>
          <w:bCs/>
          <w:u w:val="single"/>
        </w:rPr>
        <w:t xml:space="preserve">maliciously</w:t>
      </w:r>
      <w:r>
        <w:rPr>
          <w:b/>
          <w:bCs/>
        </w:rPr>
        <w:t xml:space="preserve">, pulling at the hairs on his mole, "And do not think that silver will waken him—he has had silver under his hand since he was born."</w:t>
      </w:r>
      <w:r>
        <w:br/>
      </w:r>
      <w:r>
        <w:t xml:space="preserve">    (a) with a desire to see others suffer; or in a threatening manner</w:t>
      </w:r>
      <w:r>
        <w:br/>
      </w:r>
      <w:r>
        <w:t xml:space="preserve">    (b) in a brave manner -- especially when adventurous or determined</w:t>
      </w:r>
      <w:r>
        <w:br/>
      </w:r>
      <w:r>
        <w:t xml:space="preserve">    (c) in a manner that makes someone excited about getting something</w:t>
      </w:r>
    </w:p>
    <w:p>
      <w:pPr>
        <w:pStyle w:val="Compact"/>
        <w:numPr>
          <w:ilvl w:val="0"/>
          <w:numId w:val="1001"/>
        </w:numPr>
      </w:pPr>
      <w:r>
        <w:rPr>
          <w:b/>
          <w:bCs/>
        </w:rPr>
        <w:t xml:space="preserve">Well, and who will pay for the</w:t>
      </w:r>
      <w:r>
        <w:rPr>
          <w:b/>
          <w:bCs/>
        </w:rPr>
        <w:t xml:space="preserve"> </w:t>
      </w:r>
      <w:r>
        <w:rPr>
          <w:b/>
          <w:bCs/>
          <w:u w:val="single"/>
        </w:rPr>
        <w:t xml:space="preserve">dowry</w:t>
      </w:r>
      <w:r>
        <w:rPr>
          <w:b/>
          <w:bCs/>
        </w:rPr>
        <w:t xml:space="preserve"> </w:t>
      </w:r>
      <w:r>
        <w:rPr>
          <w:b/>
          <w:bCs/>
        </w:rPr>
        <w:t xml:space="preserve">and for the wedding and for the middleman's fees?</w:t>
      </w:r>
      <w:r>
        <w:br/>
      </w:r>
      <w:r>
        <w:t xml:space="preserve">    (a) in some societies, money or property given by a woman's family to the husband at marriage</w:t>
      </w:r>
      <w:r>
        <w:br/>
      </w:r>
      <w:r>
        <w:br/>
      </w:r>
      <w:r>
        <w:t xml:space="preserve">or less formally: money or property a bride brings to a marriage</w:t>
      </w:r>
      <w:r>
        <w:br/>
      </w:r>
      <w:r>
        <w:t xml:space="preserve">    (b) a powered mechanical device, typically used to fabricate metal components of machines by the selective removal of metal such as cutting, grinding or drilling</w:t>
      </w:r>
      <w:r>
        <w:br/>
      </w:r>
      <w:r>
        <w:t xml:space="preserve">    (c) someone who believes in the teaching of Buddha -- that aims to end suffering by ending selfish desire and following a path of wisdom, ethics, and meditation</w:t>
      </w:r>
    </w:p>
    <w:p>
      <w:pPr>
        <w:pStyle w:val="Compact"/>
        <w:numPr>
          <w:ilvl w:val="0"/>
          <w:numId w:val="1001"/>
        </w:numPr>
      </w:pPr>
      <w:r>
        <w:rPr>
          <w:b/>
          <w:bCs/>
        </w:rPr>
        <w:t xml:space="preserve">He came to where Wang Lung was and he stood in silence while Wang Lung hoed a narrow line beside the broad beans he was</w:t>
      </w:r>
      <w:r>
        <w:rPr>
          <w:b/>
          <w:bCs/>
        </w:rPr>
        <w:t xml:space="preserve"> </w:t>
      </w:r>
      <w:r>
        <w:rPr>
          <w:b/>
          <w:bCs/>
          <w:u w:val="single"/>
        </w:rPr>
        <w:t xml:space="preserve">cultivating</w:t>
      </w:r>
      <w:r>
        <w:rPr>
          <w:b/>
          <w:bCs/>
        </w:rPr>
        <w:t xml:space="preserve">.</w:t>
      </w:r>
      <w:r>
        <w:br/>
      </w:r>
      <w:r>
        <w:t xml:space="preserve">    (a) developing, growing, or preparing to grow crops</w:t>
      </w:r>
      <w:r>
        <w:br/>
      </w:r>
      <w:r>
        <w:t xml:space="preserve">    (b) writing or exchanging written letters or emails</w:t>
      </w:r>
      <w:r>
        <w:br/>
      </w:r>
      <w:r>
        <w:t xml:space="preserve">    (c) considering (the affect on a result or outcome)</w:t>
      </w:r>
    </w:p>
    <w:p>
      <w:pPr>
        <w:pStyle w:val="Compact"/>
        <w:numPr>
          <w:ilvl w:val="0"/>
          <w:numId w:val="1001"/>
        </w:numPr>
      </w:pPr>
      <w:r>
        <w:rPr>
          <w:b/>
          <w:bCs/>
        </w:rPr>
        <w:t xml:space="preserve">"I am</w:t>
      </w:r>
      <w:r>
        <w:rPr>
          <w:b/>
          <w:bCs/>
        </w:rPr>
        <w:t xml:space="preserve"> </w:t>
      </w:r>
      <w:r>
        <w:rPr>
          <w:b/>
          <w:bCs/>
          <w:u w:val="single"/>
        </w:rPr>
        <w:t xml:space="preserve">compelled</w:t>
      </w:r>
      <w:r>
        <w:rPr>
          <w:b/>
          <w:bCs/>
        </w:rPr>
        <w:t xml:space="preserve"> </w:t>
      </w:r>
      <w:r>
        <w:rPr>
          <w:b/>
          <w:bCs/>
        </w:rPr>
        <w:t xml:space="preserve">to lend it to my uncle," he replied shortly.</w:t>
      </w:r>
      <w:r>
        <w:br/>
      </w:r>
      <w:r>
        <w:t xml:space="preserve">    (a) forced; or (more rarely) convinced</w:t>
      </w:r>
      <w:r>
        <w:br/>
      </w:r>
      <w:r>
        <w:t xml:space="preserve">    (b) fruit cooked with sugar (like jam)</w:t>
      </w:r>
      <w:r>
        <w:br/>
      </w:r>
      <w:r>
        <w:t xml:space="preserve">    (c) didn't trust or have confidence in</w:t>
      </w:r>
    </w:p>
    <w:p>
      <w:pPr>
        <w:pStyle w:val="Compact"/>
        <w:numPr>
          <w:ilvl w:val="0"/>
          <w:numId w:val="1001"/>
        </w:numPr>
      </w:pPr>
      <w:r>
        <w:rPr>
          <w:b/>
          <w:bCs/>
        </w:rPr>
        <w:t xml:space="preserve">But he looked across the fields at the small figures of the men</w:t>
      </w:r>
      <w:r>
        <w:rPr>
          <w:b/>
          <w:bCs/>
        </w:rPr>
        <w:t xml:space="preserve"> </w:t>
      </w:r>
      <w:r>
        <w:rPr>
          <w:b/>
          <w:bCs/>
          <w:u w:val="single"/>
        </w:rPr>
        <w:t xml:space="preserve">receding</w:t>
      </w:r>
      <w:r>
        <w:rPr>
          <w:b/>
          <w:bCs/>
        </w:rPr>
        <w:t xml:space="preserve"> </w:t>
      </w:r>
      <w:r>
        <w:rPr>
          <w:b/>
          <w:bCs/>
        </w:rPr>
        <w:t xml:space="preserve">and he muttered over and over, "At least I have the land—I have the land."</w:t>
      </w:r>
      <w:r>
        <w:br/>
      </w:r>
      <w:r>
        <w:t xml:space="preserve">    (a) examining in detail to better understand</w:t>
      </w:r>
      <w:r>
        <w:br/>
      </w:r>
      <w:r>
        <w:t xml:space="preserve">    (b) opposing (struggling against each other)</w:t>
      </w:r>
      <w:r>
        <w:br/>
      </w:r>
      <w:r>
        <w:t xml:space="preserve">    (c) moving away or diminishing (become less)</w:t>
      </w:r>
    </w:p>
    <w:p>
      <w:pPr>
        <w:pStyle w:val="Compact"/>
        <w:numPr>
          <w:ilvl w:val="0"/>
          <w:numId w:val="1001"/>
        </w:numPr>
      </w:pPr>
      <w:r>
        <w:rPr>
          <w:b/>
          <w:bCs/>
        </w:rPr>
        <w:t xml:space="preserve">And as he passed Wang Lung each driver gave him a scornful and</w:t>
      </w:r>
      <w:r>
        <w:rPr>
          <w:b/>
          <w:bCs/>
        </w:rPr>
        <w:t xml:space="preserve"> </w:t>
      </w:r>
      <w:r>
        <w:rPr>
          <w:b/>
          <w:bCs/>
          <w:u w:val="single"/>
        </w:rPr>
        <w:t xml:space="preserve">haughty</w:t>
      </w:r>
      <w:r>
        <w:rPr>
          <w:b/>
          <w:bCs/>
        </w:rPr>
        <w:t xml:space="preserve"> </w:t>
      </w:r>
      <w:r>
        <w:rPr>
          <w:b/>
          <w:bCs/>
        </w:rPr>
        <w:t xml:space="preserve">look, and no prince could have looked more haughty than these drivers in their rough work coats as they passed by the small group of persons, standing wondering at the edge of the roadway.</w:t>
      </w:r>
      <w:r>
        <w:br/>
      </w:r>
      <w:r>
        <w:t xml:space="preserve">    (a) absolute</w:t>
      </w:r>
      <w:r>
        <w:br/>
      </w:r>
      <w:r>
        <w:t xml:space="preserve">    (b) arrogant</w:t>
      </w:r>
      <w:r>
        <w:br/>
      </w:r>
      <w:r>
        <w:t xml:space="preserve">    (c) pleasing</w:t>
      </w:r>
    </w:p>
    <w:p>
      <w:pPr>
        <w:pStyle w:val="Compact"/>
        <w:numPr>
          <w:ilvl w:val="0"/>
          <w:numId w:val="1001"/>
        </w:numPr>
      </w:pPr>
      <w:r>
        <w:rPr>
          <w:b/>
          <w:bCs/>
        </w:rPr>
        <w:t xml:space="preserve">Wang Lung living among these who labored at feasting others, heard strange things of which he took little</w:t>
      </w:r>
      <w:r>
        <w:rPr>
          <w:b/>
          <w:bCs/>
        </w:rPr>
        <w:t xml:space="preserve"> </w:t>
      </w:r>
      <w:r>
        <w:rPr>
          <w:b/>
          <w:bCs/>
          <w:u w:val="single"/>
        </w:rPr>
        <w:t xml:space="preserve">heed</w:t>
      </w:r>
      <w:r>
        <w:rPr>
          <w:b/>
          <w:bCs/>
        </w:rPr>
        <w:t xml:space="preserve">.</w:t>
      </w:r>
      <w:r>
        <w:br/>
      </w:r>
      <w:r>
        <w:t xml:space="preserve">    (a) a non-doctor who assisted a women in childbirth</w:t>
      </w:r>
      <w:r>
        <w:br/>
      </w:r>
      <w:r>
        <w:t xml:space="preserve">    (b) pay close attention to; or do what is suggested</w:t>
      </w:r>
      <w:r>
        <w:br/>
      </w:r>
      <w:r>
        <w:t xml:space="preserve">    (c) adjusted excessively or made up for excessively</w:t>
      </w:r>
    </w:p>
    <w:p>
      <w:pPr>
        <w:pStyle w:val="Compact"/>
        <w:numPr>
          <w:ilvl w:val="0"/>
          <w:numId w:val="1001"/>
        </w:numPr>
      </w:pPr>
      <w:r>
        <w:rPr>
          <w:b/>
          <w:bCs/>
        </w:rPr>
        <w:t xml:space="preserve">But this</w:t>
      </w:r>
      <w:r>
        <w:rPr>
          <w:b/>
          <w:bCs/>
        </w:rPr>
        <w:t xml:space="preserve"> </w:t>
      </w:r>
      <w:r>
        <w:rPr>
          <w:b/>
          <w:bCs/>
          <w:u w:val="single"/>
        </w:rPr>
        <w:t xml:space="preserve">scorn</w:t>
      </w:r>
      <w:r>
        <w:rPr>
          <w:b/>
          <w:bCs/>
        </w:rPr>
        <w:t xml:space="preserve"> </w:t>
      </w:r>
      <w:r>
        <w:rPr>
          <w:b/>
          <w:bCs/>
        </w:rPr>
        <w:t xml:space="preserve">did not change the mind of Wang Lung.</w:t>
      </w:r>
      <w:r>
        <w:br/>
      </w:r>
      <w:r>
        <w:t xml:space="preserve">    (a) disrespect or reject as not good enough</w:t>
      </w:r>
      <w:r>
        <w:br/>
      </w:r>
      <w:r>
        <w:t xml:space="preserve">    (b) not answer questions; or block progress</w:t>
      </w:r>
      <w:r>
        <w:br/>
      </w:r>
      <w:r>
        <w:t xml:space="preserve">    (c) move from more general to more specific</w:t>
      </w:r>
    </w:p>
    <w:p>
      <w:pPr>
        <w:pStyle w:val="Compact"/>
        <w:numPr>
          <w:ilvl w:val="0"/>
          <w:numId w:val="1001"/>
        </w:numPr>
      </w:pPr>
      <w:r>
        <w:rPr>
          <w:b/>
          <w:bCs/>
        </w:rPr>
        <w:t xml:space="preserve">Then Wang Lung set himself</w:t>
      </w:r>
      <w:r>
        <w:rPr>
          <w:b/>
          <w:bCs/>
        </w:rPr>
        <w:t xml:space="preserve"> </w:t>
      </w:r>
      <w:r>
        <w:rPr>
          <w:b/>
          <w:bCs/>
          <w:u w:val="single"/>
        </w:rPr>
        <w:t xml:space="preserve">robustly</w:t>
      </w:r>
      <w:r>
        <w:rPr>
          <w:b/>
          <w:bCs/>
        </w:rPr>
        <w:t xml:space="preserve"> </w:t>
      </w:r>
      <w:r>
        <w:rPr>
          <w:b/>
          <w:bCs/>
        </w:rPr>
        <w:t xml:space="preserve">to the soil and he begrudged even the hours he must spend in the house for food and sleep.</w:t>
      </w:r>
      <w:r>
        <w:br/>
      </w:r>
      <w:r>
        <w:t xml:space="preserve">    (a) with strong desire</w:t>
      </w:r>
      <w:r>
        <w:br/>
      </w:r>
      <w:r>
        <w:t xml:space="preserve">    (b) in a strong manner</w:t>
      </w:r>
      <w:r>
        <w:br/>
      </w:r>
      <w:r>
        <w:t xml:space="preserve">    (c) in a sloped manner</w:t>
      </w:r>
    </w:p>
    <w:p>
      <w:pPr>
        <w:pStyle w:val="Compact"/>
        <w:numPr>
          <w:ilvl w:val="0"/>
          <w:numId w:val="1001"/>
        </w:numPr>
      </w:pPr>
      <w:r>
        <w:rPr>
          <w:b/>
          <w:bCs/>
        </w:rPr>
        <w:t xml:space="preserve">Then when they slept and Wang Lung still sat at the table dreaming she washed herself for sleeping and at last she went into her</w:t>
      </w:r>
      <w:r>
        <w:rPr>
          <w:b/>
          <w:bCs/>
        </w:rPr>
        <w:t xml:space="preserve"> </w:t>
      </w:r>
      <w:r>
        <w:rPr>
          <w:b/>
          <w:bCs/>
          <w:u w:val="single"/>
        </w:rPr>
        <w:t xml:space="preserve">accustomed</w:t>
      </w:r>
      <w:r>
        <w:rPr>
          <w:b/>
          <w:bCs/>
        </w:rPr>
        <w:t xml:space="preserve"> </w:t>
      </w:r>
      <w:r>
        <w:rPr>
          <w:b/>
          <w:bCs/>
        </w:rPr>
        <w:t xml:space="preserve">room and slept alone upon her bed.</w:t>
      </w:r>
      <w:r>
        <w:br/>
      </w:r>
      <w:r>
        <w:t xml:space="preserve">    (a) used to (adapted to something, so it seems normal)</w:t>
      </w:r>
      <w:r>
        <w:br/>
      </w:r>
      <w:r>
        <w:t xml:space="preserve">    (b) prepared food in a way that keeps it from spoiling</w:t>
      </w:r>
      <w:r>
        <w:br/>
      </w:r>
      <w:r>
        <w:t xml:space="preserve">    (c) supported by providing money or other economic aid</w:t>
      </w:r>
    </w:p>
    <w:p>
      <w:pPr>
        <w:pStyle w:val="Compact"/>
        <w:numPr>
          <w:ilvl w:val="0"/>
          <w:numId w:val="1001"/>
        </w:numPr>
      </w:pPr>
      <w:r>
        <w:rPr>
          <w:b/>
          <w:bCs/>
        </w:rPr>
        <w:t xml:space="preserve">He grew moody and</w:t>
      </w:r>
      <w:r>
        <w:rPr>
          <w:b/>
          <w:bCs/>
        </w:rPr>
        <w:t xml:space="preserve"> </w:t>
      </w:r>
      <w:r>
        <w:rPr>
          <w:b/>
          <w:bCs/>
          <w:u w:val="single"/>
        </w:rPr>
        <w:t xml:space="preserve">petulant</w:t>
      </w:r>
      <w:r>
        <w:rPr>
          <w:b/>
          <w:bCs/>
        </w:rPr>
        <w:t xml:space="preserve"> </w:t>
      </w:r>
      <w:r>
        <w:rPr>
          <w:b/>
          <w:bCs/>
        </w:rPr>
        <w:t xml:space="preserve">and would not eat this and that and he wearied of his books, and Wang Lung was frightened and did not know what to make of it and talked of a doctor.</w:t>
      </w:r>
      <w:r>
        <w:br/>
      </w:r>
      <w:r>
        <w:t xml:space="preserve">    (a) unreasonably annoyed or upset</w:t>
      </w:r>
      <w:r>
        <w:br/>
      </w:r>
      <w:r>
        <w:br/>
      </w:r>
      <w:r>
        <w:t xml:space="preserve">or:</w:t>
      </w:r>
      <w:r>
        <w:br/>
      </w:r>
      <w:r>
        <w:br/>
      </w:r>
      <w:r>
        <w:t xml:space="preserve">easily annoyed or upset</w:t>
      </w:r>
      <w:r>
        <w:br/>
      </w:r>
      <w:r>
        <w:t xml:space="preserve">    (b) not trustworthy, or improper, or attracting unwelcome attention</w:t>
      </w:r>
      <w:r>
        <w:br/>
      </w:r>
      <w:r>
        <w:t xml:space="preserve">    (c) the degree to which something is able to change or is different</w:t>
      </w:r>
    </w:p>
    <w:p>
      <w:pPr>
        <w:pStyle w:val="Compact"/>
        <w:numPr>
          <w:ilvl w:val="0"/>
          <w:numId w:val="1001"/>
        </w:numPr>
      </w:pPr>
      <w:r>
        <w:rPr>
          <w:b/>
          <w:bCs/>
        </w:rPr>
        <w:t xml:space="preserve">She sat up, then, and pushed her hair fretfully back from her face and she shrugged her shoulders when he would have drawn her to him, and she would not</w:t>
      </w:r>
      <w:r>
        <w:rPr>
          <w:b/>
          <w:bCs/>
        </w:rPr>
        <w:t xml:space="preserve"> </w:t>
      </w:r>
      <w:r>
        <w:rPr>
          <w:b/>
          <w:bCs/>
          <w:u w:val="single"/>
        </w:rPr>
        <w:t xml:space="preserve">yield</w:t>
      </w:r>
      <w:r>
        <w:rPr>
          <w:b/>
          <w:bCs/>
        </w:rPr>
        <w:t xml:space="preserve"> </w:t>
      </w:r>
      <w:r>
        <w:rPr>
          <w:b/>
          <w:bCs/>
        </w:rPr>
        <w:t xml:space="preserve">to his coaxing.</w:t>
      </w:r>
      <w:r>
        <w:br/>
      </w:r>
      <w:r>
        <w:t xml:space="preserve">    (a) select (on a computer screen)</w:t>
      </w:r>
      <w:r>
        <w:br/>
      </w:r>
      <w:r>
        <w:t xml:space="preserve">    (b) an involuntary vomiting spasm</w:t>
      </w:r>
      <w:r>
        <w:br/>
      </w:r>
      <w:r>
        <w:t xml:space="preserve">    (c) give in, give way, or give up</w:t>
      </w:r>
    </w:p>
    <w:p>
      <w:pPr>
        <w:pStyle w:val="Compact"/>
        <w:numPr>
          <w:ilvl w:val="0"/>
          <w:numId w:val="1001"/>
        </w:numPr>
      </w:pPr>
      <w:r>
        <w:rPr>
          <w:b/>
          <w:bCs/>
        </w:rPr>
        <w:t xml:space="preserve">And when the lad was still silent, he</w:t>
      </w:r>
      <w:r>
        <w:rPr>
          <w:b/>
          <w:bCs/>
        </w:rPr>
        <w:t xml:space="preserve"> </w:t>
      </w:r>
      <w:r>
        <w:rPr>
          <w:b/>
          <w:bCs/>
          <w:u w:val="single"/>
        </w:rPr>
        <w:t xml:space="preserve">coaxed</w:t>
      </w:r>
      <w:r>
        <w:rPr>
          <w:b/>
          <w:bCs/>
        </w:rPr>
        <w:t xml:space="preserve"> </w:t>
      </w:r>
      <w:r>
        <w:rPr>
          <w:b/>
          <w:bCs/>
        </w:rPr>
        <w:t xml:space="preserve">again, and he said, "Tell your old father why you want to be a soldier?"</w:t>
      </w:r>
      <w:r>
        <w:br/>
      </w:r>
      <w:r>
        <w:t xml:space="preserve">    (a) thought of something as true or likely, even though it was not known with certainty</w:t>
      </w:r>
      <w:r>
        <w:br/>
      </w:r>
      <w:r>
        <w:t xml:space="preserve">    (b) did not vote  OR  did not drink alcohol  OR  (more rarely) did not do something else</w:t>
      </w:r>
      <w:r>
        <w:br/>
      </w:r>
      <w:r>
        <w:t xml:space="preserve">    (c) tried to obtain a result through gentle and careful effort -- often gently persuaded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2026-07-31T18:12:17Z</dcterms:created>
  <dcterms:modified xsi:type="dcterms:W3CDTF">2026-07-31T18:12:17Z</dcterms:modified>
</cp:coreProperties>
</file>

<file path=docProps/custom.xml><?xml version="1.0" encoding="utf-8"?>
<Properties xmlns="http://schemas.openxmlformats.org/officeDocument/2006/custom-properties" xmlns:vt="http://schemas.openxmlformats.org/officeDocument/2006/docPropsVTypes"/>
</file>