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376fa82944c75ba883b94a6a898a74cbbcdd77"/>
    <w:p>
      <w:pPr>
        <w:pStyle w:val="Heading1"/>
      </w:pPr>
      <w:r>
        <w:rPr>
          <w:b/>
          <w:bCs/>
        </w:rPr>
        <w:t xml:space="preserve">The Glass Menagerie</w:t>
      </w:r>
      <w:r>
        <w:br/>
      </w:r>
      <w:r>
        <w:rPr>
          <w:i/>
          <w:iCs/>
        </w:rPr>
        <w:t xml:space="preserve">Tennessee Williams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an old-fashioned whatnot in the living room are seen scores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transparent</w:t>
      </w:r>
      <w:r>
        <w:rPr>
          <w:b/>
          <w:bCs/>
        </w:rPr>
        <w:t xml:space="preserve"> </w:t>
      </w:r>
      <w:r>
        <w:rPr>
          <w:b/>
          <w:bCs/>
        </w:rPr>
        <w:t xml:space="preserve">glass animals.</w:t>
      </w:r>
      <w:r>
        <w:br/>
      </w:r>
      <w:r>
        <w:t xml:space="preserve">    (a) mental activity of which one is self-aware</w:t>
      </w:r>
      <w:r>
        <w:br/>
      </w:r>
      <w:r>
        <w:t xml:space="preserve">    (b) able to be seen through</w:t>
      </w:r>
      <w:r>
        <w:br/>
      </w:r>
      <w:r>
        <w:t xml:space="preserve">    (c) relating to properties of sound or hearing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narrator</w:t>
      </w:r>
      <w:r>
        <w:rPr>
          <w:b/>
          <w:bCs/>
        </w:rPr>
        <w:t xml:space="preserve"> </w:t>
      </w:r>
      <w:r>
        <w:rPr>
          <w:b/>
          <w:bCs/>
        </w:rPr>
        <w:t xml:space="preserve">is an undisguised convention of the play.</w:t>
      </w:r>
      <w:r>
        <w:br/>
      </w:r>
      <w:r>
        <w:t xml:space="preserve">    (a) quiet voice</w:t>
      </w:r>
      <w:r>
        <w:br/>
      </w:r>
      <w:r>
        <w:t xml:space="preserve">    (b) translation</w:t>
      </w:r>
      <w:r>
        <w:br/>
      </w:r>
      <w:r>
        <w:t xml:space="preserve">    (c) storyteller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narrator is an undisguised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play.</w:t>
      </w:r>
      <w:r>
        <w:br/>
      </w:r>
      <w:r>
        <w:t xml:space="preserve">    (a) something treated as normal</w:t>
      </w:r>
      <w:r>
        <w:br/>
      </w:r>
      <w:r>
        <w:t xml:space="preserve">    (b) reason (for doing something)</w:t>
      </w:r>
      <w:r>
        <w:br/>
      </w:r>
      <w:r>
        <w:t xml:space="preserve">    (c) small quantity or indication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Amanda leans against the shut door and stares at Laura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martyred</w:t>
      </w:r>
      <w:r>
        <w:rPr>
          <w:b/>
          <w:bCs/>
        </w:rPr>
        <w:t xml:space="preserve"> </w:t>
      </w:r>
      <w:r>
        <w:rPr>
          <w:b/>
          <w:bCs/>
        </w:rPr>
        <w:t xml:space="preserve">look.</w:t>
      </w:r>
      <w:r>
        <w:br/>
      </w:r>
      <w:r>
        <w:t xml:space="preserve">    (a) like someone who has suffered for the sake of principle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not controlled, prevented, or made less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AMANDA [faintly,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inaudibly</w:t>
      </w:r>
      <w:r>
        <w:rPr>
          <w:b/>
          <w:bCs/>
        </w:rPr>
        <w:t xml:space="preserve">]: —No.</w:t>
      </w:r>
      <w:r>
        <w:br/>
      </w:r>
      <w:r>
        <w:t xml:space="preserve">    (a) in a disrespectful or rejecting manner</w:t>
      </w:r>
      <w:r>
        <w:br/>
      </w:r>
      <w:r>
        <w:t xml:space="preserve">    (b) unhearable (because she speaks so softly)</w:t>
      </w:r>
      <w:r>
        <w:br/>
      </w:r>
      <w:r>
        <w:t xml:space="preserve">    (c) in a manner that is not easily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AMANDA: You did all this to deceive me, just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?</w:t>
      </w:r>
      <w:r>
        <w:br/>
      </w:r>
      <w:r>
        <w:t xml:space="preserve">    (a) the act of lying to or misleading someone; or something that misleads</w:t>
      </w:r>
      <w:r>
        <w:br/>
      </w:r>
      <w:r>
        <w:t xml:space="preserve">    (b) someone bound to serve another without pay -- such as a slave or serf</w:t>
      </w:r>
      <w:r>
        <w:br/>
      </w:r>
      <w:r>
        <w:t xml:space="preserve">    (c) the degree to which something can change to fit a different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people have some slight disadvantage like that, they cultivate other things to make up for it-develop charm-and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vivacity</w:t>
      </w:r>
      <w:r>
        <w:rPr>
          <w:b/>
          <w:bCs/>
        </w:rPr>
        <w:t xml:space="preserve">-and-charm!</w:t>
      </w:r>
      <w:r>
        <w:br/>
      </w:r>
      <w:r>
        <w:t xml:space="preserve">    (a) firmness of purpose</w:t>
      </w:r>
      <w:r>
        <w:br/>
      </w:r>
      <w:r>
        <w:t xml:space="preserve">    (b) engaging liveliness</w:t>
      </w:r>
      <w:r>
        <w:br/>
      </w:r>
      <w:r>
        <w:t xml:space="preserve">    (c) wrong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fiasco</w:t>
      </w:r>
      <w:r>
        <w:rPr>
          <w:b/>
          <w:bCs/>
        </w:rPr>
        <w:t xml:space="preserve"> </w:t>
      </w:r>
      <w:r>
        <w:rPr>
          <w:b/>
          <w:bCs/>
        </w:rPr>
        <w:t xml:space="preserve">at Rubicam's Business College, the idea of getting a gentleman caller for Laura began to play a more and more important part in Mother's calculations.</w:t>
      </w:r>
      <w:r>
        <w:br/>
      </w:r>
      <w:r>
        <w:t xml:space="preserve">    (a) something that was a complete failure</w:t>
      </w:r>
      <w:r>
        <w:br/>
      </w:r>
      <w:r>
        <w:t xml:space="preserve">    (b) something that helps clarify or demonstrate</w:t>
      </w:r>
      <w:r>
        <w:br/>
      </w:r>
      <w:r>
        <w:t xml:space="preserve">    (c) the act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evening at home rarely passed without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allusion</w:t>
      </w:r>
      <w:r>
        <w:rPr>
          <w:b/>
          <w:bCs/>
        </w:rPr>
        <w:t xml:space="preserve"> </w:t>
      </w:r>
      <w:r>
        <w:rPr>
          <w:b/>
          <w:bCs/>
        </w:rPr>
        <w:t xml:space="preserve">to this image, this specter, this hope.</w:t>
      </w:r>
      <w:r>
        <w:br/>
      </w:r>
      <w:r>
        <w:t xml:space="preserve">    (a) a nerve or brain cell</w:t>
      </w:r>
      <w:r>
        <w:br/>
      </w:r>
      <w:r>
        <w:t xml:space="preserve">    (b) long eventful journey</w:t>
      </w:r>
      <w:r>
        <w:br/>
      </w:r>
      <w:r>
        <w:t xml:space="preserve">    (c) indirect reference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right have you got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jeopardize</w:t>
      </w:r>
      <w:r>
        <w:rPr>
          <w:b/>
          <w:bCs/>
        </w:rPr>
        <w:t xml:space="preserve"> </w:t>
      </w:r>
      <w:r>
        <w:rPr>
          <w:b/>
          <w:bCs/>
        </w:rPr>
        <w:t xml:space="preserve">your job?</w:t>
      </w:r>
      <w:r>
        <w:br/>
      </w:r>
      <w:r>
        <w:t xml:space="preserve">    (a) put in danger of loss</w:t>
      </w:r>
      <w:r>
        <w:br/>
      </w:r>
      <w:r>
        <w:t xml:space="preserve">    (b) to strongly criticize</w:t>
      </w:r>
      <w:r>
        <w:br/>
      </w:r>
      <w:r>
        <w:t xml:space="preserve">    (c) express strong regret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only way to find out about those things is to make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discreet</w:t>
      </w:r>
      <w:r>
        <w:rPr>
          <w:b/>
          <w:bCs/>
        </w:rPr>
        <w:t xml:space="preserve"> </w:t>
      </w:r>
      <w:r>
        <w:rPr>
          <w:b/>
          <w:bCs/>
        </w:rPr>
        <w:t xml:space="preserve">inquiries at the proper moment.</w:t>
      </w:r>
      <w:r>
        <w:br/>
      </w:r>
      <w:r>
        <w:t xml:space="preserve">    (a) showing a lack of respect for things respected by most people</w:t>
      </w:r>
      <w:r>
        <w:br/>
      </w:r>
      <w:r>
        <w:t xml:space="preserve">    (b) related to the setting or situation in which something occurs</w:t>
      </w:r>
      <w:r>
        <w:br/>
      </w:r>
      <w:r>
        <w:t xml:space="preserve">    (c) unobtrusively (in a manner that doesn't attract attention)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vitality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optimism</w:t>
      </w:r>
      <w:r>
        <w:rPr>
          <w:b/>
          <w:bCs/>
        </w:rPr>
        <w:t xml:space="preserve"> </w:t>
      </w:r>
      <w:r>
        <w:rPr>
          <w:b/>
          <w:bCs/>
        </w:rPr>
        <w:t xml:space="preserve">return and she turns from the door, crossing to the portieres.</w:t>
      </w:r>
      <w:r>
        <w:br/>
      </w:r>
      <w:r>
        <w:t xml:space="preserve">    (a) collection of star systems held together by gravity</w:t>
      </w:r>
      <w:r>
        <w:br/>
      </w:r>
      <w:r>
        <w:t xml:space="preserve">    (b) a tendency to expect and see the best in all things</w:t>
      </w:r>
      <w:r>
        <w:br/>
      </w:r>
      <w:r>
        <w:t xml:space="preserve">    (c) a particular way of seeing or thinking about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music becomes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.</w:t>
      </w:r>
      <w:r>
        <w:br/>
      </w:r>
      <w:r>
        <w:t xml:space="preserve">    (a) comforting</w:t>
      </w:r>
      <w:r>
        <w:br/>
      </w:r>
      <w:r>
        <w:t xml:space="preserve">    (b) huge</w:t>
      </w:r>
      <w:r>
        <w:br/>
      </w:r>
      <w:r>
        <w:t xml:space="preserve">    (c) threatening (suggestive of, or foreshadowing bad things to come)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JIM: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Primarily</w:t>
      </w:r>
      <w:r>
        <w:rPr>
          <w:b/>
          <w:bCs/>
        </w:rPr>
        <w:t xml:space="preserve"> </w:t>
      </w:r>
      <w:r>
        <w:rPr>
          <w:b/>
          <w:bCs/>
        </w:rPr>
        <w:t xml:space="preserve">it amounts to-social poise!</w:t>
      </w:r>
      <w:r>
        <w:br/>
      </w:r>
      <w:r>
        <w:t xml:space="preserve">    (a) mainly</w:t>
      </w:r>
      <w:r>
        <w:br/>
      </w:r>
      <w:r>
        <w:t xml:space="preserve">    (b) really</w:t>
      </w:r>
      <w:r>
        <w:br/>
      </w:r>
      <w:r>
        <w:t xml:space="preserve">    (c) wisely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</w:t>
      </w:r>
      <w:r>
        <w:rPr>
          <w:b/>
          <w:bCs/>
        </w:rPr>
        <w:t xml:space="preserve"> </w:t>
      </w:r>
      <w:r>
        <w:rPr>
          <w:b/>
          <w:bCs/>
        </w:rPr>
        <w:t xml:space="preserve">that old, old saying a little bit-I married no planter!</w:t>
      </w:r>
      <w:r>
        <w:br/>
      </w:r>
      <w:r>
        <w:t xml:space="preserve">    (a) show or represent</w:t>
      </w:r>
      <w:r>
        <w:br/>
      </w:r>
      <w:r>
        <w:t xml:space="preserve">    (b) differ; or change</w:t>
      </w:r>
      <w:r>
        <w:br/>
      </w:r>
      <w:r>
        <w:t xml:space="preserve">    (c) influence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see, I wasn't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acquainted</w:t>
      </w:r>
      <w:r>
        <w:rPr>
          <w:b/>
          <w:bCs/>
        </w:rPr>
        <w:t xml:space="preserve"> </w:t>
      </w:r>
      <w:r>
        <w:rPr>
          <w:b/>
          <w:bCs/>
        </w:rPr>
        <w:t xml:space="preserve">with many-people.</w:t>
      </w:r>
      <w:r>
        <w:br/>
      </w:r>
      <w:r>
        <w:t xml:space="preserve">    (a) a friend or associate; or familiar with</w:t>
      </w:r>
      <w:r>
        <w:br/>
      </w:r>
      <w:r>
        <w:t xml:space="preserve">    (b) compensated for a loss; or paid a reward</w:t>
      </w:r>
      <w:r>
        <w:br/>
      </w:r>
      <w:r>
        <w:t xml:space="preserve">    (c) not having taken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remains by the table, picks up a piece from the glass menagerie collection, and turns it in her hands to cover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</w:t>
      </w:r>
      <w:r>
        <w:rPr>
          <w:b/>
          <w:bCs/>
        </w:rPr>
        <w:t xml:space="preserve">.</w:t>
      </w:r>
      <w:r>
        <w:br/>
      </w:r>
      <w:r>
        <w:t xml:space="preserve">    (a) deep emotional impact</w:t>
      </w:r>
      <w:r>
        <w:br/>
      </w:r>
      <w:r>
        <w:t xml:space="preserve">    (b) turmoil (confusion)</w:t>
      </w:r>
      <w:r>
        <w:br/>
      </w:r>
      <w:r>
        <w:t xml:space="preserve">    (c) support or favor given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...as the music swells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tumultuously</w:t>
      </w:r>
      <w:r>
        <w:rPr>
          <w:b/>
          <w:bCs/>
        </w:rPr>
        <w:t xml:space="preserve">.</w:t>
      </w:r>
      <w:r>
        <w:br/>
      </w:r>
      <w:r>
        <w:t xml:space="preserve">    (a) of a guitar or other musical instrument:  not using electricity to amplify sound</w:t>
      </w:r>
      <w:r>
        <w:br/>
      </w:r>
      <w:r>
        <w:t xml:space="preserve">    (b) done so as to not represent or imitate external reality or the objects of nature</w:t>
      </w:r>
      <w:r>
        <w:br/>
      </w:r>
      <w:r>
        <w:t xml:space="preserve">    (c) in a loud, unrestrained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Mother calls them a glass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menagerie</w:t>
      </w:r>
      <w:r>
        <w:rPr>
          <w:b/>
          <w:bCs/>
        </w:rPr>
        <w:t xml:space="preserve">! Here's an example of one, if you'd like to see it! This one is one of the oldest.</w:t>
      </w:r>
      <w:r>
        <w:br/>
      </w:r>
      <w:r>
        <w:t xml:space="preserve">    (a) an inhabitant of Assyria -- an ancient kingdom centered in northern Mesopotamia which is in present-day Iraq; or their language</w:t>
      </w:r>
      <w:r>
        <w:br/>
      </w:r>
      <w:r>
        <w:t xml:space="preserve">    (b) someone who emphasizes a person's capacity for self-realization through reason rather than through religion and the supernatural</w:t>
      </w:r>
      <w:r>
        <w:br/>
      </w:r>
      <w:r>
        <w:t xml:space="preserve">    (c) a collection of wild animals in captivity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looks at it with a tender,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expression.</w:t>
      </w:r>
      <w:r>
        <w:br/>
      </w:r>
      <w:r>
        <w:t xml:space="preserve">    (a) collided</w:t>
      </w:r>
      <w:r>
        <w:br/>
      </w:r>
      <w:r>
        <w:t xml:space="preserve">    (b) restored</w:t>
      </w:r>
      <w:r>
        <w:br/>
      </w:r>
      <w:r>
        <w:t xml:space="preserve">    (c) confused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2026-07-31T17:25:14Z</dcterms:created>
  <dcterms:modified xsi:type="dcterms:W3CDTF">2026-07-31T17:25:14Z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