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cd6c1be09687fc74f8937b42c4791777be3ddd"/>
    <w:p>
      <w:pPr>
        <w:pStyle w:val="Heading1"/>
      </w:pPr>
      <w:r>
        <w:rPr>
          <w:b/>
          <w:bCs/>
        </w:rPr>
        <w:t xml:space="preserve">The Glass Castle</w:t>
      </w:r>
      <w:r>
        <w:br/>
      </w:r>
      <w:r>
        <w:rPr>
          <w:i/>
          <w:iCs/>
        </w:rPr>
        <w:t xml:space="preserve">Jeannette Walls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Fussing over children who cry only encourages them, she told us. That's positive reinforcement for</w:t>
      </w:r>
      <w:r>
        <w:rPr>
          <w:b/>
          <w:bCs/>
        </w:rPr>
        <w:t xml:space="preserve"> </w:t>
      </w:r>
      <w:r>
        <w:rPr>
          <w:b/>
          <w:bCs/>
          <w:u w:val="single"/>
        </w:rPr>
        <w:t xml:space="preserve">negative</w:t>
      </w:r>
      <w:r>
        <w:rPr>
          <w:b/>
          <w:bCs/>
        </w:rPr>
        <w:t xml:space="preserve"> </w:t>
      </w:r>
      <w:r>
        <w:rPr>
          <w:b/>
          <w:bCs/>
        </w:rPr>
        <w:t xml:space="preserve">behavior.</w:t>
      </w:r>
      <w:r>
        <w:br/>
      </w:r>
      <w:r>
        <w:t xml:space="preserve">    (a) less than zero</w:t>
      </w:r>
      <w:r>
        <w:br/>
      </w:r>
      <w:r>
        <w:t xml:space="preserve">    (b) bad</w:t>
      </w:r>
      <w:r>
        <w:br/>
      </w:r>
      <w:r>
        <w:t xml:space="preserve">    (c) good</w:t>
      </w:r>
    </w:p>
    <w:p>
      <w:pPr>
        <w:pStyle w:val="Compact"/>
        <w:numPr>
          <w:ilvl w:val="0"/>
          <w:numId w:val="1001"/>
        </w:numPr>
      </w:pPr>
      <w:r>
        <w:rPr>
          <w:b/>
          <w:bCs/>
        </w:rPr>
        <w:t xml:space="preserve">"I'm not being</w:t>
      </w:r>
      <w:r>
        <w:rPr>
          <w:b/>
          <w:bCs/>
        </w:rPr>
        <w:t xml:space="preserve"> </w:t>
      </w:r>
      <w:r>
        <w:rPr>
          <w:b/>
          <w:bCs/>
          <w:u w:val="single"/>
        </w:rPr>
        <w:t xml:space="preserve">negative</w:t>
      </w:r>
      <w:r>
        <w:rPr>
          <w:b/>
          <w:bCs/>
        </w:rPr>
        <w:t xml:space="preserve">," I said. "I'm trying to be realistic."</w:t>
      </w:r>
      <w:r>
        <w:br/>
      </w:r>
      <w:r>
        <w:t xml:space="preserve">    (a) pessimistic</w:t>
      </w:r>
      <w:r>
        <w:br/>
      </w:r>
      <w:r>
        <w:t xml:space="preserve">    (b) less than zero</w:t>
      </w:r>
      <w:r>
        <w:br/>
      </w:r>
      <w:r>
        <w:t xml:space="preserve">    (c) optimistic</w:t>
      </w:r>
    </w:p>
    <w:p>
      <w:pPr>
        <w:pStyle w:val="Compact"/>
        <w:numPr>
          <w:ilvl w:val="0"/>
          <w:numId w:val="1001"/>
        </w:numPr>
      </w:pPr>
      <w:r>
        <w:rPr>
          <w:b/>
          <w:bCs/>
        </w:rPr>
        <w:t xml:space="preserve">Dad whipped us with his belt, but never out of anger, and only if we back-talked or disobeyed a</w:t>
      </w:r>
      <w:r>
        <w:rPr>
          <w:b/>
          <w:bCs/>
        </w:rPr>
        <w:t xml:space="preserve"> </w:t>
      </w:r>
      <w:r>
        <w:rPr>
          <w:b/>
          <w:bCs/>
          <w:u w:val="single"/>
        </w:rPr>
        <w:t xml:space="preserve">direct</w:t>
      </w:r>
      <w:r>
        <w:rPr>
          <w:b/>
          <w:bCs/>
        </w:rPr>
        <w:t xml:space="preserve"> </w:t>
      </w:r>
      <w:r>
        <w:rPr>
          <w:b/>
          <w:bCs/>
        </w:rPr>
        <w:t xml:space="preserve">order, which was rare.</w:t>
      </w:r>
      <w:r>
        <w:br/>
      </w:r>
      <w:r>
        <w:t xml:space="preserve">    (a) clear and specific</w:t>
      </w:r>
      <w:r>
        <w:br/>
      </w:r>
      <w:r>
        <w:t xml:space="preserve">    (b) stupid or foolish</w:t>
      </w:r>
      <w:r>
        <w:br/>
      </w:r>
      <w:r>
        <w:t xml:space="preserve">    (c) confusing</w:t>
      </w:r>
    </w:p>
    <w:p>
      <w:pPr>
        <w:pStyle w:val="Compact"/>
        <w:numPr>
          <w:ilvl w:val="0"/>
          <w:numId w:val="1001"/>
        </w:numPr>
      </w:pPr>
      <w:r>
        <w:rPr>
          <w:b/>
          <w:bCs/>
        </w:rPr>
        <w:t xml:space="preserve">When we wanted money, we walked along the roadside picking up beer cans and bottles that we</w:t>
      </w:r>
      <w:r>
        <w:rPr>
          <w:b/>
          <w:bCs/>
        </w:rPr>
        <w:t xml:space="preserve"> </w:t>
      </w:r>
      <w:r>
        <w:rPr>
          <w:b/>
          <w:bCs/>
          <w:u w:val="single"/>
        </w:rPr>
        <w:t xml:space="preserve">redeemed</w:t>
      </w:r>
      <w:r>
        <w:rPr>
          <w:b/>
          <w:bCs/>
        </w:rPr>
        <w:t xml:space="preserve"> </w:t>
      </w:r>
      <w:r>
        <w:rPr>
          <w:b/>
          <w:bCs/>
        </w:rPr>
        <w:t xml:space="preserve">for two cents each.</w:t>
      </w:r>
      <w:r>
        <w:br/>
      </w:r>
      <w:r>
        <w:t xml:space="preserve">    (a) valued</w:t>
      </w:r>
      <w:r>
        <w:br/>
      </w:r>
      <w:r>
        <w:t xml:space="preserve">    (b) bought</w:t>
      </w:r>
      <w:r>
        <w:br/>
      </w:r>
      <w:r>
        <w:t xml:space="preserve">    (c) exchanged</w:t>
      </w:r>
    </w:p>
    <w:p>
      <w:pPr>
        <w:pStyle w:val="Compact"/>
        <w:numPr>
          <w:ilvl w:val="0"/>
          <w:numId w:val="1001"/>
        </w:numPr>
      </w:pPr>
      <w:r>
        <w:rPr>
          <w:b/>
          <w:bCs/>
        </w:rPr>
        <w:t xml:space="preserve">"Everyone has something good about them," she said. "You have to find the</w:t>
      </w:r>
      <w:r>
        <w:rPr>
          <w:b/>
          <w:bCs/>
        </w:rPr>
        <w:t xml:space="preserve"> </w:t>
      </w:r>
      <w:r>
        <w:rPr>
          <w:b/>
          <w:bCs/>
          <w:u w:val="single"/>
        </w:rPr>
        <w:t xml:space="preserve">redeeming</w:t>
      </w:r>
      <w:r>
        <w:rPr>
          <w:b/>
          <w:bCs/>
        </w:rPr>
        <w:t xml:space="preserve"> </w:t>
      </w:r>
      <w:r>
        <w:rPr>
          <w:b/>
          <w:bCs/>
        </w:rPr>
        <w:t xml:space="preserve">quality and love the person for that."</w:t>
      </w:r>
      <w:r>
        <w:br/>
      </w:r>
      <w:r>
        <w:t xml:space="preserve">    (a) hidden</w:t>
      </w:r>
      <w:r>
        <w:br/>
      </w:r>
      <w:r>
        <w:t xml:space="preserve">    (b) intended for trade</w:t>
      </w:r>
      <w:r>
        <w:br/>
      </w:r>
      <w:r>
        <w:t xml:space="preserve">    (c) making up for the bad</w:t>
      </w:r>
    </w:p>
    <w:p>
      <w:pPr>
        <w:pStyle w:val="Compact"/>
        <w:numPr>
          <w:ilvl w:val="0"/>
          <w:numId w:val="1001"/>
        </w:numPr>
      </w:pPr>
      <w:r>
        <w:rPr>
          <w:b/>
          <w:bCs/>
        </w:rPr>
        <w:t xml:space="preserve">Mom let us grade papers that had multiple-choice, true-false, and fill-in-the-blank answers—just about anything except essay questions, which she thought she had to</w:t>
      </w:r>
      <w:r>
        <w:rPr>
          <w:b/>
          <w:bCs/>
        </w:rPr>
        <w:t xml:space="preserve"> </w:t>
      </w:r>
      <w:r>
        <w:rPr>
          <w:b/>
          <w:bCs/>
          <w:u w:val="single"/>
        </w:rPr>
        <w:t xml:space="preserve">evaluate</w:t>
      </w:r>
      <w:r>
        <w:rPr>
          <w:b/>
          <w:bCs/>
        </w:rPr>
        <w:t xml:space="preserve"> </w:t>
      </w:r>
      <w:r>
        <w:rPr>
          <w:b/>
          <w:bCs/>
        </w:rPr>
        <w:t xml:space="preserve">because they could be answered correctly in all sorts of different ways.</w:t>
      </w:r>
      <w:r>
        <w:br/>
      </w:r>
      <w:r>
        <w:t xml:space="preserve">    (a) read</w:t>
      </w:r>
      <w:r>
        <w:br/>
      </w:r>
      <w:r>
        <w:t xml:space="preserve">    (b) write</w:t>
      </w:r>
      <w:r>
        <w:br/>
      </w:r>
      <w:r>
        <w:t xml:space="preserve">    (c) judge</w:t>
      </w:r>
    </w:p>
    <w:p>
      <w:pPr>
        <w:pStyle w:val="Compact"/>
        <w:numPr>
          <w:ilvl w:val="0"/>
          <w:numId w:val="1001"/>
        </w:numPr>
      </w:pPr>
      <w:r>
        <w:rPr>
          <w:b/>
          <w:bCs/>
        </w:rPr>
        <w:t xml:space="preserve">Mom and Dad liked to make a big point about never surrendering to fear or to prejudice or to the narrow-minded</w:t>
      </w:r>
      <w:r>
        <w:rPr>
          <w:b/>
          <w:bCs/>
        </w:rPr>
        <w:t xml:space="preserve"> </w:t>
      </w:r>
      <w:r>
        <w:rPr>
          <w:b/>
          <w:bCs/>
          <w:u w:val="single"/>
        </w:rPr>
        <w:t xml:space="preserve">conformist</w:t>
      </w:r>
      <w:r>
        <w:rPr>
          <w:b/>
          <w:bCs/>
        </w:rPr>
        <w:t xml:space="preserve"> </w:t>
      </w:r>
      <w:r>
        <w:rPr>
          <w:b/>
          <w:bCs/>
        </w:rPr>
        <w:t xml:space="preserve">sticks-in-the-mud who tried to tell everyone else what was proper.</w:t>
      </w:r>
      <w:r>
        <w:br/>
      </w:r>
      <w:r>
        <w:t xml:space="preserve">    (a) taking pride in being different</w:t>
      </w:r>
      <w:r>
        <w:br/>
      </w:r>
      <w:r>
        <w:t xml:space="preserve">    (b) following customary standards</w:t>
      </w:r>
      <w:r>
        <w:br/>
      </w:r>
      <w:r>
        <w:t xml:space="preserve">    (c) following their own moods</w:t>
      </w:r>
    </w:p>
    <w:p>
      <w:pPr>
        <w:pStyle w:val="Compact"/>
        <w:numPr>
          <w:ilvl w:val="0"/>
          <w:numId w:val="1001"/>
        </w:numPr>
      </w:pPr>
      <w:r>
        <w:rPr>
          <w:b/>
          <w:bCs/>
        </w:rPr>
        <w:t xml:space="preserve">He grabbed Dad by the shoulder, but Dad pushed him off and</w:t>
      </w:r>
      <w:r>
        <w:rPr>
          <w:b/>
          <w:bCs/>
        </w:rPr>
        <w:t xml:space="preserve"> </w:t>
      </w:r>
      <w:r>
        <w:rPr>
          <w:b/>
          <w:bCs/>
          <w:u w:val="single"/>
        </w:rPr>
        <w:t xml:space="preserve">assumed</w:t>
      </w:r>
      <w:r>
        <w:rPr>
          <w:b/>
          <w:bCs/>
        </w:rPr>
        <w:t xml:space="preserve"> </w:t>
      </w:r>
      <w:r>
        <w:rPr>
          <w:b/>
          <w:bCs/>
        </w:rPr>
        <w:t xml:space="preserve">a fighting stance.</w:t>
      </w:r>
      <w:r>
        <w:br/>
      </w:r>
      <w:r>
        <w:t xml:space="preserve">    (a) believed</w:t>
      </w:r>
      <w:r>
        <w:br/>
      </w:r>
      <w:r>
        <w:t xml:space="preserve">    (b) reported</w:t>
      </w:r>
      <w:r>
        <w:br/>
      </w:r>
      <w:r>
        <w:t xml:space="preserve">    (c) adopted</w:t>
      </w:r>
    </w:p>
    <w:p>
      <w:pPr>
        <w:pStyle w:val="Compact"/>
        <w:numPr>
          <w:ilvl w:val="0"/>
          <w:numId w:val="1001"/>
        </w:numPr>
      </w:pPr>
      <w:r>
        <w:rPr>
          <w:b/>
          <w:bCs/>
        </w:rPr>
        <w:t xml:space="preserve">"Everyone</w:t>
      </w:r>
      <w:r>
        <w:rPr>
          <w:b/>
          <w:bCs/>
        </w:rPr>
        <w:t xml:space="preserve"> </w:t>
      </w:r>
      <w:r>
        <w:rPr>
          <w:b/>
          <w:bCs/>
          <w:u w:val="single"/>
        </w:rPr>
        <w:t xml:space="preserve">assumed</w:t>
      </w:r>
      <w:r>
        <w:rPr>
          <w:b/>
          <w:bCs/>
        </w:rPr>
        <w:t xml:space="preserve"> </w:t>
      </w:r>
      <w:r>
        <w:rPr>
          <w:b/>
          <w:bCs/>
        </w:rPr>
        <w:t xml:space="preserve">I was a normal person," she said. "It was weird." Then she told me that it had occurred to her that if she got out of Welch, and away from the family, she might have a shot at a happy life.</w:t>
      </w:r>
      <w:r>
        <w:br/>
      </w:r>
      <w:r>
        <w:t xml:space="preserve">    (a) knew</w:t>
      </w:r>
      <w:r>
        <w:br/>
      </w:r>
      <w:r>
        <w:t xml:space="preserve">    (b) believed</w:t>
      </w:r>
      <w:r>
        <w:br/>
      </w:r>
      <w:r>
        <w:t xml:space="preserve">    (c) pretended</w:t>
      </w:r>
    </w:p>
    <w:p>
      <w:pPr>
        <w:pStyle w:val="Compact"/>
        <w:numPr>
          <w:ilvl w:val="0"/>
          <w:numId w:val="1001"/>
        </w:numPr>
      </w:pPr>
      <w:r>
        <w:rPr>
          <w:b/>
          <w:bCs/>
        </w:rPr>
        <w:t xml:space="preserve">I nodded and smiled back, then I realized there was something</w:t>
      </w:r>
      <w:r>
        <w:rPr>
          <w:b/>
          <w:bCs/>
        </w:rPr>
        <w:t xml:space="preserve"> </w:t>
      </w:r>
      <w:r>
        <w:rPr>
          <w:b/>
          <w:bCs/>
          <w:u w:val="single"/>
        </w:rPr>
        <w:t xml:space="preserve">malicious</w:t>
      </w:r>
      <w:r>
        <w:rPr>
          <w:b/>
          <w:bCs/>
        </w:rPr>
        <w:t xml:space="preserve"> </w:t>
      </w:r>
      <w:r>
        <w:rPr>
          <w:b/>
          <w:bCs/>
        </w:rPr>
        <w:t xml:space="preserve">in her smile.</w:t>
      </w:r>
      <w:r>
        <w:br/>
      </w:r>
      <w:r>
        <w:t xml:space="preserve">    (a) thoughtful</w:t>
      </w:r>
      <w:r>
        <w:br/>
      </w:r>
      <w:r>
        <w:t xml:space="preserve">    (b) kind</w:t>
      </w:r>
      <w:r>
        <w:br/>
      </w:r>
      <w:r>
        <w:t xml:space="preserve">    (c) mean</w:t>
      </w:r>
    </w:p>
    <w:p>
      <w:pPr>
        <w:pStyle w:val="Compact"/>
        <w:numPr>
          <w:ilvl w:val="0"/>
          <w:numId w:val="1001"/>
        </w:numPr>
      </w:pPr>
      <w:r>
        <w:rPr>
          <w:b/>
          <w:bCs/>
        </w:rPr>
        <w:t xml:space="preserve">Welch wasn't like those other places we had lived, he said. There were rules that had to be followed, and people didn't take it kindly when you</w:t>
      </w:r>
      <w:r>
        <w:rPr>
          <w:b/>
          <w:bCs/>
        </w:rPr>
        <w:t xml:space="preserve"> </w:t>
      </w:r>
      <w:r>
        <w:rPr>
          <w:b/>
          <w:bCs/>
          <w:u w:val="single"/>
        </w:rPr>
        <w:t xml:space="preserve">flouted</w:t>
      </w:r>
      <w:r>
        <w:rPr>
          <w:b/>
          <w:bCs/>
        </w:rPr>
        <w:t xml:space="preserve"> </w:t>
      </w:r>
      <w:r>
        <w:rPr>
          <w:b/>
          <w:bCs/>
        </w:rPr>
        <w:t xml:space="preserve">them.</w:t>
      </w:r>
      <w:r>
        <w:br/>
      </w:r>
      <w:r>
        <w:t xml:space="preserve">    (a) openly followed</w:t>
      </w:r>
      <w:r>
        <w:br/>
      </w:r>
      <w:r>
        <w:t xml:space="preserve">    (b) agreed with</w:t>
      </w:r>
      <w:r>
        <w:br/>
      </w:r>
      <w:r>
        <w:t xml:space="preserve">    (c) openly disregarded</w:t>
      </w:r>
    </w:p>
    <w:p>
      <w:pPr>
        <w:pStyle w:val="Compact"/>
        <w:numPr>
          <w:ilvl w:val="0"/>
          <w:numId w:val="1001"/>
        </w:numPr>
      </w:pPr>
      <w:r>
        <w:rPr>
          <w:b/>
          <w:bCs/>
        </w:rPr>
        <w:t xml:space="preserve">But the</w:t>
      </w:r>
      <w:r>
        <w:rPr>
          <w:b/>
          <w:bCs/>
        </w:rPr>
        <w:t xml:space="preserve"> </w:t>
      </w:r>
      <w:r>
        <w:rPr>
          <w:b/>
          <w:bCs/>
          <w:u w:val="single"/>
        </w:rPr>
        <w:t xml:space="preserve">positive</w:t>
      </w:r>
      <w:r>
        <w:rPr>
          <w:b/>
          <w:bCs/>
        </w:rPr>
        <w:t xml:space="preserve"> </w:t>
      </w:r>
      <w:r>
        <w:rPr>
          <w:b/>
          <w:bCs/>
        </w:rPr>
        <w:t xml:space="preserve">thoughts would give way to negative thoughts, and the negative thoughts seemed to swoop into her mind the way a big flock of black crows takes over the landscape, sitting thick in the trees and on the fence rails and lawns, staring at you in ominous silence.</w:t>
      </w:r>
      <w:r>
        <w:br/>
      </w:r>
      <w:r>
        <w:t xml:space="preserve">    (a) unlikely</w:t>
      </w:r>
      <w:r>
        <w:br/>
      </w:r>
      <w:r>
        <w:t xml:space="preserve">    (b) more than zero</w:t>
      </w:r>
      <w:r>
        <w:br/>
      </w:r>
      <w:r>
        <w:t xml:space="preserve">    (c) optimistic</w:t>
      </w:r>
    </w:p>
    <w:p>
      <w:pPr>
        <w:pStyle w:val="Compact"/>
        <w:numPr>
          <w:ilvl w:val="0"/>
          <w:numId w:val="1001"/>
        </w:numPr>
      </w:pPr>
      <w:r>
        <w:rPr>
          <w:b/>
          <w:bCs/>
        </w:rPr>
        <w:t xml:space="preserve">She</w:t>
      </w:r>
      <w:r>
        <w:rPr>
          <w:b/>
          <w:bCs/>
        </w:rPr>
        <w:t xml:space="preserve"> </w:t>
      </w:r>
      <w:r>
        <w:rPr>
          <w:b/>
          <w:bCs/>
          <w:u w:val="single"/>
        </w:rPr>
        <w:t xml:space="preserve">positively</w:t>
      </w:r>
      <w:r>
        <w:rPr>
          <w:b/>
          <w:bCs/>
        </w:rPr>
        <w:t xml:space="preserve"> </w:t>
      </w:r>
      <w:r>
        <w:rPr>
          <w:b/>
          <w:bCs/>
        </w:rPr>
        <w:t xml:space="preserve">glowed as she told me about the hot meals and the hot showers and all the friends she'd made.</w:t>
      </w:r>
      <w:r>
        <w:br/>
      </w:r>
      <w:r>
        <w:t xml:space="preserve">    (a) confidently</w:t>
      </w:r>
      <w:r>
        <w:br/>
      </w:r>
      <w:r>
        <w:t xml:space="preserve">    (b) possibly</w:t>
      </w:r>
      <w:r>
        <w:br/>
      </w:r>
      <w:r>
        <w:t xml:space="preserve">    (c) absolutely</w:t>
      </w:r>
    </w:p>
    <w:p>
      <w:pPr>
        <w:pStyle w:val="Compact"/>
        <w:numPr>
          <w:ilvl w:val="0"/>
          <w:numId w:val="1001"/>
        </w:numPr>
      </w:pPr>
      <w:r>
        <w:rPr>
          <w:b/>
          <w:bCs/>
        </w:rPr>
        <w:t xml:space="preserve">When Mom told me I was so</w:t>
      </w:r>
      <w:r>
        <w:rPr>
          <w:b/>
          <w:bCs/>
        </w:rPr>
        <w:t xml:space="preserve"> </w:t>
      </w:r>
      <w:r>
        <w:rPr>
          <w:b/>
          <w:bCs/>
          <w:u w:val="single"/>
        </w:rPr>
        <w:t xml:space="preserve">focused</w:t>
      </w:r>
      <w:r>
        <w:rPr>
          <w:b/>
          <w:bCs/>
        </w:rPr>
        <w:t xml:space="preserve"> </w:t>
      </w:r>
      <w:r>
        <w:rPr>
          <w:b/>
          <w:bCs/>
        </w:rPr>
        <w:t xml:space="preserve">it was scary, I know she didn't mean it as a compliment, but I took it that way.</w:t>
      </w:r>
      <w:r>
        <w:br/>
      </w:r>
      <w:r>
        <w:t xml:space="preserve">    (a) paying attention to achieving goals</w:t>
      </w:r>
      <w:r>
        <w:br/>
      </w:r>
      <w:r>
        <w:t xml:space="preserve">    (b) clearly pictured by a camera</w:t>
      </w:r>
      <w:r>
        <w:br/>
      </w:r>
      <w:r>
        <w:t xml:space="preserve">    (c) always letting the mind wander</w:t>
      </w:r>
    </w:p>
    <w:p>
      <w:pPr>
        <w:pStyle w:val="Compact"/>
        <w:numPr>
          <w:ilvl w:val="0"/>
          <w:numId w:val="1001"/>
        </w:numPr>
      </w:pPr>
      <w:r>
        <w:rPr>
          <w:b/>
          <w:bCs/>
        </w:rPr>
        <w:t xml:space="preserve">He wanted me to</w:t>
      </w:r>
      <w:r>
        <w:rPr>
          <w:b/>
          <w:bCs/>
        </w:rPr>
        <w:t xml:space="preserve"> </w:t>
      </w:r>
      <w:r>
        <w:rPr>
          <w:b/>
          <w:bCs/>
          <w:u w:val="single"/>
        </w:rPr>
        <w:t xml:space="preserve">accompany</w:t>
      </w:r>
      <w:r>
        <w:rPr>
          <w:b/>
          <w:bCs/>
        </w:rPr>
        <w:t xml:space="preserve"> </w:t>
      </w:r>
      <w:r>
        <w:rPr>
          <w:b/>
          <w:bCs/>
        </w:rPr>
        <w:t xml:space="preserve">him on a business trip.</w:t>
      </w:r>
      <w:r>
        <w:br/>
      </w:r>
      <w:r>
        <w:t xml:space="preserve">    (a) provide money for</w:t>
      </w:r>
      <w:r>
        <w:br/>
      </w:r>
      <w:r>
        <w:t xml:space="preserve">    (b) travel with</w:t>
      </w:r>
      <w:r>
        <w:br/>
      </w:r>
      <w:r>
        <w:t xml:space="preserve">    (c) perform music</w:t>
      </w:r>
    </w:p>
    <w:p>
      <w:pPr>
        <w:pStyle w:val="Compact"/>
        <w:numPr>
          <w:ilvl w:val="0"/>
          <w:numId w:val="1001"/>
        </w:numPr>
      </w:pPr>
      <w:r>
        <w:rPr>
          <w:b/>
          <w:bCs/>
        </w:rPr>
        <w:t xml:space="preserve">I expected him to turn and walk away, but there were six stinging blows on the backs of my thighs, each</w:t>
      </w:r>
      <w:r>
        <w:rPr>
          <w:b/>
          <w:bCs/>
        </w:rPr>
        <w:t xml:space="preserve"> </w:t>
      </w:r>
      <w:r>
        <w:rPr>
          <w:b/>
          <w:bCs/>
          <w:u w:val="single"/>
        </w:rPr>
        <w:t xml:space="preserve">accompanied</w:t>
      </w:r>
      <w:r>
        <w:rPr>
          <w:b/>
          <w:bCs/>
        </w:rPr>
        <w:t xml:space="preserve"> </w:t>
      </w:r>
      <w:r>
        <w:rPr>
          <w:b/>
          <w:bCs/>
        </w:rPr>
        <w:t xml:space="preserve">by a whistle of air.</w:t>
      </w:r>
      <w:r>
        <w:br/>
      </w:r>
      <w:r>
        <w:t xml:space="preserve">    (a) with a violent impact</w:t>
      </w:r>
      <w:r>
        <w:br/>
      </w:r>
      <w:r>
        <w:t xml:space="preserve">    (b) joined (coming with)</w:t>
      </w:r>
      <w:r>
        <w:br/>
      </w:r>
      <w:r>
        <w:t xml:space="preserve">    (c) making music</w:t>
      </w:r>
    </w:p>
    <w:p>
      <w:pPr>
        <w:pStyle w:val="Compact"/>
        <w:numPr>
          <w:ilvl w:val="0"/>
          <w:numId w:val="1001"/>
        </w:numPr>
      </w:pPr>
      <w:r>
        <w:rPr>
          <w:b/>
          <w:bCs/>
        </w:rPr>
        <w:t xml:space="preserve">As someone who could make them famous among their peers, I was no longer a person to be</w:t>
      </w:r>
      <w:r>
        <w:rPr>
          <w:b/>
          <w:bCs/>
        </w:rPr>
        <w:t xml:space="preserve"> </w:t>
      </w:r>
      <w:r>
        <w:rPr>
          <w:b/>
          <w:bCs/>
          <w:u w:val="single"/>
        </w:rPr>
        <w:t xml:space="preserve">trifled with</w:t>
      </w:r>
      <w:r>
        <w:rPr>
          <w:b/>
          <w:bCs/>
        </w:rPr>
        <w:t xml:space="preserve">.</w:t>
      </w:r>
      <w:r>
        <w:br/>
      </w:r>
      <w:r>
        <w:t xml:space="preserve">    (a) treated thoughtlessly</w:t>
      </w:r>
      <w:r>
        <w:br/>
      </w:r>
      <w:r>
        <w:t xml:space="preserve">    (b) treated respectfully</w:t>
      </w:r>
      <w:r>
        <w:br/>
      </w:r>
      <w:r>
        <w:t xml:space="preserve">    (c) treated kindly</w:t>
      </w:r>
    </w:p>
    <w:p>
      <w:pPr>
        <w:pStyle w:val="Compact"/>
        <w:numPr>
          <w:ilvl w:val="0"/>
          <w:numId w:val="1001"/>
        </w:numPr>
      </w:pPr>
      <w:r>
        <w:rPr>
          <w:b/>
          <w:bCs/>
        </w:rPr>
        <w:t xml:space="preserve">It was true that many grown-ups in Welch talked about how senior year in high school was the</w:t>
      </w:r>
      <w:r>
        <w:rPr>
          <w:b/>
          <w:bCs/>
        </w:rPr>
        <w:t xml:space="preserve"> </w:t>
      </w:r>
      <w:r>
        <w:rPr>
          <w:b/>
          <w:bCs/>
          <w:u w:val="single"/>
        </w:rPr>
        <w:t xml:space="preserve">highlight</w:t>
      </w:r>
      <w:r>
        <w:rPr>
          <w:b/>
          <w:bCs/>
        </w:rPr>
        <w:t xml:space="preserve"> </w:t>
      </w:r>
      <w:r>
        <w:rPr>
          <w:b/>
          <w:bCs/>
        </w:rPr>
        <w:t xml:space="preserve">of their lives.</w:t>
      </w:r>
      <w:r>
        <w:br/>
      </w:r>
      <w:r>
        <w:t xml:space="preserve">    (a) scariest part</w:t>
      </w:r>
      <w:r>
        <w:br/>
      </w:r>
      <w:r>
        <w:t xml:space="preserve">    (b) brightest part</w:t>
      </w:r>
      <w:r>
        <w:br/>
      </w:r>
      <w:r>
        <w:t xml:space="preserve">    (c) best part</w:t>
      </w:r>
    </w:p>
    <w:p>
      <w:pPr>
        <w:pStyle w:val="Compact"/>
        <w:numPr>
          <w:ilvl w:val="0"/>
          <w:numId w:val="1001"/>
        </w:numPr>
      </w:pPr>
      <w:r>
        <w:rPr>
          <w:b/>
          <w:bCs/>
        </w:rPr>
        <w:t xml:space="preserve">"Look at it from his</w:t>
      </w:r>
      <w:r>
        <w:rPr>
          <w:b/>
          <w:bCs/>
        </w:rPr>
        <w:t xml:space="preserve"> </w:t>
      </w:r>
      <w:r>
        <w:rPr>
          <w:b/>
          <w:bCs/>
          <w:u w:val="single"/>
        </w:rPr>
        <w:t xml:space="preserve">perspective</w:t>
      </w:r>
      <w:r>
        <w:rPr>
          <w:b/>
          <w:bCs/>
        </w:rPr>
        <w:t xml:space="preserve">," Mom said.</w:t>
      </w:r>
      <w:r>
        <w:br/>
      </w:r>
      <w:r>
        <w:t xml:space="preserve">    (a) education level</w:t>
      </w:r>
      <w:r>
        <w:br/>
      </w:r>
      <w:r>
        <w:t xml:space="preserve">    (b) timeframe</w:t>
      </w:r>
      <w:r>
        <w:br/>
      </w:r>
      <w:r>
        <w:t xml:space="preserve">    (c) way of looking at things</w:t>
      </w:r>
    </w:p>
    <w:p>
      <w:pPr>
        <w:pStyle w:val="Compact"/>
        <w:numPr>
          <w:ilvl w:val="0"/>
          <w:numId w:val="1001"/>
        </w:numPr>
      </w:pPr>
      <w:r>
        <w:rPr>
          <w:b/>
          <w:bCs/>
        </w:rPr>
        <w:t xml:space="preserve">But Mom and Dad were clearly proud, and as I listened to them talk ... about their fellow</w:t>
      </w:r>
      <w:r>
        <w:rPr>
          <w:b/>
          <w:bCs/>
        </w:rPr>
        <w:t xml:space="preserve"> </w:t>
      </w:r>
      <w:r>
        <w:rPr>
          <w:b/>
          <w:bCs/>
          <w:u w:val="single"/>
        </w:rPr>
        <w:t xml:space="preserve">squatters</w:t>
      </w:r>
      <w:r>
        <w:rPr>
          <w:b/>
          <w:bCs/>
        </w:rPr>
        <w:t xml:space="preserve"> </w:t>
      </w:r>
      <w:r>
        <w:rPr>
          <w:b/>
          <w:bCs/>
        </w:rPr>
        <w:t xml:space="preserve">and the friends they'd made in the neighborhood and the common fight against the city's housing agency,</w:t>
      </w:r>
      <w:r>
        <w:br/>
      </w:r>
      <w:r>
        <w:t xml:space="preserve">    (a) people who live with temporary furnishings and move a lot</w:t>
      </w:r>
      <w:r>
        <w:br/>
      </w:r>
      <w:r>
        <w:t xml:space="preserve">    (b) people who live in an unoccupied place without legal right</w:t>
      </w:r>
      <w:r>
        <w:br/>
      </w:r>
      <w:r>
        <w:t xml:space="preserve">    (c) people who have a hard time standing upright</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2026-07-31T19:19:51Z</dcterms:created>
  <dcterms:modified xsi:type="dcterms:W3CDTF">2026-07-31T19:19:51Z</dcterms:modified>
</cp:coreProperties>
</file>

<file path=docProps/custom.xml><?xml version="1.0" encoding="utf-8"?>
<Properties xmlns="http://schemas.openxmlformats.org/officeDocument/2006/custom-properties" xmlns:vt="http://schemas.openxmlformats.org/officeDocument/2006/docPropsVTypes"/>
</file>