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4ba7866d402fbed95529b36ec10a831331635c"/>
    <w:p>
      <w:pPr>
        <w:pStyle w:val="Heading1"/>
      </w:pPr>
      <w:r>
        <w:rPr>
          <w:b/>
          <w:bCs/>
        </w:rPr>
        <w:t xml:space="preserve">The Giver</w:t>
      </w:r>
      <w:r>
        <w:br/>
      </w:r>
      <w:r>
        <w:rPr>
          <w:i/>
          <w:iCs/>
        </w:rPr>
        <w:t xml:space="preserve">Lois Lowry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primary focus is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money and the things it can buy.</w:t>
      </w:r>
      <w:r>
        <w:br/>
      </w:r>
      <w:r>
        <w:t xml:space="preserve">    (a) fearing</w:t>
      </w:r>
      <w:r>
        <w:br/>
      </w:r>
      <w:r>
        <w:t xml:space="preserve">    (b) spending</w:t>
      </w:r>
      <w:r>
        <w:br/>
      </w:r>
      <w:r>
        <w:t xml:space="preserve">    (c) getting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display is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main convention hall.</w:t>
      </w:r>
      <w:r>
        <w:br/>
      </w:r>
      <w:r>
        <w:t xml:space="preserve">    (a) addition</w:t>
      </w:r>
      <w:r>
        <w:br/>
      </w:r>
      <w:r>
        <w:t xml:space="preserve">    (b) largest room</w:t>
      </w:r>
      <w:r>
        <w:br/>
      </w:r>
      <w:r>
        <w:t xml:space="preserve">    (c) center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Hyde's study indicates that girls and boys have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aptitude</w:t>
      </w:r>
      <w:r>
        <w:rPr>
          <w:b/>
          <w:bCs/>
        </w:rPr>
        <w:t xml:space="preserve"> </w:t>
      </w:r>
      <w:r>
        <w:rPr>
          <w:b/>
          <w:bCs/>
        </w:rPr>
        <w:t xml:space="preserve">for math.</w:t>
      </w:r>
      <w:r>
        <w:br/>
      </w:r>
      <w:r>
        <w:t xml:space="preserve">    (a) natural ability</w:t>
      </w:r>
      <w:r>
        <w:br/>
      </w:r>
      <w:r>
        <w:t xml:space="preserve">    (b) background</w:t>
      </w:r>
      <w:r>
        <w:br/>
      </w:r>
      <w:r>
        <w:t xml:space="preserve">    (c) level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characteristics</w:t>
      </w:r>
      <w:r>
        <w:br/>
      </w:r>
      <w:r>
        <w:t xml:space="preserve">    (b) weaknesses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chastised</w:t>
      </w:r>
      <w:r>
        <w:rPr>
          <w:b/>
          <w:bCs/>
        </w:rPr>
        <w:t xml:space="preserve"> </w:t>
      </w:r>
      <w:r>
        <w:rPr>
          <w:b/>
          <w:bCs/>
        </w:rPr>
        <w:t xml:space="preserve">him for his insensitive remarks.</w:t>
      </w:r>
      <w:r>
        <w:br/>
      </w:r>
      <w:r>
        <w:t xml:space="preserve">    (a) avoided</w:t>
      </w:r>
      <w:r>
        <w:br/>
      </w:r>
      <w:r>
        <w:t xml:space="preserve">    (b) criticized</w:t>
      </w:r>
      <w:r>
        <w:br/>
      </w:r>
      <w:r>
        <w:t xml:space="preserve">    (c) fired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unrelated</w:t>
      </w:r>
      <w:r>
        <w:br/>
      </w:r>
      <w:r>
        <w:t xml:space="preserve">    (b) are opposite</w:t>
      </w:r>
      <w:r>
        <w:br/>
      </w:r>
      <w:r>
        <w:t xml:space="preserve">    (c) are equivalent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Red Cross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designated</w:t>
      </w:r>
      <w:r>
        <w:rPr>
          <w:b/>
          <w:bCs/>
        </w:rPr>
        <w:t xml:space="preserve"> </w:t>
      </w:r>
      <w:r>
        <w:rPr>
          <w:b/>
          <w:bCs/>
        </w:rPr>
        <w:t xml:space="preserve">this building as a shelter.</w:t>
      </w:r>
      <w:r>
        <w:br/>
      </w:r>
      <w:r>
        <w:t xml:space="preserve">    (a) built</w:t>
      </w:r>
      <w:r>
        <w:br/>
      </w:r>
      <w:r>
        <w:t xml:space="preserve">    (b) eliminated</w:t>
      </w:r>
      <w:r>
        <w:br/>
      </w:r>
      <w:r>
        <w:t xml:space="preserve">    (c) assigned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rank of sergeant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designated</w:t>
      </w:r>
      <w:r>
        <w:rPr>
          <w:b/>
          <w:bCs/>
        </w:rPr>
        <w:t xml:space="preserve"> </w:t>
      </w:r>
      <w:r>
        <w:rPr>
          <w:b/>
          <w:bCs/>
        </w:rPr>
        <w:t xml:space="preserve">by three chevrons (inverted Vs) on the shoulder.   </w:t>
      </w:r>
      <w:r>
        <w:br/>
      </w:r>
      <w:r>
        <w:t xml:space="preserve">    (a) honored</w:t>
      </w:r>
      <w:r>
        <w:br/>
      </w:r>
      <w:r>
        <w:t xml:space="preserve">    (b) out-ranked</w:t>
      </w:r>
      <w:r>
        <w:br/>
      </w:r>
      <w:r>
        <w:t xml:space="preserve">    (c) shown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team</w:t>
      </w:r>
      <w:r>
        <w:br/>
      </w:r>
      <w:r>
        <w:t xml:space="preserve">    (b) generosity</w:t>
      </w:r>
      <w:r>
        <w:br/>
      </w:r>
      <w:r>
        <w:t xml:space="preserve">    (c) personality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distraught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breakup; I didn't think I'd ever be happy again.</w:t>
      </w:r>
      <w:r>
        <w:br/>
      </w:r>
      <w:r>
        <w:t xml:space="preserve">    (a) angry</w:t>
      </w:r>
      <w:r>
        <w:br/>
      </w:r>
      <w:r>
        <w:t xml:space="preserve">    (b) distressed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commission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empowered</w:t>
      </w:r>
      <w:r>
        <w:rPr>
          <w:b/>
          <w:bCs/>
        </w:rPr>
        <w:t xml:space="preserve"> </w:t>
      </w:r>
      <w:r>
        <w:rPr>
          <w:b/>
          <w:bCs/>
        </w:rPr>
        <w:t xml:space="preserve">to redraw voting districts.</w:t>
      </w:r>
      <w:r>
        <w:br/>
      </w:r>
      <w:r>
        <w:t xml:space="preserve">    (a) ordered</w:t>
      </w:r>
      <w:r>
        <w:br/>
      </w:r>
      <w:r>
        <w:t xml:space="preserve">    (b) not allowed</w:t>
      </w:r>
      <w:r>
        <w:br/>
      </w:r>
      <w:r>
        <w:t xml:space="preserve">    (c) allowed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excruciating</w:t>
      </w:r>
      <w:r>
        <w:rPr>
          <w:b/>
          <w:bCs/>
        </w:rPr>
        <w:t xml:space="preserve"> </w:t>
      </w:r>
      <w:r>
        <w:rPr>
          <w:b/>
          <w:bCs/>
        </w:rPr>
        <w:t xml:space="preserve">headaches.</w:t>
      </w:r>
      <w:r>
        <w:br/>
      </w:r>
      <w:r>
        <w:t xml:space="preserve">    (a) lasting a long time</w:t>
      </w:r>
      <w:r>
        <w:br/>
      </w:r>
      <w:r>
        <w:t xml:space="preserve">    (b) extremely frequent</w:t>
      </w:r>
      <w:r>
        <w:br/>
      </w:r>
      <w:r>
        <w:t xml:space="preserve">    (c) extremely painful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.</w:t>
      </w:r>
      <w:r>
        <w:br/>
      </w:r>
      <w:r>
        <w:t xml:space="preserve">    (a) troubled</w:t>
      </w:r>
      <w:r>
        <w:br/>
      </w:r>
      <w:r>
        <w:t xml:space="preserve">    (b) short-lived</w:t>
      </w:r>
      <w:r>
        <w:br/>
      </w:r>
      <w:r>
        <w:t xml:space="preserve">    (c) reckless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is to assure there is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lapse</w:t>
      </w:r>
      <w:r>
        <w:rPr>
          <w:b/>
          <w:bCs/>
        </w:rPr>
        <w:t xml:space="preserve"> </w:t>
      </w:r>
      <w:r>
        <w:rPr>
          <w:b/>
          <w:bCs/>
        </w:rPr>
        <w:t xml:space="preserve">of the high standards at their hotels.</w:t>
      </w:r>
      <w:r>
        <w:br/>
      </w:r>
      <w:r>
        <w:t xml:space="preserve">    (a) change</w:t>
      </w:r>
      <w:r>
        <w:br/>
      </w:r>
      <w:r>
        <w:t xml:space="preserve">    (b) copying</w:t>
      </w:r>
      <w:r>
        <w:br/>
      </w:r>
      <w:r>
        <w:t xml:space="preserve">    (c)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classic</w:t>
      </w:r>
      <w:r>
        <w:br/>
      </w:r>
      <w:r>
        <w:t xml:space="preserve">    (b) outdated</w:t>
      </w:r>
      <w:r>
        <w:br/>
      </w:r>
      <w:r>
        <w:t xml:space="preserve">    (c) broken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</w:t>
      </w:r>
      <w:r>
        <w:rPr>
          <w:b/>
          <w:bCs/>
        </w:rPr>
        <w:t xml:space="preserve"> </w:t>
      </w:r>
      <w:r>
        <w:rPr>
          <w:b/>
          <w:bCs/>
        </w:rPr>
        <w:t xml:space="preserve">on my life, I realize that it's relationships that matter most.</w:t>
      </w:r>
      <w:r>
        <w:br/>
      </w:r>
      <w:r>
        <w:t xml:space="preserve">    (a) write a story</w:t>
      </w:r>
      <w:r>
        <w:br/>
      </w:r>
      <w:r>
        <w:t xml:space="preserve">    (b) live</w:t>
      </w:r>
      <w:r>
        <w:br/>
      </w:r>
      <w:r>
        <w:t xml:space="preserve">    (c) think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inaccurate report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reflected</w:t>
      </w:r>
      <w:r>
        <w:rPr>
          <w:b/>
          <w:bCs/>
        </w:rPr>
        <w:t xml:space="preserve"> </w:t>
      </w:r>
      <w:r>
        <w:rPr>
          <w:b/>
          <w:bCs/>
        </w:rPr>
        <w:t xml:space="preserve">poorly on the newspaper.</w:t>
      </w:r>
      <w:r>
        <w:br/>
      </w:r>
      <w:r>
        <w:t xml:space="preserve">    (a) was written</w:t>
      </w:r>
      <w:r>
        <w:br/>
      </w:r>
      <w:r>
        <w:t xml:space="preserve">    (b) influenced opinion</w:t>
      </w:r>
      <w:r>
        <w:br/>
      </w:r>
      <w:r>
        <w:t xml:space="preserve">    (c) impacted profit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manager is nearing retirement, so they are searching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successor</w:t>
      </w:r>
      <w:r>
        <w:rPr>
          <w:b/>
          <w:bCs/>
        </w:rPr>
        <w:t xml:space="preserve">.</w:t>
      </w:r>
      <w:r>
        <w:br/>
      </w:r>
      <w:r>
        <w:t xml:space="preserve">    (a) retirement plan</w:t>
      </w:r>
      <w:r>
        <w:br/>
      </w:r>
      <w:r>
        <w:t xml:space="preserve">    (b) replacement</w:t>
      </w:r>
      <w:r>
        <w:br/>
      </w:r>
      <w:r>
        <w:t xml:space="preserve">    (c) trainer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brave</w:t>
      </w:r>
      <w:r>
        <w:br/>
      </w:r>
      <w:r>
        <w:t xml:space="preserve">    (b) careful</w:t>
      </w:r>
      <w:r>
        <w:br/>
      </w:r>
      <w:r>
        <w:t xml:space="preserve">    (c)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use of innocents as human shields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transgresses</w:t>
      </w:r>
      <w:r>
        <w:rPr>
          <w:b/>
          <w:bCs/>
        </w:rPr>
        <w:t xml:space="preserve"> </w:t>
      </w:r>
      <w:r>
        <w:rPr>
          <w:b/>
          <w:bCs/>
        </w:rPr>
        <w:t xml:space="preserve">"the laws of war."</w:t>
      </w:r>
      <w:r>
        <w:br/>
      </w:r>
      <w:r>
        <w:t xml:space="preserve">    (a) violates</w:t>
      </w:r>
      <w:r>
        <w:br/>
      </w:r>
      <w:r>
        <w:t xml:space="preserve">    (b) is within</w:t>
      </w:r>
      <w:r>
        <w:br/>
      </w:r>
      <w:r>
        <w:t xml:space="preserve">    (c) expands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2026-07-31T15:19:15Z</dcterms:created>
  <dcterms:modified xsi:type="dcterms:W3CDTF">2026-07-31T15:19:15Z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