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cc56e25e1f1717273652dcb73ed28047ea3478"/>
    <w:p>
      <w:pPr>
        <w:pStyle w:val="Heading1"/>
      </w:pPr>
      <w:r>
        <w:rPr>
          <w:b/>
          <w:bCs/>
        </w:rPr>
        <w:t xml:space="preserve">The Giver</w:t>
      </w:r>
      <w:r>
        <w:br/>
      </w:r>
      <w:r>
        <w:rPr>
          <w:i/>
          <w:iCs/>
        </w:rPr>
        <w:t xml:space="preserve">Lois Lowry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guess I just got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distraught</w:t>
      </w:r>
      <w:r>
        <w:rPr>
          <w:b/>
          <w:bCs/>
        </w:rPr>
        <w:t xml:space="preserve">, watching them.</w:t>
      </w:r>
      <w:r>
        <w:br/>
      </w:r>
      <w:r>
        <w:t xml:space="preserve">    (a) cheerful</w:t>
      </w:r>
      <w:r>
        <w:br/>
      </w:r>
      <w:r>
        <w:t xml:space="preserve">    (b) excited</w:t>
      </w:r>
      <w:r>
        <w:br/>
      </w:r>
      <w:r>
        <w:t xml:space="preserve">    (c) distressed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it was clear to me — and my parents later confessed that it had been obvious to them, too — what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aptitude</w:t>
      </w:r>
      <w:r>
        <w:rPr>
          <w:b/>
          <w:bCs/>
        </w:rPr>
        <w:t xml:space="preserve"> </w:t>
      </w:r>
      <w:r>
        <w:rPr>
          <w:b/>
          <w:bCs/>
        </w:rPr>
        <w:t xml:space="preserve">was.</w:t>
      </w:r>
      <w:r>
        <w:br/>
      </w:r>
      <w:r>
        <w:t xml:space="preserve">    (a) strongest interest</w:t>
      </w:r>
      <w:r>
        <w:br/>
      </w:r>
      <w:r>
        <w:t xml:space="preserve">    (b) natural weakness</w:t>
      </w:r>
      <w:r>
        <w:br/>
      </w:r>
      <w:r>
        <w:t xml:space="preserve">    (c) natural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evening proceeded as all evenings did in the family unit, in the dwelling, in the community: quiet,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reflective</w:t>
      </w:r>
      <w:r>
        <w:rPr>
          <w:b/>
          <w:bCs/>
        </w:rPr>
        <w:t xml:space="preserve">, a time for renewal and preparation for the day to come.</w:t>
      </w:r>
      <w:r>
        <w:br/>
      </w:r>
      <w:r>
        <w:t xml:space="preserve">    (a) bright and shiny</w:t>
      </w:r>
      <w:r>
        <w:br/>
      </w:r>
      <w:r>
        <w:t xml:space="preserve">    (b) influential</w:t>
      </w:r>
      <w:r>
        <w:br/>
      </w:r>
      <w:r>
        <w:t xml:space="preserve">    (c)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each such error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reflected</w:t>
      </w:r>
      <w:r>
        <w:rPr>
          <w:b/>
          <w:bCs/>
        </w:rPr>
        <w:t xml:space="preserve"> </w:t>
      </w:r>
      <w:r>
        <w:rPr>
          <w:b/>
          <w:bCs/>
        </w:rPr>
        <w:t xml:space="preserve">negatively on his parents' guidance and infringed on the community's sense of order and success.</w:t>
      </w:r>
      <w:r>
        <w:br/>
      </w:r>
      <w:r>
        <w:t xml:space="preserve">    (a) influenced opinion</w:t>
      </w:r>
      <w:r>
        <w:br/>
      </w:r>
      <w:r>
        <w:t xml:space="preserve">    (b) darkened</w:t>
      </w:r>
      <w:r>
        <w:br/>
      </w:r>
      <w:r>
        <w:t xml:space="preserve">    (c) thought deeply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minor rule, rather like rudeness, punishable only by gentle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chastisement</w:t>
      </w:r>
      <w:r>
        <w:rPr>
          <w:b/>
          <w:bCs/>
        </w:rPr>
        <w:t xml:space="preserve">.</w:t>
      </w:r>
      <w:r>
        <w:br/>
      </w:r>
      <w:r>
        <w:t xml:space="preserve">    (a) whipping</w:t>
      </w:r>
      <w:r>
        <w:br/>
      </w:r>
      <w:r>
        <w:t xml:space="preserve">    (b) detention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little girl nodded and looked down at herself, at the jacket with its row of large buttons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designated</w:t>
      </w:r>
      <w:r>
        <w:rPr>
          <w:b/>
          <w:bCs/>
        </w:rPr>
        <w:t xml:space="preserve"> </w:t>
      </w:r>
      <w:r>
        <w:rPr>
          <w:b/>
          <w:bCs/>
        </w:rPr>
        <w:t xml:space="preserve">her as a Seven.</w:t>
      </w:r>
      <w:r>
        <w:br/>
      </w:r>
      <w:r>
        <w:t xml:space="preserve">    (a) indicated</w:t>
      </w:r>
      <w:r>
        <w:br/>
      </w:r>
      <w:r>
        <w:t xml:space="preserve">    (b) disgraced</w:t>
      </w:r>
      <w:r>
        <w:br/>
      </w:r>
      <w:r>
        <w:t xml:space="preserve">    (c) honored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"For example," she said, smiling, "we did not consider for an instant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designating</w:t>
      </w:r>
      <w:r>
        <w:rPr>
          <w:b/>
          <w:bCs/>
        </w:rPr>
        <w:t xml:space="preserve"> </w:t>
      </w:r>
      <w:r>
        <w:rPr>
          <w:b/>
          <w:bCs/>
        </w:rPr>
        <w:t xml:space="preserve">Asher an Instructor of Threes." ... The Instructors of Threes were in charge of the acquisition of correct language.</w:t>
      </w:r>
      <w:r>
        <w:br/>
      </w:r>
      <w:r>
        <w:t xml:space="preserve">    (a) training</w:t>
      </w:r>
      <w:r>
        <w:br/>
      </w:r>
      <w:r>
        <w:t xml:space="preserve">    (b) finding</w:t>
      </w:r>
      <w:r>
        <w:br/>
      </w:r>
      <w:r>
        <w:t xml:space="preserve">    (c) assigning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transgressions</w:t>
      </w:r>
      <w:r>
        <w:rPr>
          <w:b/>
          <w:bCs/>
        </w:rPr>
        <w:t xml:space="preserve"> </w:t>
      </w:r>
      <w:r>
        <w:rPr>
          <w:b/>
          <w:bCs/>
        </w:rPr>
        <w:t xml:space="preserve">were small ones, always: shoes on the wrong feet, schoolwork misplaced, failure to study adequately for a quiz.</w:t>
      </w:r>
      <w:r>
        <w:br/>
      </w:r>
      <w:r>
        <w:t xml:space="preserve">    (a) mistakes</w:t>
      </w:r>
      <w:r>
        <w:br/>
      </w:r>
      <w:r>
        <w:t xml:space="preserve">    (b) breaking of rules</w:t>
      </w:r>
      <w:r>
        <w:br/>
      </w:r>
      <w:r>
        <w:t xml:space="preserve">    (c) secret pleasures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of the factors — disposition, energy level, intelligence, and interests —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and to interact perfectly.</w:t>
      </w:r>
      <w:r>
        <w:br/>
      </w:r>
      <w:r>
        <w:t xml:space="preserve">    (a) be the same</w:t>
      </w:r>
      <w:r>
        <w:br/>
      </w:r>
      <w:r>
        <w:t xml:space="preserve">    (b) write messages</w:t>
      </w:r>
      <w:r>
        <w:br/>
      </w:r>
      <w:r>
        <w:t xml:space="preserve">    (c) fit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Jonas's mother, for example, had higher intelligence than his father; but his father had a calmer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.</w:t>
      </w:r>
      <w:r>
        <w:br/>
      </w:r>
      <w:r>
        <w:t xml:space="preserve">    (a) ability</w:t>
      </w:r>
      <w:r>
        <w:br/>
      </w:r>
      <w:r>
        <w:t xml:space="preserve">    (b) normal mood</w:t>
      </w:r>
      <w:r>
        <w:br/>
      </w:r>
      <w:r>
        <w:t xml:space="preserve">    (c) job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...for 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lapse</w:t>
      </w:r>
      <w:r>
        <w:rPr>
          <w:b/>
          <w:bCs/>
        </w:rPr>
        <w:t xml:space="preserve"> </w:t>
      </w:r>
      <w:r>
        <w:rPr>
          <w:b/>
          <w:bCs/>
        </w:rPr>
        <w:t xml:space="preserve">the discipline wand came again, escalating to a series of painful lashes that left marks on Asher's legs.</w:t>
      </w:r>
      <w:r>
        <w:br/>
      </w:r>
      <w:r>
        <w:t xml:space="preserve">    (a) lap run around a track</w:t>
      </w:r>
      <w:r>
        <w:br/>
      </w:r>
      <w:r>
        <w:t xml:space="preserve">    (b) instance of not doing the right thing</w:t>
      </w:r>
      <w:r>
        <w:br/>
      </w:r>
      <w:r>
        <w:t xml:space="preserve">    (c) thoughtless or insulting remark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must be a unanimous choice of the Committee. They can have no doubts, however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. If, during the process, an Elder reports a dream of uncertainty, that dream has the power to set a candidate aside instantly.</w:t>
      </w:r>
      <w:r>
        <w:br/>
      </w:r>
      <w:r>
        <w:t xml:space="preserve">    (a) surprising</w:t>
      </w:r>
      <w:r>
        <w:br/>
      </w:r>
      <w:r>
        <w:t xml:space="preserve">    (b) short-lived</w:t>
      </w:r>
      <w:r>
        <w:br/>
      </w:r>
      <w:r>
        <w:t xml:space="preserve">    (c) unreasonable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fourth essential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</w:t>
      </w:r>
      <w:r>
        <w:rPr>
          <w:b/>
          <w:bCs/>
        </w:rPr>
        <w:t xml:space="preserve">," the Chief Elder said, "is wisdom."</w:t>
      </w:r>
      <w:r>
        <w:br/>
      </w:r>
      <w:r>
        <w:t xml:space="preserve">    (a) understanding</w:t>
      </w:r>
      <w:r>
        <w:br/>
      </w:r>
      <w:r>
        <w:t xml:space="preserve">    (b) strength</w:t>
      </w:r>
      <w:r>
        <w:br/>
      </w:r>
      <w:r>
        <w:t xml:space="preserve">    (c) characteristic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wisdom will come through his training.</w:t>
      </w:r>
      <w:r>
        <w:br/>
      </w:r>
      <w:r>
        <w:t xml:space="preserve">    (a) advantages</w:t>
      </w:r>
      <w:r>
        <w:br/>
      </w:r>
      <w:r>
        <w:t xml:space="preserve">    (b) power</w:t>
      </w:r>
      <w:r>
        <w:br/>
      </w:r>
      <w:r>
        <w:t xml:space="preserve">    (c) possession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Almost instantly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excruciating</w:t>
      </w:r>
      <w:r>
        <w:rPr>
          <w:b/>
          <w:bCs/>
        </w:rPr>
        <w:t xml:space="preserve"> </w:t>
      </w:r>
      <w:r>
        <w:rPr>
          <w:b/>
          <w:bCs/>
        </w:rPr>
        <w:t xml:space="preserve">pain in his hand had diminished to the throb which was, now, all he could recall of the experience.</w:t>
      </w:r>
      <w:r>
        <w:br/>
      </w:r>
      <w:r>
        <w:t xml:space="preserve">    (a) extreme</w:t>
      </w:r>
      <w:r>
        <w:br/>
      </w:r>
      <w:r>
        <w:t xml:space="preserve">    (b) short-lived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empowered</w:t>
      </w:r>
      <w:r>
        <w:rPr>
          <w:b/>
          <w:bCs/>
        </w:rPr>
        <w:t xml:space="preserve"> </w:t>
      </w:r>
      <w:r>
        <w:rPr>
          <w:b/>
          <w:bCs/>
        </w:rPr>
        <w:t xml:space="preserve">to ask questions of utmost rudeness — and promised answers — he could, conceivably (though it was almost unimaginable), ask someone, some adult, his father perhaps: "Do you lie?"</w:t>
      </w:r>
      <w:r>
        <w:br/>
      </w:r>
      <w:r>
        <w:t xml:space="preserve">    (a) given authority</w:t>
      </w:r>
      <w:r>
        <w:br/>
      </w:r>
      <w:r>
        <w:t xml:space="preserve">    (b) given a tendency</w:t>
      </w:r>
      <w:r>
        <w:br/>
      </w:r>
      <w:r>
        <w:t xml:space="preserve">    (c) given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Jonas nodded, waved to her, and headed around the building toward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, a small wing attached to the back.</w:t>
      </w:r>
      <w:r>
        <w:br/>
      </w:r>
      <w:r>
        <w:t xml:space="preserve">    (a) an addition that extends a main building</w:t>
      </w:r>
      <w:r>
        <w:br/>
      </w:r>
      <w:r>
        <w:t xml:space="preserve">    (b) an entry room attached to a larger room</w:t>
      </w:r>
      <w:r>
        <w:br/>
      </w:r>
      <w:r>
        <w:t xml:space="preserve">    (c) a large, hidden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job is important and has enormous honor. But that does not mean I am perfect, and when I tried before to train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successor</w:t>
      </w:r>
      <w:r>
        <w:rPr>
          <w:b/>
          <w:bCs/>
        </w:rPr>
        <w:t xml:space="preserve">, I failed.</w:t>
      </w:r>
      <w:r>
        <w:br/>
      </w:r>
      <w:r>
        <w:t xml:space="preserve">    (a) employee</w:t>
      </w:r>
      <w:r>
        <w:br/>
      </w:r>
      <w:r>
        <w:t xml:space="preserve">    (b) student</w:t>
      </w:r>
      <w:r>
        <w:br/>
      </w:r>
      <w:r>
        <w:t xml:space="preserve">    (c) replacement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"Sir," Jonas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, "I would be very interested to hear the story of your life, and to listen to your memories."</w:t>
      </w:r>
      <w:r>
        <w:br/>
      </w:r>
      <w:r>
        <w:t xml:space="preserve">    (a) in a hesitant, unsure manner</w:t>
      </w:r>
      <w:r>
        <w:br/>
      </w:r>
      <w:r>
        <w:t xml:space="preserve">    (b) in a stiffly polite manner</w:t>
      </w:r>
      <w:r>
        <w:br/>
      </w:r>
      <w:r>
        <w:t xml:space="preserve">    (c) in a dry, emotionless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Snow made growing food difficult, limited the agricultural periods. ... It wasn't a practical thing, so it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when we went to Sameness.</w:t>
      </w:r>
      <w:r>
        <w:br/>
      </w:r>
      <w:r>
        <w:t xml:space="preserve">    (a) hard to get</w:t>
      </w:r>
      <w:r>
        <w:br/>
      </w:r>
      <w:r>
        <w:t xml:space="preserve">    (b) more popular</w:t>
      </w:r>
      <w:r>
        <w:br/>
      </w:r>
      <w:r>
        <w:t xml:space="preserve">    (c) no longer in use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2026-07-31T15:19:15Z</dcterms:created>
  <dcterms:modified xsi:type="dcterms:W3CDTF">2026-07-31T15:19:15Z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