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ea858da13ccef17414ba86a7304917dfab457b"/>
    <w:p>
      <w:pPr>
        <w:pStyle w:val="Heading1"/>
      </w:pPr>
      <w:r>
        <w:rPr>
          <w:b/>
          <w:bCs/>
        </w:rPr>
        <w:t xml:space="preserve">The Girl with the Dragon Tattoo</w:t>
      </w:r>
      <w:r>
        <w:br/>
      </w:r>
      <w:r>
        <w:rPr>
          <w:i/>
          <w:iCs/>
        </w:rPr>
        <w:t xml:space="preserve">Stieg Larsson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didn’t call herself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anarchist</w:t>
      </w:r>
      <w:r>
        <w:rPr>
          <w:b/>
          <w:bCs/>
        </w:rPr>
        <w:t xml:space="preserve">, but she refused to follow rules she saw as unfair.</w:t>
      </w:r>
      <w:r>
        <w:br/>
      </w:r>
      <w:r>
        <w:t xml:space="preserve">    (a) someone against authority</w:t>
      </w:r>
      <w:r>
        <w:br/>
      </w:r>
      <w:r>
        <w:t xml:space="preserve">    (b) someone with anxiety</w:t>
      </w:r>
      <w:r>
        <w:br/>
      </w:r>
      <w:r>
        <w:t xml:space="preserve">    (c) someone who gives advice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Until she learned to motivate herself,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apathy</w:t>
      </w:r>
      <w:r>
        <w:rPr>
          <w:b/>
          <w:bCs/>
        </w:rPr>
        <w:t xml:space="preserve"> </w:t>
      </w:r>
      <w:r>
        <w:rPr>
          <w:b/>
          <w:bCs/>
        </w:rPr>
        <w:t xml:space="preserve">led to bad grades.</w:t>
      </w:r>
      <w:r>
        <w:br/>
      </w:r>
      <w:r>
        <w:t xml:space="preserve">    (a) lack of ability</w:t>
      </w:r>
      <w:r>
        <w:br/>
      </w:r>
      <w:r>
        <w:t xml:space="preserve">    (b) lack of interest</w:t>
      </w:r>
      <w:r>
        <w:br/>
      </w:r>
      <w:r>
        <w:t xml:space="preserve">    (c) distraction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story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banal</w:t>
      </w:r>
      <w:r>
        <w:rPr>
          <w:b/>
          <w:bCs/>
        </w:rPr>
        <w:t xml:space="preserve">, but it had beautiful cinematography.</w:t>
      </w:r>
      <w:r>
        <w:br/>
      </w:r>
      <w:r>
        <w:t xml:space="preserve">    (a) complicated</w:t>
      </w:r>
      <w:r>
        <w:br/>
      </w:r>
      <w:r>
        <w:t xml:space="preserve">    (b) uninteresting</w:t>
      </w:r>
      <w:r>
        <w:br/>
      </w:r>
      <w:r>
        <w:t xml:space="preserve">    (c) brutal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Advertisers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boycotted</w:t>
      </w:r>
      <w:r>
        <w:rPr>
          <w:b/>
          <w:bCs/>
        </w:rPr>
        <w:t xml:space="preserve"> </w:t>
      </w:r>
      <w:r>
        <w:rPr>
          <w:b/>
          <w:bCs/>
        </w:rPr>
        <w:t xml:space="preserve">the show because of accusations that the script was racist.</w:t>
      </w:r>
      <w:r>
        <w:br/>
      </w:r>
      <w:r>
        <w:t xml:space="preserve">    (a) refused to buy advertising of</w:t>
      </w:r>
      <w:r>
        <w:br/>
      </w:r>
      <w:r>
        <w:t xml:space="preserve">    (b) paid discount rates</w:t>
      </w:r>
      <w:r>
        <w:br/>
      </w:r>
      <w:r>
        <w:t xml:space="preserve">    (c) investigated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uses Madison in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byline</w:t>
      </w:r>
      <w:r>
        <w:rPr>
          <w:b/>
          <w:bCs/>
        </w:rPr>
        <w:t xml:space="preserve">, but everyone calls her Maddy.</w:t>
      </w:r>
      <w:r>
        <w:br/>
      </w:r>
      <w:r>
        <w:t xml:space="preserve">    (a) pen name</w:t>
      </w:r>
      <w:r>
        <w:br/>
      </w:r>
      <w:r>
        <w:t xml:space="preserve">    (b) business card</w:t>
      </w:r>
      <w:r>
        <w:br/>
      </w:r>
      <w:r>
        <w:t xml:space="preserve">    (c) hometown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veteran team showed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camaraderie</w:t>
      </w:r>
      <w:r>
        <w:rPr>
          <w:b/>
          <w:bCs/>
        </w:rPr>
        <w:t xml:space="preserve"> </w:t>
      </w:r>
      <w:r>
        <w:rPr>
          <w:b/>
          <w:bCs/>
        </w:rPr>
        <w:t xml:space="preserve">in the locker room.</w:t>
      </w:r>
      <w:r>
        <w:br/>
      </w:r>
      <w:r>
        <w:t xml:space="preserve">    (a) close friendship in a group</w:t>
      </w:r>
      <w:r>
        <w:br/>
      </w:r>
      <w:r>
        <w:t xml:space="preserve">    (b) respect for opponents</w:t>
      </w:r>
      <w:r>
        <w:br/>
      </w:r>
      <w:r>
        <w:t xml:space="preserve">    (c) tension between members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suffered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cerebral</w:t>
      </w:r>
      <w:r>
        <w:rPr>
          <w:b/>
          <w:bCs/>
        </w:rPr>
        <w:t xml:space="preserve"> </w:t>
      </w:r>
      <w:r>
        <w:rPr>
          <w:b/>
          <w:bCs/>
        </w:rPr>
        <w:t xml:space="preserve">hemorrhage.</w:t>
      </w:r>
      <w:r>
        <w:br/>
      </w:r>
      <w:r>
        <w:t xml:space="preserve">    (a) related to the stomach</w:t>
      </w:r>
      <w:r>
        <w:br/>
      </w:r>
      <w:r>
        <w:t xml:space="preserve">    (b) related to the brain</w:t>
      </w:r>
      <w:r>
        <w:br/>
      </w:r>
      <w:r>
        <w:t xml:space="preserve">    (c) related to the chest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constraints</w:t>
      </w:r>
      <w:r>
        <w:rPr>
          <w:b/>
          <w:bCs/>
        </w:rPr>
        <w:t xml:space="preserve"> </w:t>
      </w:r>
      <w:r>
        <w:rPr>
          <w:b/>
          <w:bCs/>
        </w:rPr>
        <w:t xml:space="preserve">on her power to spend taxpayer funds.</w:t>
      </w:r>
      <w:r>
        <w:br/>
      </w:r>
      <w:r>
        <w:t xml:space="preserve">    (a) limitations</w:t>
      </w:r>
      <w:r>
        <w:br/>
      </w:r>
      <w:r>
        <w:t xml:space="preserve">    (b) increases</w:t>
      </w:r>
      <w:r>
        <w:br/>
      </w:r>
      <w:r>
        <w:t xml:space="preserve">    (c) flexibility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 clear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discrepancy</w:t>
      </w:r>
      <w:r>
        <w:rPr>
          <w:b/>
          <w:bCs/>
        </w:rPr>
        <w:t xml:space="preserve"> </w:t>
      </w:r>
      <w:r>
        <w:rPr>
          <w:b/>
          <w:bCs/>
        </w:rPr>
        <w:t xml:space="preserve">in the two witnesses' stories.</w:t>
      </w:r>
      <w:r>
        <w:br/>
      </w:r>
      <w:r>
        <w:t xml:space="preserve">    (a) a happy ending</w:t>
      </w:r>
      <w:r>
        <w:br/>
      </w:r>
      <w:r>
        <w:t xml:space="preserve">    (b) an inconsistency</w:t>
      </w:r>
      <w:r>
        <w:br/>
      </w:r>
      <w:r>
        <w:t xml:space="preserve">    (c) a strong match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politician’s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equivocal</w:t>
      </w:r>
      <w:r>
        <w:rPr>
          <w:b/>
          <w:bCs/>
        </w:rPr>
        <w:t xml:space="preserve"> </w:t>
      </w:r>
      <w:r>
        <w:rPr>
          <w:b/>
          <w:bCs/>
        </w:rPr>
        <w:t xml:space="preserve">statement could be taken two completely different ways.</w:t>
      </w:r>
      <w:r>
        <w:br/>
      </w:r>
      <w:r>
        <w:t xml:space="preserve">    (a) openly honest</w:t>
      </w:r>
      <w:r>
        <w:br/>
      </w:r>
      <w:r>
        <w:t xml:space="preserve">    (b) firmly decided</w:t>
      </w:r>
      <w:r>
        <w:br/>
      </w:r>
      <w:r>
        <w:t xml:space="preserve">    (c) unclear in meaning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hear what they were saying or see their faces, but by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gesticulations</w:t>
      </w:r>
      <w:r>
        <w:rPr>
          <w:b/>
          <w:bCs/>
        </w:rPr>
        <w:t xml:space="preserve">, I'm sure they were angry at each other.</w:t>
      </w:r>
      <w:r>
        <w:br/>
      </w:r>
      <w:r>
        <w:t xml:space="preserve">    (a) gestures</w:t>
      </w:r>
      <w:r>
        <w:br/>
      </w:r>
      <w:r>
        <w:t xml:space="preserve">    (b) tones of voice</w:t>
      </w:r>
      <w:r>
        <w:br/>
      </w:r>
      <w:r>
        <w:t xml:space="preserve">    (c) facial expressions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 300-page report, but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gist</w:t>
      </w:r>
      <w:r>
        <w:rPr>
          <w:b/>
          <w:bCs/>
        </w:rPr>
        <w:t xml:space="preserve"> </w:t>
      </w:r>
      <w:r>
        <w:rPr>
          <w:b/>
          <w:bCs/>
        </w:rPr>
        <w:t xml:space="preserve">of it is that the plan won't work.</w:t>
      </w:r>
      <w:r>
        <w:br/>
      </w:r>
      <w:r>
        <w:t xml:space="preserve">    (a) problem</w:t>
      </w:r>
      <w:r>
        <w:br/>
      </w:r>
      <w:r>
        <w:t xml:space="preserve">    (b) concern</w:t>
      </w:r>
      <w:r>
        <w:br/>
      </w:r>
      <w:r>
        <w:t xml:space="preserve">    (c) main point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restaurant received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mediocre</w:t>
      </w:r>
      <w:r>
        <w:rPr>
          <w:b/>
          <w:bCs/>
        </w:rPr>
        <w:t xml:space="preserve"> </w:t>
      </w:r>
      <w:r>
        <w:rPr>
          <w:b/>
          <w:bCs/>
        </w:rPr>
        <w:t xml:space="preserve">reviews, so we chose another place.</w:t>
      </w:r>
      <w:r>
        <w:br/>
      </w:r>
      <w:r>
        <w:t xml:space="preserve">    (a) clearly terrible</w:t>
      </w:r>
      <w:r>
        <w:br/>
      </w:r>
      <w:r>
        <w:t xml:space="preserve">    (b) only average</w:t>
      </w:r>
      <w:r>
        <w:br/>
      </w:r>
      <w:r>
        <w:t xml:space="preserve">    (c) truly excellent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Years of broken promises taught the team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mistrust</w:t>
      </w:r>
      <w:r>
        <w:rPr>
          <w:b/>
          <w:bCs/>
        </w:rPr>
        <w:t xml:space="preserve"> </w:t>
      </w:r>
      <w:r>
        <w:rPr>
          <w:b/>
          <w:bCs/>
        </w:rPr>
        <w:t xml:space="preserve">anything he said.</w:t>
      </w:r>
      <w:r>
        <w:br/>
      </w:r>
      <w:r>
        <w:t xml:space="preserve">    (a) not question</w:t>
      </w:r>
      <w:r>
        <w:br/>
      </w:r>
      <w:r>
        <w:t xml:space="preserve">    (b) not remember</w:t>
      </w:r>
      <w:r>
        <w:br/>
      </w:r>
      <w:r>
        <w:t xml:space="preserve">    (c) not trust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 the success of the United States, most new democracies choose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parliamentary</w:t>
      </w:r>
      <w:r>
        <w:rPr>
          <w:b/>
          <w:bCs/>
        </w:rPr>
        <w:t xml:space="preserve"> </w:t>
      </w:r>
      <w:r>
        <w:rPr>
          <w:b/>
          <w:bCs/>
        </w:rPr>
        <w:t xml:space="preserve">or hybrid form of government because of the political instability and authoritarianism associated with the many Latin American countries that have chosen a presidential system.</w:t>
      </w:r>
      <w:r>
        <w:br/>
      </w:r>
      <w:r>
        <w:t xml:space="preserve">    (a) government in which the court selects the leader</w:t>
      </w:r>
      <w:r>
        <w:br/>
      </w:r>
      <w:r>
        <w:t xml:space="preserve">    (b) government in which the legislature selects the leader</w:t>
      </w:r>
      <w:r>
        <w:br/>
      </w:r>
      <w:r>
        <w:t xml:space="preserve">    (c) government in which the military selects the leader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value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</w:t>
      </w:r>
      <w:r>
        <w:rPr>
          <w:b/>
          <w:bCs/>
        </w:rPr>
        <w:t xml:space="preserve"> </w:t>
      </w:r>
      <w:r>
        <w:rPr>
          <w:b/>
          <w:bCs/>
        </w:rPr>
        <w:t xml:space="preserve">is needed to calculate any circle's area.</w:t>
      </w:r>
      <w:r>
        <w:br/>
      </w:r>
      <w:r>
        <w:t xml:space="preserve">    (a) a square's diagonal</w:t>
      </w:r>
      <w:r>
        <w:br/>
      </w:r>
      <w:r>
        <w:t xml:space="preserve">    (b) a triangle's height</w:t>
      </w:r>
      <w:r>
        <w:br/>
      </w:r>
      <w:r>
        <w:t xml:space="preserve">    (c) the circle ratio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Howard Hughes became an eccentric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recluse</w:t>
      </w:r>
      <w:r>
        <w:rPr>
          <w:b/>
          <w:bCs/>
        </w:rPr>
        <w:t xml:space="preserve">.</w:t>
      </w:r>
      <w:r>
        <w:br/>
      </w:r>
      <w:r>
        <w:t xml:space="preserve">    (a) loaner</w:t>
      </w:r>
      <w:r>
        <w:br/>
      </w:r>
      <w:r>
        <w:t xml:space="preserve">    (b) millionaire</w:t>
      </w:r>
      <w:r>
        <w:br/>
      </w:r>
      <w:r>
        <w:t xml:space="preserve">    (c) collector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complaint was not filed before the expiration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statute of limitations</w:t>
      </w:r>
      <w:r>
        <w:rPr>
          <w:b/>
          <w:bCs/>
        </w:rPr>
        <w:t xml:space="preserve">.</w:t>
      </w:r>
      <w:r>
        <w:br/>
      </w:r>
      <w:r>
        <w:t xml:space="preserve">    (a) the idea that the simplest explanation that fits the facts is usually best</w:t>
      </w:r>
      <w:r>
        <w:br/>
      </w:r>
      <w:r>
        <w:t xml:space="preserve">    (b) a systolic reading greater than 129 or a diastolic reading greater than 79</w:t>
      </w:r>
      <w:r>
        <w:br/>
      </w:r>
      <w:r>
        <w:t xml:space="preserve">    (c) a legal time limit after which lawsuits cannot be filed for certain crimes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 bit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taciturn</w:t>
      </w:r>
      <w:r>
        <w:rPr>
          <w:b/>
          <w:bCs/>
        </w:rPr>
        <w:t xml:space="preserve"> </w:t>
      </w:r>
      <w:r>
        <w:rPr>
          <w:b/>
          <w:bCs/>
        </w:rPr>
        <w:t xml:space="preserve">by nature, but before breakfast you'd think she is deaf and mute.</w:t>
      </w:r>
      <w:r>
        <w:br/>
      </w:r>
      <w:r>
        <w:t xml:space="preserve">    (a) outgoing</w:t>
      </w:r>
      <w:r>
        <w:br/>
      </w:r>
      <w:r>
        <w:t xml:space="preserve">    (b) low-energy</w:t>
      </w:r>
      <w:r>
        <w:br/>
      </w:r>
      <w:r>
        <w:t xml:space="preserve">    (c) reserved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Russia presented Ukraine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ultimatum</w:t>
      </w:r>
      <w:r>
        <w:rPr>
          <w:b/>
          <w:bCs/>
        </w:rPr>
        <w:t xml:space="preserve"> </w:t>
      </w:r>
      <w:r>
        <w:rPr>
          <w:b/>
          <w:bCs/>
        </w:rPr>
        <w:t xml:space="preserve">that could not be ignored.</w:t>
      </w:r>
      <w:r>
        <w:br/>
      </w:r>
      <w:r>
        <w:t xml:space="preserve">    (a) an act that violates a rule, promise, or social norm</w:t>
      </w:r>
      <w:r>
        <w:br/>
      </w:r>
      <w:r>
        <w:t xml:space="preserve">    (b) final demand that carried a threat if it is rejected</w:t>
      </w:r>
      <w:r>
        <w:br/>
      </w:r>
      <w:r>
        <w:t xml:space="preserve">    (c) something added to increase attractiveness or interest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2026-07-31T17:18:41Z</dcterms:created>
  <dcterms:modified xsi:type="dcterms:W3CDTF">2026-07-31T17:18:41Z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