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4e483cc14bd0d5a25a6e26c3a0385f2b0d2376"/>
    <w:p>
      <w:pPr>
        <w:pStyle w:val="Heading1"/>
      </w:pPr>
      <w:r>
        <w:rPr>
          <w:b/>
          <w:bCs/>
        </w:rPr>
        <w:t xml:space="preserve">The Girl Who Kicked the Hornet's Nest</w:t>
      </w:r>
      <w:r>
        <w:br/>
      </w:r>
      <w:r>
        <w:rPr>
          <w:i/>
          <w:iCs/>
        </w:rPr>
        <w:t xml:space="preserve">Stieg Larsson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a numbers-tested,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analytical</w:t>
      </w:r>
      <w:r>
        <w:rPr>
          <w:b/>
          <w:bCs/>
        </w:rPr>
        <w:t xml:space="preserve"> </w:t>
      </w:r>
      <w:r>
        <w:rPr>
          <w:b/>
          <w:bCs/>
        </w:rPr>
        <w:t xml:space="preserve">approach to advertising.</w:t>
      </w:r>
      <w:r>
        <w:br/>
      </w:r>
      <w:r>
        <w:t xml:space="preserve">    (a) loud and aggressive</w:t>
      </w:r>
      <w:r>
        <w:br/>
      </w:r>
      <w:r>
        <w:t xml:space="preserve">    (b) logical and systematic</w:t>
      </w:r>
      <w:r>
        <w:br/>
      </w:r>
      <w:r>
        <w:t xml:space="preserve">    (c) creative and artistic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didn’t call herself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anarchist</w:t>
      </w:r>
      <w:r>
        <w:rPr>
          <w:b/>
          <w:bCs/>
        </w:rPr>
        <w:t xml:space="preserve">, but she refused to follow rules she saw as unfair.</w:t>
      </w:r>
      <w:r>
        <w:br/>
      </w:r>
      <w:r>
        <w:t xml:space="preserve">    (a) someone who gives advice</w:t>
      </w:r>
      <w:r>
        <w:br/>
      </w:r>
      <w:r>
        <w:t xml:space="preserve">    (b) someone against authority</w:t>
      </w:r>
      <w:r>
        <w:br/>
      </w:r>
      <w:r>
        <w:t xml:space="preserve">    (c) someone with anxiety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competent</w:t>
      </w:r>
      <w:r>
        <w:rPr>
          <w:b/>
          <w:bCs/>
        </w:rPr>
        <w:t xml:space="preserve"> </w:t>
      </w:r>
      <w:r>
        <w:rPr>
          <w:b/>
          <w:bCs/>
        </w:rPr>
        <w:t xml:space="preserve">on both violin and piano.</w:t>
      </w:r>
      <w:r>
        <w:br/>
      </w:r>
      <w:r>
        <w:t xml:space="preserve">    (a) below average</w:t>
      </w:r>
      <w:r>
        <w:br/>
      </w:r>
      <w:r>
        <w:t xml:space="preserve">    (b) outstanding</w:t>
      </w:r>
      <w:r>
        <w:br/>
      </w:r>
      <w:r>
        <w:t xml:space="preserve">    (c) sufficiently capable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inclined to believe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conspiracy</w:t>
      </w:r>
      <w:r>
        <w:rPr>
          <w:b/>
          <w:bCs/>
        </w:rPr>
        <w:t xml:space="preserve"> </w:t>
      </w:r>
      <w:r>
        <w:rPr>
          <w:b/>
          <w:bCs/>
        </w:rPr>
        <w:t xml:space="preserve">theories.</w:t>
      </w:r>
      <w:r>
        <w:br/>
      </w:r>
      <w:r>
        <w:t xml:space="preserve">    (a) scientific</w:t>
      </w:r>
      <w:r>
        <w:br/>
      </w:r>
      <w:r>
        <w:t xml:space="preserve">    (b) unproven</w:t>
      </w:r>
      <w:r>
        <w:br/>
      </w:r>
      <w:r>
        <w:t xml:space="preserve">    (c) secret plot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bones in a bat's wing exactly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</w:t>
      </w:r>
      <w:r>
        <w:rPr>
          <w:b/>
          <w:bCs/>
        </w:rPr>
        <w:t xml:space="preserve"> </w:t>
      </w:r>
      <w:r>
        <w:rPr>
          <w:b/>
          <w:bCs/>
        </w:rPr>
        <w:t xml:space="preserve">to those in a human forearm.</w:t>
      </w:r>
      <w:r>
        <w:br/>
      </w:r>
      <w:r>
        <w:t xml:space="preserve">    (a) are unrelated</w:t>
      </w:r>
      <w:r>
        <w:br/>
      </w:r>
      <w:r>
        <w:t xml:space="preserve">    (b) are opposite</w:t>
      </w:r>
      <w:r>
        <w:br/>
      </w:r>
      <w:r>
        <w:t xml:space="preserve">    (c) are equivalent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 either of you have copies of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correspondence</w:t>
      </w:r>
      <w:r>
        <w:rPr>
          <w:b/>
          <w:bCs/>
        </w:rPr>
        <w:t xml:space="preserve">?</w:t>
      </w:r>
      <w:r>
        <w:br/>
      </w:r>
      <w:r>
        <w:t xml:space="preserve">    (a) instructions</w:t>
      </w:r>
      <w:r>
        <w:br/>
      </w:r>
      <w:r>
        <w:t xml:space="preserve">    (b) pictures or drawings</w:t>
      </w:r>
      <w:r>
        <w:br/>
      </w:r>
      <w:r>
        <w:t xml:space="preserve">    (c) letters or emails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uses social media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disseminate</w:t>
      </w:r>
      <w:r>
        <w:rPr>
          <w:b/>
          <w:bCs/>
        </w:rPr>
        <w:t xml:space="preserve"> </w:t>
      </w:r>
      <w:r>
        <w:rPr>
          <w:b/>
          <w:bCs/>
        </w:rPr>
        <w:t xml:space="preserve">her research findings to a broader audience.</w:t>
      </w:r>
      <w:r>
        <w:br/>
      </w:r>
      <w:r>
        <w:t xml:space="preserve">    (a) spread widely</w:t>
      </w:r>
      <w:r>
        <w:br/>
      </w:r>
      <w:r>
        <w:t xml:space="preserve">    (b) summarize briefly</w:t>
      </w:r>
      <w:r>
        <w:br/>
      </w:r>
      <w:r>
        <w:t xml:space="preserve">    (c) organize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Which word choice would help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a serious tone.</w:t>
      </w:r>
      <w:r>
        <w:br/>
      </w:r>
      <w:r>
        <w:t xml:space="preserve">    (a) avoid</w:t>
      </w:r>
      <w:r>
        <w:br/>
      </w:r>
      <w:r>
        <w:t xml:space="preserve">    (b) increase</w:t>
      </w:r>
      <w:r>
        <w:br/>
      </w:r>
      <w:r>
        <w:t xml:space="preserve">    (c) create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sixth paragraph (lines 67-68) is primarily concerned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establishing</w:t>
      </w:r>
      <w:r>
        <w:rPr>
          <w:b/>
          <w:bCs/>
        </w:rPr>
        <w:t xml:space="preserve"> </w:t>
      </w:r>
      <w:r>
        <w:rPr>
          <w:b/>
          <w:bCs/>
        </w:rPr>
        <w:t xml:space="preserve">the contrast between men and masculine traits.</w:t>
      </w:r>
      <w:r>
        <w:br/>
      </w:r>
      <w:r>
        <w:t xml:space="preserve">    (a) showing</w:t>
      </w:r>
      <w:r>
        <w:br/>
      </w:r>
      <w:r>
        <w:t xml:space="preserve">    (b) minimizing</w:t>
      </w:r>
      <w:r>
        <w:br/>
      </w:r>
      <w:r>
        <w:t xml:space="preserve">    (c) exaggerating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evaluating</w:t>
      </w:r>
      <w:r>
        <w:rPr>
          <w:b/>
          <w:bCs/>
        </w:rPr>
        <w:t xml:space="preserve"> </w:t>
      </w:r>
      <w:r>
        <w:rPr>
          <w:b/>
          <w:bCs/>
        </w:rPr>
        <w:t xml:space="preserve">job options.</w:t>
      </w:r>
      <w:r>
        <w:br/>
      </w:r>
      <w:r>
        <w:t xml:space="preserve">    (a) avoiding</w:t>
      </w:r>
      <w:r>
        <w:br/>
      </w:r>
      <w:r>
        <w:t xml:space="preserve">    (b) creating</w:t>
      </w:r>
      <w:r>
        <w:br/>
      </w:r>
      <w:r>
        <w:t xml:space="preserve">    (c) considering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Experts proved the painting was a clever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forgery</w:t>
      </w:r>
      <w:r>
        <w:rPr>
          <w:b/>
          <w:bCs/>
        </w:rPr>
        <w:t xml:space="preserve">, not the real masterpiece.</w:t>
      </w:r>
      <w:r>
        <w:br/>
      </w:r>
      <w:r>
        <w:t xml:space="preserve">    (a) original work of art</w:t>
      </w:r>
      <w:r>
        <w:br/>
      </w:r>
      <w:r>
        <w:t xml:space="preserve">    (b) early rough draft</w:t>
      </w:r>
      <w:r>
        <w:br/>
      </w:r>
      <w:r>
        <w:t xml:space="preserve">    (c) fake passed off as real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will stand to his left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his speech into sign language.</w:t>
      </w:r>
      <w:r>
        <w:br/>
      </w:r>
      <w:r>
        <w:t xml:space="preserve">    (a) refute (prove false)</w:t>
      </w:r>
      <w:r>
        <w:br/>
      </w:r>
      <w:r>
        <w:t xml:space="preserve">    (b) elaborate upon</w:t>
      </w:r>
      <w:r>
        <w:br/>
      </w:r>
      <w:r>
        <w:t xml:space="preserve">    (c) translate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will a court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the word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careless</w:t>
      </w:r>
      <w:r>
        <w:rPr>
          <w:b/>
          <w:bCs/>
        </w:rPr>
        <w:t xml:space="preserve"> </w:t>
      </w:r>
      <w:r>
        <w:rPr>
          <w:b/>
          <w:bCs/>
        </w:rPr>
        <w:t xml:space="preserve">if there is a lawsuit?</w:t>
      </w:r>
      <w:r>
        <w:br/>
      </w:r>
      <w:r>
        <w:t xml:space="preserve">    (a) insist on</w:t>
      </w:r>
      <w:r>
        <w:br/>
      </w:r>
      <w:r>
        <w:t xml:space="preserve">    (b) ignore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amount of lead can be harmful to children.</w:t>
      </w:r>
      <w:r>
        <w:br/>
      </w:r>
      <w:r>
        <w:t xml:space="preserve">    (a) tiny</w:t>
      </w:r>
      <w:r>
        <w:br/>
      </w:r>
      <w:r>
        <w:t xml:space="preserve">    (b) 60 seconds</w:t>
      </w:r>
      <w:r>
        <w:br/>
      </w:r>
      <w:r>
        <w:t xml:space="preserve">    (c) large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always review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minutes</w:t>
      </w:r>
      <w:r>
        <w:rPr>
          <w:b/>
          <w:bCs/>
        </w:rPr>
        <w:t xml:space="preserve"> </w:t>
      </w:r>
      <w:r>
        <w:rPr>
          <w:b/>
          <w:bCs/>
        </w:rPr>
        <w:t xml:space="preserve">to make sure there are no errors.</w:t>
      </w:r>
      <w:r>
        <w:br/>
      </w:r>
      <w:r>
        <w:t xml:space="preserve">    (a) plans that detail how something will be done</w:t>
      </w:r>
      <w:r>
        <w:br/>
      </w:r>
      <w:r>
        <w:t xml:space="preserve">    (b) time that has just passed</w:t>
      </w:r>
      <w:r>
        <w:br/>
      </w:r>
      <w:r>
        <w:t xml:space="preserve">    (c) written record of what happened at a meeting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grew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paranoid</w:t>
      </w:r>
      <w:r>
        <w:rPr>
          <w:b/>
          <w:bCs/>
        </w:rPr>
        <w:t xml:space="preserve"> </w:t>
      </w:r>
      <w:r>
        <w:rPr>
          <w:b/>
          <w:bCs/>
        </w:rPr>
        <w:t xml:space="preserve">that his coworkers were secretly plotting against him.</w:t>
      </w:r>
      <w:r>
        <w:br/>
      </w:r>
      <w:r>
        <w:t xml:space="preserve">    (a) overly suspicious of others</w:t>
      </w:r>
      <w:r>
        <w:br/>
      </w:r>
      <w:r>
        <w:t xml:space="preserve">    (b) deeply grateful to friends</w:t>
      </w:r>
      <w:r>
        <w:br/>
      </w:r>
      <w:r>
        <w:t xml:space="preserve">    (c) completely unaware of trouble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Excessive or prolonged use of the drug can cause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paranoid</w:t>
      </w:r>
      <w:r>
        <w:rPr>
          <w:b/>
          <w:bCs/>
        </w:rPr>
        <w:t xml:space="preserve"> </w:t>
      </w:r>
      <w:r>
        <w:rPr>
          <w:b/>
          <w:bCs/>
        </w:rPr>
        <w:t xml:space="preserve">delusions.</w:t>
      </w:r>
      <w:r>
        <w:br/>
      </w:r>
      <w:r>
        <w:t xml:space="preserve">    (a) excessive belief in one's importance</w:t>
      </w:r>
      <w:r>
        <w:br/>
      </w:r>
      <w:r>
        <w:t xml:space="preserve">    (b) excessive need to do repeat actions</w:t>
      </w:r>
      <w:r>
        <w:br/>
      </w:r>
      <w:r>
        <w:t xml:space="preserve">    (c) excessive fear of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couldn't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reciprocate</w:t>
      </w:r>
      <w:r>
        <w:rPr>
          <w:b/>
          <w:bCs/>
        </w:rPr>
        <w:t xml:space="preserve"> </w:t>
      </w:r>
      <w:r>
        <w:rPr>
          <w:b/>
          <w:bCs/>
        </w:rPr>
        <w:t xml:space="preserve">his feelings after he professed his love for her.</w:t>
      </w:r>
      <w:r>
        <w:br/>
      </w:r>
      <w:r>
        <w:t xml:space="preserve">    (a) hear</w:t>
      </w:r>
      <w:r>
        <w:br/>
      </w:r>
      <w:r>
        <w:t xml:space="preserve">    (b) understand</w:t>
      </w:r>
      <w:r>
        <w:br/>
      </w:r>
      <w:r>
        <w:t xml:space="preserve">    (c) return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said that if I 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</w:t>
      </w:r>
      <w:r>
        <w:rPr>
          <w:b/>
          <w:bCs/>
        </w:rPr>
        <w:t xml:space="preserve">, I will be fired.</w:t>
      </w:r>
      <w:r>
        <w:br/>
      </w:r>
      <w:r>
        <w:t xml:space="preserve">    (a) quit</w:t>
      </w:r>
      <w:r>
        <w:br/>
      </w:r>
      <w:r>
        <w:t xml:space="preserve">    (b) renew an agreement</w:t>
      </w:r>
      <w:r>
        <w:br/>
      </w:r>
      <w:r>
        <w:t xml:space="preserve">    (c) do better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to being embarrassed by her younger brother.</w:t>
      </w:r>
      <w:r>
        <w:br/>
      </w:r>
      <w:r>
        <w:t xml:space="preserve">    (a) putting a stop</w:t>
      </w:r>
      <w:r>
        <w:br/>
      </w:r>
      <w:r>
        <w:t xml:space="preserve">    (b) resistant</w:t>
      </w:r>
      <w:r>
        <w:br/>
      </w:r>
      <w:r>
        <w:t xml:space="preserve">    (c) with acceptance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2026-07-31T17:50:21Z</dcterms:created>
  <dcterms:modified xsi:type="dcterms:W3CDTF">2026-07-31T17:50:21Z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