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e76dc1f08403889f058a5fd6ec2f484c8bb85b"/>
    <w:p>
      <w:pPr>
        <w:pStyle w:val="Heading1"/>
      </w:pPr>
      <w:r>
        <w:rPr>
          <w:b/>
          <w:bCs/>
        </w:rPr>
        <w:t xml:space="preserve">The Girl Who Kicked the Hornet's Nest</w:t>
      </w:r>
      <w:r>
        <w:br/>
      </w:r>
      <w:r>
        <w:rPr>
          <w:i/>
          <w:iCs/>
        </w:rPr>
        <w:t xml:space="preserve">Stieg Larsson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analysis of the blood will probably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that Salander was shot and buried here, and I'm beginning to expect that we'll find her fingerprints on the cigarette case.</w:t>
      </w:r>
      <w:r>
        <w:br/>
      </w:r>
      <w:r>
        <w:t xml:space="preserve">    (a) take (power or responsibility)</w:t>
      </w:r>
      <w:r>
        <w:br/>
      </w:r>
      <w:r>
        <w:t xml:space="preserve">    (b) accept as true (without proof)</w:t>
      </w:r>
      <w:r>
        <w:br/>
      </w:r>
      <w:r>
        <w:t xml:space="preserve">    (c) show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 almost shocking feeling when the hand-held suddenly showed that it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a connection.</w:t>
      </w:r>
      <w:r>
        <w:br/>
      </w:r>
      <w:r>
        <w:t xml:space="preserve">    (a) created</w:t>
      </w:r>
      <w:r>
        <w:br/>
      </w:r>
      <w:r>
        <w:t xml:space="preserve">    (b) not having a relationship whereby a change in one thing helps predict a change in another</w:t>
      </w:r>
      <w:r>
        <w:br/>
      </w:r>
      <w:r>
        <w:t xml:space="preserve">    (c) persuaded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to judge whether or not Salander is mentally ill.</w:t>
      </w:r>
      <w:r>
        <w:br/>
      </w:r>
      <w:r>
        <w:t xml:space="preserve">    (a) sensible and careful</w:t>
      </w:r>
      <w:r>
        <w:br/>
      </w:r>
      <w:r>
        <w:t xml:space="preserve">    (b) sufficiently capable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Usually he was cool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, but he knew that at some time in the future he would have to pay her back and erase the shame.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the state or degree of being pessimistic or disagreeable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According to the PG, the 'top secret' classification means that the report may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disseminated</w:t>
      </w:r>
      <w:r>
        <w:rPr>
          <w:b/>
          <w:bCs/>
        </w:rPr>
        <w:t xml:space="preserve"> </w:t>
      </w:r>
      <w:r>
        <w:rPr>
          <w:b/>
          <w:bCs/>
        </w:rPr>
        <w:t xml:space="preserve">or copied.</w:t>
      </w:r>
      <w:r>
        <w:br/>
      </w:r>
      <w:r>
        <w:t xml:space="preserve">    (a) not having begun speaking with someone about something</w:t>
      </w:r>
      <w:r>
        <w:br/>
      </w:r>
      <w:r>
        <w:t xml:space="preserve">    (b) to spread widely -- especially information or opinions</w:t>
      </w:r>
      <w:r>
        <w:br/>
      </w:r>
      <w:r>
        <w:t xml:space="preserve">    (c) entered another's property without right or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of the cases, however, could never be proven, and some senior officers began to wonder whether the Section was run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paranoid</w:t>
      </w:r>
      <w:r>
        <w:rPr>
          <w:b/>
          <w:bCs/>
        </w:rPr>
        <w:t xml:space="preserve"> </w:t>
      </w:r>
      <w:r>
        <w:rPr>
          <w:b/>
          <w:bCs/>
        </w:rPr>
        <w:t xml:space="preserve">conspiracy theorists.</w:t>
      </w:r>
      <w:r>
        <w:br/>
      </w:r>
      <w:r>
        <w:t xml:space="preserve">    (a) with excessive fear</w:t>
      </w:r>
      <w:r>
        <w:br/>
      </w:r>
      <w:r>
        <w:t xml:space="preserve">    (b) the practice or tendency to be critical--especially in a non-helpful manner</w:t>
      </w:r>
      <w:r>
        <w:br/>
      </w:r>
      <w:r>
        <w:t xml:space="preserve">    (c) the quality of using extreme or violent actions to achieve a political goal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also my duty to remind the court that Lisbeth Salander has been diagnosed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paranoid</w:t>
      </w:r>
      <w:r>
        <w:rPr>
          <w:b/>
          <w:bCs/>
        </w:rPr>
        <w:t xml:space="preserve"> </w:t>
      </w:r>
      <w:r>
        <w:rPr>
          <w:b/>
          <w:bCs/>
        </w:rPr>
        <w:t xml:space="preserve">schizophrenic.</w:t>
      </w:r>
      <w:r>
        <w:br/>
      </w:r>
      <w:r>
        <w:t xml:space="preserve">    (a) someone suffering from a psychological disorder characterized by excessive distrust of others</w:t>
      </w:r>
      <w:r>
        <w:br/>
      </w:r>
      <w:r>
        <w:t xml:space="preserve">    (b) bacterial infection typically contracted through a puncture wound with a dirty object</w:t>
      </w:r>
      <w:r>
        <w:br/>
      </w:r>
      <w:r>
        <w:t xml:space="preserve">    (c) the doctrine that knowledge is acquired primarily by reason rather than by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of the cases, however, could never be proven, and some senior officers began to wonder whether the Section was run by paranoid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conspiracy</w:t>
      </w:r>
      <w:r>
        <w:rPr>
          <w:b/>
          <w:bCs/>
        </w:rPr>
        <w:t xml:space="preserve"> </w:t>
      </w:r>
      <w:r>
        <w:rPr>
          <w:b/>
          <w:bCs/>
        </w:rPr>
        <w:t xml:space="preserve">theorists.</w:t>
      </w:r>
      <w:r>
        <w:br/>
      </w:r>
      <w:r>
        <w:t xml:space="preserve">    (a) a secret agreement or plot</w:t>
      </w:r>
      <w:r>
        <w:br/>
      </w:r>
      <w:r>
        <w:t xml:space="preserve">    (b) the best or most important</w:t>
      </w:r>
      <w:r>
        <w:br/>
      </w:r>
      <w:r>
        <w:t xml:space="preserve">    (c) harsh and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Gullberg knew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 traits, the strengths and weaknesses, of all his colleagues, but he had only a vague notion of their family lives.</w:t>
      </w:r>
      <w:r>
        <w:br/>
      </w:r>
      <w:r>
        <w:t xml:space="preserve">    (a) minor</w:t>
      </w:r>
      <w:r>
        <w:br/>
      </w:r>
      <w:r>
        <w:t xml:space="preserve">    (b) exact</w:t>
      </w:r>
      <w:r>
        <w:br/>
      </w:r>
      <w:r>
        <w:t xml:space="preserve">    (c)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got the board to approve two decisions and enter them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.</w:t>
      </w:r>
      <w:r>
        <w:br/>
      </w:r>
      <w:r>
        <w:t xml:space="preserve">    (a) formal notes (from a meeting)</w:t>
      </w:r>
      <w:r>
        <w:br/>
      </w:r>
      <w:r>
        <w:t xml:space="preserve">    (b) things not easily set on fire</w:t>
      </w:r>
      <w:r>
        <w:br/>
      </w:r>
      <w:r>
        <w:t xml:space="preserve">    (c) results or predictable values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Hans von Rottinger had first hired Falun for the Section in 1986 for an operation that involved forcing entry into the home of the leader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 </w:t>
      </w:r>
      <w:r>
        <w:rPr>
          <w:b/>
          <w:bCs/>
        </w:rPr>
        <w:t xml:space="preserve">group.</w:t>
      </w:r>
      <w:r>
        <w:br/>
      </w:r>
      <w:r>
        <w:t xml:space="preserve">    (a) of Norway, Sweden, Denmark and sometimes Finland &amp; Iceland</w:t>
      </w:r>
      <w:r>
        <w:br/>
      </w:r>
      <w:r>
        <w:t xml:space="preserve">    (b) involvement in or the suggestion that someone was involved</w:t>
      </w:r>
      <w:r>
        <w:br/>
      </w:r>
      <w:r>
        <w:t xml:space="preserve">    (c) someone who favors eliminating all government or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had the feeling before and had trained himself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it as an alarm triggered by instinct.</w:t>
      </w:r>
      <w:r>
        <w:br/>
      </w:r>
      <w:r>
        <w:t xml:space="preserve">    (a) excessively examine in an attempt to better understand</w:t>
      </w:r>
      <w:r>
        <w:br/>
      </w:r>
      <w:r>
        <w:t xml:space="preserve">    (b) to understand or explain something in a particular way</w:t>
      </w:r>
      <w:r>
        <w:br/>
      </w:r>
      <w:r>
        <w:t xml:space="preserve">    (c) become less drunk (or get completely past drunkenness)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could sense a cold shadow passing through the room,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interpreted</w:t>
      </w:r>
      <w:r>
        <w:rPr>
          <w:b/>
          <w:bCs/>
        </w:rPr>
        <w:t xml:space="preserve"> </w:t>
      </w:r>
      <w:r>
        <w:rPr>
          <w:b/>
          <w:bCs/>
        </w:rPr>
        <w:t xml:space="preserve">this as a sign that the patient felt fear and shame beneath her imperturbable exterior.</w:t>
      </w:r>
      <w:r>
        <w:br/>
      </w:r>
      <w:r>
        <w:t xml:space="preserve">    (a) questioned</w:t>
      </w:r>
      <w:r>
        <w:br/>
      </w:r>
      <w:r>
        <w:t xml:space="preserve">    (b) subtracted</w:t>
      </w:r>
      <w:r>
        <w:br/>
      </w:r>
      <w:r>
        <w:t xml:space="preserve">    (c)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their love was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reciprocated</w:t>
      </w:r>
      <w:r>
        <w:rPr>
          <w:b/>
          <w:bCs/>
        </w:rPr>
        <w:t xml:space="preserve">, it could quickly turn to violent hatred.</w:t>
      </w:r>
      <w:r>
        <w:br/>
      </w:r>
      <w:r>
        <w:t xml:space="preserve">    (a) said indirectly</w:t>
      </w:r>
      <w:r>
        <w:br/>
      </w:r>
      <w:r>
        <w:t xml:space="preserve">    (b) greatly annoyed</w:t>
      </w:r>
      <w:r>
        <w:br/>
      </w:r>
      <w:r>
        <w:t xml:space="preserve">    (c) given in return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tumult of Zalachenko's murder and Gullberg's attempted suicide, Jonasson had done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evaluation</w:t>
      </w:r>
      <w:r>
        <w:rPr>
          <w:b/>
          <w:bCs/>
        </w:rPr>
        <w:t xml:space="preserve"> </w:t>
      </w:r>
      <w:r>
        <w:rPr>
          <w:b/>
          <w:bCs/>
        </w:rPr>
        <w:t xml:space="preserve">of Salander's condition.</w:t>
      </w:r>
      <w:r>
        <w:br/>
      </w:r>
      <w:r>
        <w:t xml:space="preserve">    (a) the act of finding fault and telling others; or a description of faults</w:t>
      </w:r>
      <w:r>
        <w:br/>
      </w:r>
      <w:r>
        <w:t xml:space="preserve">    (b) the process of thinking carefully and making a judgment about something</w:t>
      </w:r>
      <w:r>
        <w:br/>
      </w:r>
      <w:r>
        <w:t xml:space="preserve">    (c) an international boundary or a wilderness at the edge of a settled area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you're saying that it's an invention,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forgery</w:t>
      </w:r>
      <w:r>
        <w:rPr>
          <w:b/>
          <w:bCs/>
        </w:rPr>
        <w:t xml:space="preserve">?</w:t>
      </w:r>
      <w:r>
        <w:br/>
      </w:r>
      <w:r>
        <w:t xml:space="preserve">    (a) something that is represented as real even though it is a fake; or the making of such a fake item</w:t>
      </w:r>
      <w:r>
        <w:br/>
      </w:r>
      <w:r>
        <w:t xml:space="preserve">    (b) a compound consisting of large molecules made up of a linked series of repeated smaller molecules</w:t>
      </w:r>
      <w:r>
        <w:br/>
      </w:r>
      <w:r>
        <w:t xml:space="preserve">    (c) any of the Scandinavian people who raided the coasts of Europe from the 8th to the 11th centuries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why did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police force?</w:t>
      </w:r>
      <w:r>
        <w:br/>
      </w:r>
      <w:r>
        <w:t xml:space="preserve">    (a) quit</w:t>
      </w:r>
      <w:r>
        <w:br/>
      </w:r>
      <w:r>
        <w:t xml:space="preserve">    (b) rule</w:t>
      </w:r>
      <w:r>
        <w:br/>
      </w:r>
      <w:r>
        <w:t xml:space="preserve">    (c) draw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evident to everyone that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his fate.</w:t>
      </w:r>
      <w:r>
        <w:br/>
      </w:r>
      <w:r>
        <w:t xml:space="preserve">    (a) to be or to become used to (adapted to and with an expectation of)</w:t>
      </w:r>
      <w:r>
        <w:br/>
      </w:r>
      <w:r>
        <w:t xml:space="preserve">    (b) showed something -- such as demonstrated, expressed, or represented</w:t>
      </w:r>
      <w:r>
        <w:br/>
      </w:r>
      <w:r>
        <w:t xml:space="preserve">    (c) had accepted something undesirable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see how even from day one there had been a hostile undertone in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 </w:t>
      </w:r>
      <w:r>
        <w:rPr>
          <w:b/>
          <w:bCs/>
        </w:rPr>
        <w:t xml:space="preserve">with Holm.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communication by written letters or messages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says she thinks everything is connected with a little club inside Säpo, pointing to the existence of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Section.</w:t>
      </w:r>
      <w:r>
        <w:br/>
      </w:r>
      <w:r>
        <w:t xml:space="preserve">    (a) drying out by heat or excessive exposure to sunlight; or making very thirsty</w:t>
      </w:r>
      <w:r>
        <w:br/>
      </w:r>
      <w:r>
        <w:t xml:space="preserve">    (b) connected or fitting together by being equivalent, proportionate, or matched</w:t>
      </w:r>
      <w:r>
        <w:br/>
      </w:r>
      <w:r>
        <w:t xml:space="preserve">    (c) sticking out, attracting more attention than desired, or imposing on others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2026-07-31T17:50:22Z</dcterms:created>
  <dcterms:modified xsi:type="dcterms:W3CDTF">2026-07-31T17:50:22Z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