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3f86d278faf7be8ad8d067639281c446165b88"/>
    <w:p>
      <w:pPr>
        <w:pStyle w:val="Heading1"/>
      </w:pPr>
      <w:r>
        <w:rPr>
          <w:b/>
          <w:bCs/>
        </w:rPr>
        <w:t xml:space="preserve">The Fountainhead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 kindness, compassion,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altruism</w:t>
      </w:r>
      <w:r>
        <w:rPr>
          <w:b/>
          <w:bCs/>
        </w:rPr>
        <w:t xml:space="preserve">.</w:t>
      </w:r>
      <w:r>
        <w:br/>
      </w:r>
      <w:r>
        <w:t xml:space="preserve">    (a) cheerfulness</w:t>
      </w:r>
      <w:r>
        <w:br/>
      </w:r>
      <w:r>
        <w:t xml:space="preserve">    (b) politeness</w:t>
      </w:r>
      <w:r>
        <w:br/>
      </w:r>
      <w:r>
        <w:t xml:space="preserve">    (c) selflessness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on both violin and piano.</w:t>
      </w:r>
      <w:r>
        <w:br/>
      </w:r>
      <w:r>
        <w:t xml:space="preserve">    (a) outstanding</w:t>
      </w:r>
      <w:r>
        <w:br/>
      </w:r>
      <w:r>
        <w:t xml:space="preserve">    (b) below average</w:t>
      </w:r>
      <w:r>
        <w:br/>
      </w:r>
      <w:r>
        <w:t xml:space="preserve">    (c) sufficiently capable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good (at pretending)</w:t>
      </w:r>
      <w:r>
        <w:br/>
      </w:r>
      <w:r>
        <w:t xml:space="preserve">    (b) unreliable</w:t>
      </w:r>
      <w:r>
        <w:br/>
      </w:r>
      <w:r>
        <w:t xml:space="preserve">    (c) deserving no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lot of people get into trouble by signing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contracts</w:t>
      </w:r>
      <w:r>
        <w:rPr>
          <w:b/>
          <w:bCs/>
        </w:rPr>
        <w:t xml:space="preserve"> </w:t>
      </w:r>
      <w:r>
        <w:rPr>
          <w:b/>
          <w:bCs/>
        </w:rPr>
        <w:t xml:space="preserve">they don't understand.</w:t>
      </w:r>
      <w:r>
        <w:br/>
      </w:r>
      <w:r>
        <w:t xml:space="preserve">    (a) written agreements that is enforceable by law</w:t>
      </w:r>
      <w:r>
        <w:br/>
      </w:r>
      <w:r>
        <w:t xml:space="preserve">    (b) written agreements with terms that are not specified</w:t>
      </w:r>
      <w:r>
        <w:br/>
      </w:r>
      <w:r>
        <w:t xml:space="preserve">    (c) written agreement with much small print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cold made the aluminum rod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</w:t>
      </w:r>
      <w:r>
        <w:rPr>
          <w:b/>
          <w:bCs/>
        </w:rPr>
        <w:t xml:space="preserve"> </w:t>
      </w:r>
      <w:r>
        <w:rPr>
          <w:b/>
          <w:bCs/>
        </w:rPr>
        <w:t xml:space="preserve">more than the steel rod.</w:t>
      </w:r>
      <w:r>
        <w:br/>
      </w:r>
      <w:r>
        <w:t xml:space="preserve">    (a) stick</w:t>
      </w:r>
      <w:r>
        <w:br/>
      </w:r>
      <w:r>
        <w:t xml:space="preserve">    (b) shorten</w:t>
      </w:r>
      <w:r>
        <w:br/>
      </w:r>
      <w:r>
        <w:t xml:space="preserve">    (c) stretch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study</w:t>
      </w:r>
      <w:r>
        <w:br/>
      </w:r>
      <w:r>
        <w:t xml:space="preserve">    (b) describe</w:t>
      </w:r>
      <w:r>
        <w:br/>
      </w:r>
      <w:r>
        <w:t xml:space="preserve">    (c) compare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difference</w:t>
      </w:r>
      <w:r>
        <w:br/>
      </w:r>
      <w:r>
        <w:t xml:space="preserve">    (b) notable similarity</w:t>
      </w:r>
      <w:r>
        <w:br/>
      </w:r>
      <w:r>
        <w:t xml:space="preserve">    (c) covering of all styles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unassertive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talent, but 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egotistical</w:t>
      </w:r>
      <w:r>
        <w:rPr>
          <w:b/>
          <w:bCs/>
        </w:rPr>
        <w:t xml:space="preserve">.</w:t>
      </w:r>
      <w:r>
        <w:br/>
      </w:r>
      <w:r>
        <w:t xml:space="preserve">    (a) inexperienced</w:t>
      </w:r>
      <w:r>
        <w:br/>
      </w:r>
      <w:r>
        <w:t xml:space="preserve">    (b) conceited</w:t>
      </w:r>
      <w:r>
        <w:br/>
      </w:r>
      <w:r>
        <w:t xml:space="preserve">    (c) nervous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create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minimizing</w:t>
      </w:r>
      <w:r>
        <w:br/>
      </w:r>
      <w:r>
        <w:t xml:space="preserve">    (b) showing</w:t>
      </w:r>
      <w:r>
        <w:br/>
      </w:r>
      <w:r>
        <w:t xml:space="preserve">    (c) exaggerating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proves</w:t>
      </w:r>
      <w:r>
        <w:br/>
      </w:r>
      <w:r>
        <w:t xml:space="preserve">    (b) disproves</w:t>
      </w:r>
      <w:r>
        <w:br/>
      </w:r>
      <w:r>
        <w:t xml:space="preserve">    (c) makes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assembly directions include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identify each part.</w:t>
      </w:r>
      <w:r>
        <w:br/>
      </w:r>
      <w:r>
        <w:t xml:space="preserve">    (a) coded stickers</w:t>
      </w:r>
      <w:r>
        <w:br/>
      </w:r>
      <w:r>
        <w:t xml:space="preserve">    (b) descriptions</w:t>
      </w:r>
      <w:r>
        <w:br/>
      </w:r>
      <w:r>
        <w:t xml:space="preserve">    (c)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 </w:t>
      </w:r>
      <w:r>
        <w:rPr>
          <w:b/>
          <w:bCs/>
        </w:rPr>
        <w:t xml:space="preserve">waiter rolled his eyes when the customer asked for more water.</w:t>
      </w:r>
      <w:r>
        <w:br/>
      </w:r>
      <w:r>
        <w:t xml:space="preserve">    (a) shyly quiet</w:t>
      </w:r>
      <w:r>
        <w:br/>
      </w:r>
      <w:r>
        <w:t xml:space="preserve">    (b) kindly helpful</w:t>
      </w:r>
      <w:r>
        <w:br/>
      </w:r>
      <w:r>
        <w:t xml:space="preserve">    (c) boldly disrespectful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integrity</w:t>
      </w:r>
      <w:r>
        <w:rPr>
          <w:b/>
          <w:bCs/>
        </w:rPr>
        <w:t xml:space="preserve"> </w:t>
      </w:r>
      <w:r>
        <w:rPr>
          <w:b/>
          <w:bCs/>
        </w:rPr>
        <w:t xml:space="preserve">is doing the right thing when nobody's going to know whether you did it or not.</w:t>
      </w:r>
      <w:r>
        <w:br/>
      </w:r>
      <w:r>
        <w:t xml:space="preserve">    (a) foolishness</w:t>
      </w:r>
      <w:r>
        <w:br/>
      </w:r>
      <w:r>
        <w:t xml:space="preserve">    (b) morality</w:t>
      </w:r>
      <w:r>
        <w:br/>
      </w:r>
      <w:r>
        <w:t xml:space="preserve">    (c) sacrifice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Marxist theory,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proletariat</w:t>
      </w:r>
      <w:r>
        <w:rPr>
          <w:b/>
          <w:bCs/>
        </w:rPr>
        <w:t xml:space="preserve"> </w:t>
      </w:r>
      <w:r>
        <w:rPr>
          <w:b/>
          <w:bCs/>
        </w:rPr>
        <w:t xml:space="preserve">sells its labor for wages.</w:t>
      </w:r>
      <w:r>
        <w:br/>
      </w:r>
      <w:r>
        <w:t xml:space="preserve">    (a) wage-earning workers</w:t>
      </w:r>
      <w:r>
        <w:br/>
      </w:r>
      <w:r>
        <w:t xml:space="preserve">    (b) elected officials</w:t>
      </w:r>
      <w:r>
        <w:br/>
      </w:r>
      <w:r>
        <w:t xml:space="preserve">    (c) wealthy landowners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renew an agreement</w:t>
      </w:r>
      <w:r>
        <w:br/>
      </w:r>
      <w:r>
        <w:t xml:space="preserve">    (b) quit</w:t>
      </w:r>
      <w:r>
        <w:br/>
      </w:r>
      <w:r>
        <w:t xml:space="preserve">    (c) do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resistant</w:t>
      </w:r>
      <w:r>
        <w:br/>
      </w:r>
      <w:r>
        <w:t xml:space="preserve">    (b) putting a stop</w:t>
      </w:r>
      <w:r>
        <w:br/>
      </w:r>
      <w:r>
        <w:t xml:space="preserve">    (c) with acceptance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considered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joke loudly inside the sacred temple.</w:t>
      </w:r>
      <w:r>
        <w:br/>
      </w:r>
      <w:r>
        <w:t xml:space="preserve">    (a) respect for old customs</w:t>
      </w:r>
      <w:r>
        <w:br/>
      </w:r>
      <w:r>
        <w:t xml:space="preserve">    (b) disrespect for the sacred</w:t>
      </w:r>
      <w:r>
        <w:br/>
      </w:r>
      <w:r>
        <w:t xml:space="preserve">    (c) fear of religious rules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2026-07-31T15:05:13Z</dcterms:created>
  <dcterms:modified xsi:type="dcterms:W3CDTF">2026-07-31T15:05:13Z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