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e6efa809c1671895dea7d385a10fddf601f4ca"/>
    <w:p>
      <w:pPr>
        <w:pStyle w:val="Heading1"/>
      </w:pPr>
      <w:r>
        <w:rPr>
          <w:b/>
          <w:bCs/>
        </w:rPr>
        <w:t xml:space="preserve">The Fountainhead</w:t>
      </w:r>
      <w:r>
        <w:br/>
      </w:r>
      <w:r>
        <w:rPr>
          <w:i/>
          <w:iCs/>
        </w:rPr>
        <w:t xml:space="preserve">Ayn Rand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the store reopened after the storm, shoppers ran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amok</w:t>
      </w:r>
      <w:r>
        <w:rPr>
          <w:b/>
          <w:bCs/>
        </w:rPr>
        <w:t xml:space="preserve">, grabbing groceries off the shelves.</w:t>
      </w:r>
      <w:r>
        <w:br/>
      </w:r>
      <w:r>
        <w:t xml:space="preserve">    (a) wildly out of control</w:t>
      </w:r>
      <w:r>
        <w:br/>
      </w:r>
      <w:r>
        <w:t xml:space="preserve">    (b) eager for savings</w:t>
      </w:r>
      <w:r>
        <w:br/>
      </w:r>
      <w:r>
        <w:t xml:space="preserve">    (c) clearly very hungry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kept me waiting an hour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anteroom</w:t>
      </w:r>
      <w:r>
        <w:rPr>
          <w:b/>
          <w:bCs/>
        </w:rPr>
        <w:t xml:space="preserve"> </w:t>
      </w:r>
      <w:r>
        <w:rPr>
          <w:b/>
          <w:bCs/>
        </w:rPr>
        <w:t xml:space="preserve">for my long-scheduled ten-minute appointment.</w:t>
      </w:r>
      <w:r>
        <w:br/>
      </w:r>
      <w:r>
        <w:t xml:space="preserve">    (a) a house or shelter in which someone lives</w:t>
      </w:r>
      <w:r>
        <w:br/>
      </w:r>
      <w:r>
        <w:t xml:space="preserve">    (b) the residence of a religious community</w:t>
      </w:r>
      <w:r>
        <w:br/>
      </w:r>
      <w:r>
        <w:t xml:space="preserve">    (c) a room leading to a larger or more important room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 religions have or have had traces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asceticism</w:t>
      </w:r>
      <w:r>
        <w:rPr>
          <w:b/>
          <w:bCs/>
        </w:rPr>
        <w:t xml:space="preserve"> </w:t>
      </w:r>
      <w:r>
        <w:rPr>
          <w:b/>
          <w:bCs/>
        </w:rPr>
        <w:t xml:space="preserve">in order to achieve a spiritual goal.</w:t>
      </w:r>
      <w:r>
        <w:br/>
      </w:r>
      <w:r>
        <w:t xml:space="preserve">    (a) spiritual mysticism</w:t>
      </w:r>
      <w:r>
        <w:br/>
      </w:r>
      <w:r>
        <w:t xml:space="preserve">    (b) sensual experience</w:t>
      </w:r>
      <w:r>
        <w:br/>
      </w:r>
      <w:r>
        <w:t xml:space="preserve">    (c) self-denial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Loud music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detract</w:t>
      </w:r>
      <w:r>
        <w:rPr>
          <w:b/>
          <w:bCs/>
        </w:rPr>
        <w:t xml:space="preserve"> </w:t>
      </w:r>
      <w:r>
        <w:rPr>
          <w:b/>
          <w:bCs/>
        </w:rPr>
        <w:t xml:space="preserve">from a quiet dinner conversation.</w:t>
      </w:r>
      <w:r>
        <w:br/>
      </w:r>
      <w:r>
        <w:t xml:space="preserve">    (a) enhance or boost</w:t>
      </w:r>
      <w:r>
        <w:br/>
      </w:r>
      <w:r>
        <w:t xml:space="preserve">    (b) lessen or weaken</w:t>
      </w:r>
      <w:r>
        <w:br/>
      </w:r>
      <w:r>
        <w:t xml:space="preserve">    (c) match or echo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reading the article, she dismissed it as pure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drivel</w:t>
      </w:r>
      <w:r>
        <w:rPr>
          <w:b/>
          <w:bCs/>
        </w:rPr>
        <w:t xml:space="preserve"> </w:t>
      </w:r>
      <w:r>
        <w:rPr>
          <w:b/>
          <w:bCs/>
        </w:rPr>
        <w:t xml:space="preserve">with no real evidence.</w:t>
      </w:r>
      <w:r>
        <w:br/>
      </w:r>
      <w:r>
        <w:t xml:space="preserve">    (a) science</w:t>
      </w:r>
      <w:r>
        <w:br/>
      </w:r>
      <w:r>
        <w:t xml:space="preserve">    (b) nonsense</w:t>
      </w:r>
      <w:r>
        <w:br/>
      </w:r>
      <w:r>
        <w:t xml:space="preserve">    (c) opinion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offices are housed in an imposing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edifice</w:t>
      </w:r>
      <w:r>
        <w:rPr>
          <w:b/>
          <w:bCs/>
        </w:rPr>
        <w:t xml:space="preserve">.</w:t>
      </w:r>
      <w:r>
        <w:br/>
      </w:r>
      <w:r>
        <w:t xml:space="preserve">    (a) building</w:t>
      </w:r>
      <w:r>
        <w:br/>
      </w:r>
      <w:r>
        <w:t xml:space="preserve">    (b) color</w:t>
      </w:r>
      <w:r>
        <w:br/>
      </w:r>
      <w:r>
        <w:t xml:space="preserve">    (c) neighborhood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arrested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embezzling</w:t>
      </w:r>
      <w:r>
        <w:rPr>
          <w:b/>
          <w:bCs/>
        </w:rPr>
        <w:t xml:space="preserve"> </w:t>
      </w:r>
      <w:r>
        <w:rPr>
          <w:b/>
          <w:bCs/>
        </w:rPr>
        <w:t xml:space="preserve">company funds after creating fake invoices.</w:t>
      </w:r>
      <w:r>
        <w:br/>
      </w:r>
      <w:r>
        <w:t xml:space="preserve">    (a) canceling or annulling a formal ruling or contract</w:t>
      </w:r>
      <w:r>
        <w:br/>
      </w:r>
      <w:r>
        <w:t xml:space="preserve">    (b) moving out of an interacting position; or stopping</w:t>
      </w:r>
      <w:r>
        <w:br/>
      </w:r>
      <w:r>
        <w:t xml:space="preserve">    (c) stealing an employer’s money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illustrious</w:t>
      </w:r>
      <w:r>
        <w:rPr>
          <w:b/>
          <w:bCs/>
        </w:rPr>
        <w:t xml:space="preserve"> </w:t>
      </w:r>
      <w:r>
        <w:rPr>
          <w:b/>
          <w:bCs/>
        </w:rPr>
        <w:t xml:space="preserve">scientist received another prestigious award for her research.</w:t>
      </w:r>
      <w:r>
        <w:br/>
      </w:r>
      <w:r>
        <w:t xml:space="preserve">    (a) unknown and ordinary</w:t>
      </w:r>
      <w:r>
        <w:br/>
      </w:r>
      <w:r>
        <w:t xml:space="preserve">    (b) famous and admired</w:t>
      </w:r>
      <w:r>
        <w:br/>
      </w:r>
      <w:r>
        <w:t xml:space="preserve">    (c) controversial but rich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Trust between coworkers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intangible</w:t>
      </w:r>
      <w:r>
        <w:rPr>
          <w:b/>
          <w:bCs/>
        </w:rPr>
        <w:t xml:space="preserve"> </w:t>
      </w:r>
      <w:r>
        <w:rPr>
          <w:b/>
          <w:bCs/>
        </w:rPr>
        <w:t xml:space="preserve">quality that takes years to build.</w:t>
      </w:r>
      <w:r>
        <w:br/>
      </w:r>
      <w:r>
        <w:t xml:space="preserve">    (a) easily broken</w:t>
      </w:r>
      <w:r>
        <w:br/>
      </w:r>
      <w:r>
        <w:t xml:space="preserve">    (b) extremely heavy</w:t>
      </w:r>
      <w:r>
        <w:br/>
      </w:r>
      <w:r>
        <w:t xml:space="preserve">    (c) non-material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Curiosity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intrinsic</w:t>
      </w:r>
      <w:r>
        <w:rPr>
          <w:b/>
          <w:bCs/>
        </w:rPr>
        <w:t xml:space="preserve"> </w:t>
      </w:r>
      <w:r>
        <w:rPr>
          <w:b/>
          <w:bCs/>
        </w:rPr>
        <w:t xml:space="preserve">part of learning.</w:t>
      </w:r>
      <w:r>
        <w:br/>
      </w:r>
      <w:r>
        <w:t xml:space="preserve">    (a) built-in</w:t>
      </w:r>
      <w:r>
        <w:br/>
      </w:r>
      <w:r>
        <w:t xml:space="preserve">    (b) easily removed</w:t>
      </w:r>
      <w:r>
        <w:br/>
      </w:r>
      <w:r>
        <w:t xml:space="preserve">    (c) recently added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wouldn't describe myself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materialistic</w:t>
      </w:r>
      <w:r>
        <w:rPr>
          <w:b/>
          <w:bCs/>
        </w:rPr>
        <w:t xml:space="preserve">, but I would like some financial security.</w:t>
      </w:r>
      <w:r>
        <w:br/>
      </w:r>
      <w:r>
        <w:t xml:space="preserve">    (a) too afraid of risk and uncertainty</w:t>
      </w:r>
      <w:r>
        <w:br/>
      </w:r>
      <w:r>
        <w:t xml:space="preserve">    (b) too concerned with wealth and possessions</w:t>
      </w:r>
      <w:r>
        <w:br/>
      </w:r>
      <w:r>
        <w:t xml:space="preserve">    (c) unwilling to spend any money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old phone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obsolete</w:t>
      </w:r>
      <w:r>
        <w:rPr>
          <w:b/>
          <w:bCs/>
        </w:rPr>
        <w:t xml:space="preserve">.</w:t>
      </w:r>
      <w:r>
        <w:br/>
      </w:r>
      <w:r>
        <w:t xml:space="preserve">    (a) broken</w:t>
      </w:r>
      <w:r>
        <w:br/>
      </w:r>
      <w:r>
        <w:t xml:space="preserve">    (b) classic</w:t>
      </w:r>
      <w:r>
        <w:br/>
      </w:r>
      <w:r>
        <w:t xml:space="preserve">    (c) outdated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looked for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omission</w:t>
      </w:r>
      <w:r>
        <w:rPr>
          <w:b/>
          <w:bCs/>
        </w:rPr>
        <w:t xml:space="preserve"> </w:t>
      </w:r>
      <w:r>
        <w:rPr>
          <w:b/>
          <w:bCs/>
        </w:rPr>
        <w:t xml:space="preserve">in the list of planned expenses.</w:t>
      </w:r>
      <w:r>
        <w:br/>
      </w:r>
      <w:r>
        <w:t xml:space="preserve">    (a) people who do not believe in the existence of god</w:t>
      </w:r>
      <w:r>
        <w:br/>
      </w:r>
      <w:r>
        <w:t xml:space="preserve">    (b) missing item</w:t>
      </w:r>
      <w:r>
        <w:br/>
      </w:r>
      <w:r>
        <w:t xml:space="preserve">    (c) an impressive country house (or castle) in France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billionaire's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philanthropy</w:t>
      </w:r>
      <w:r>
        <w:rPr>
          <w:b/>
          <w:bCs/>
        </w:rPr>
        <w:t xml:space="preserve"> </w:t>
      </w:r>
      <w:r>
        <w:rPr>
          <w:b/>
          <w:bCs/>
        </w:rPr>
        <w:t xml:space="preserve">supported hospitals around the world.</w:t>
      </w:r>
      <w:r>
        <w:br/>
      </w:r>
      <w:r>
        <w:t xml:space="preserve">    (a) selfish hoarding</w:t>
      </w:r>
      <w:r>
        <w:br/>
      </w:r>
      <w:r>
        <w:t xml:space="preserve">    (b) charitable giving</w:t>
      </w:r>
      <w:r>
        <w:br/>
      </w:r>
      <w:r>
        <w:t xml:space="preserve">    (c) loud boasting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became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precept</w:t>
      </w:r>
      <w:r>
        <w:rPr>
          <w:b/>
          <w:bCs/>
        </w:rPr>
        <w:t xml:space="preserve"> </w:t>
      </w:r>
      <w:r>
        <w:rPr>
          <w:b/>
          <w:bCs/>
        </w:rPr>
        <w:t xml:space="preserve">of U.S. foreign policy.</w:t>
      </w:r>
      <w:r>
        <w:br/>
      </w:r>
      <w:r>
        <w:t xml:space="preserve">    (a) problem</w:t>
      </w:r>
      <w:r>
        <w:br/>
      </w:r>
      <w:r>
        <w:t xml:space="preserve">    (b) sign</w:t>
      </w:r>
      <w:r>
        <w:br/>
      </w:r>
      <w:r>
        <w:t xml:space="preserve">    (c) rule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Hitler wanted Paris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razed</w:t>
      </w:r>
      <w:r>
        <w:rPr>
          <w:b/>
          <w:bCs/>
        </w:rPr>
        <w:t xml:space="preserve">, but his general ignored the order and surrendered.</w:t>
      </w:r>
      <w:r>
        <w:br/>
      </w:r>
      <w:r>
        <w:t xml:space="preserve">    (a) completely destroyed</w:t>
      </w:r>
      <w:r>
        <w:br/>
      </w:r>
      <w:r>
        <w:t xml:space="preserve">    (b) held at all cost</w:t>
      </w:r>
      <w:r>
        <w:br/>
      </w:r>
      <w:r>
        <w:t xml:space="preserve">    (c) held up as an example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made the bed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sensuous</w:t>
      </w:r>
      <w:r>
        <w:rPr>
          <w:b/>
          <w:bCs/>
        </w:rPr>
        <w:t xml:space="preserve"> </w:t>
      </w:r>
      <w:r>
        <w:rPr>
          <w:b/>
          <w:bCs/>
        </w:rPr>
        <w:t xml:space="preserve">silk sheets.</w:t>
      </w:r>
      <w:r>
        <w:br/>
      </w:r>
      <w:r>
        <w:t xml:space="preserve">    (a) cool to the touch</w:t>
      </w:r>
      <w:r>
        <w:br/>
      </w:r>
      <w:r>
        <w:t xml:space="preserve">    (b) pleasing to touch</w:t>
      </w:r>
      <w:r>
        <w:br/>
      </w:r>
      <w:r>
        <w:t xml:space="preserve">    (c) smooth to the touch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Speaker of the House is second in the line of the U.S. presidential line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succession</w:t>
      </w:r>
      <w:r>
        <w:rPr>
          <w:b/>
          <w:bCs/>
        </w:rPr>
        <w:t xml:space="preserve">.</w:t>
      </w:r>
      <w:r>
        <w:br/>
      </w:r>
      <w:r>
        <w:t xml:space="preserve">    (a) officially telling someone about something; or something that contains the message</w:t>
      </w:r>
      <w:r>
        <w:br/>
      </w:r>
      <w:r>
        <w:t xml:space="preserve">    (b) replacement</w:t>
      </w:r>
      <w:r>
        <w:br/>
      </w:r>
      <w:r>
        <w:t xml:space="preserve">    (c) formula (a mathematical expression that describe a relationship between variables)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liked the idea. The arguments I prepared to support it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important</w:t>
      </w:r>
      <w:r>
        <w:br/>
      </w:r>
      <w:r>
        <w:t xml:space="preserve">    (b) appreciated</w:t>
      </w:r>
      <w:r>
        <w:br/>
      </w:r>
      <w:r>
        <w:t xml:space="preserve">    (c) unnecessary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president decided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veto</w:t>
      </w:r>
      <w:r>
        <w:rPr>
          <w:b/>
          <w:bCs/>
        </w:rPr>
        <w:t xml:space="preserve"> </w:t>
      </w:r>
      <w:r>
        <w:rPr>
          <w:b/>
          <w:bCs/>
        </w:rPr>
        <w:t xml:space="preserve">the bill passed by Congress.</w:t>
      </w:r>
      <w:r>
        <w:br/>
      </w:r>
      <w:r>
        <w:t xml:space="preserve">    (a) openly support</w:t>
      </w:r>
      <w:r>
        <w:br/>
      </w:r>
      <w:r>
        <w:t xml:space="preserve">    (b) officially reject</w:t>
      </w:r>
      <w:r>
        <w:br/>
      </w:r>
      <w:r>
        <w:t xml:space="preserve">    (c) publicly debate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2026-07-31T15:05:13Z</dcterms:created>
  <dcterms:modified xsi:type="dcterms:W3CDTF">2026-07-31T15:05:13Z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