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36d42df522e38c4c9260914ee3fd3b995c62ed"/>
    <w:p>
      <w:pPr>
        <w:pStyle w:val="Heading1"/>
      </w:pPr>
      <w:r>
        <w:rPr>
          <w:b/>
          <w:bCs/>
        </w:rPr>
        <w:t xml:space="preserve">The Fountainhead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not a line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, not a needed plane was missing.</w:t>
      </w:r>
      <w:r>
        <w:br/>
      </w:r>
      <w:r>
        <w:t xml:space="preserve">    (a) more than is needed, desired, or required</w:t>
      </w:r>
      <w:r>
        <w:br/>
      </w:r>
      <w:r>
        <w:t xml:space="preserve">    (b) the quality of being sensible and careful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dark cubbyhole of Cameron's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stood a desk with a telephone and a typewriter.</w:t>
      </w:r>
      <w:r>
        <w:br/>
      </w:r>
      <w:r>
        <w:t xml:space="preserve">    (a) island (that is made of a coral reef)</w:t>
      </w:r>
      <w:r>
        <w:br/>
      </w:r>
      <w:r>
        <w:t xml:space="preserve">    (b) dense, rainy forest with many species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we gaze at the magnificence of an ancient monument and ascribe its achievement to one man, we are guilty of spiritual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embezzlement</w:t>
      </w:r>
      <w:r>
        <w:rPr>
          <w:b/>
          <w:bCs/>
        </w:rPr>
        <w:t xml:space="preserve">.</w:t>
      </w:r>
      <w:r>
        <w:br/>
      </w:r>
      <w:r>
        <w:t xml:space="preserve">    (a) the process of removing from recognition or memory</w:t>
      </w:r>
      <w:r>
        <w:br/>
      </w:r>
      <w:r>
        <w:t xml:space="preserve">    (b) to use a position of trust and management to steal</w:t>
      </w:r>
      <w:r>
        <w:br/>
      </w:r>
      <w:r>
        <w:t xml:space="preserve">    (c) the act of making poor; or the state of being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EARLY IN May, Peter Keating departed for Washington, to supervise the construction of a museum donated to the city by a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philanthropist</w:t>
      </w:r>
      <w:r>
        <w:rPr>
          <w:b/>
          <w:bCs/>
        </w:rPr>
        <w:t xml:space="preserve"> </w:t>
      </w:r>
      <w:r>
        <w:rPr>
          <w:b/>
          <w:bCs/>
        </w:rPr>
        <w:t xml:space="preserve">easing his conscience.</w:t>
      </w:r>
      <w:r>
        <w:br/>
      </w:r>
      <w:r>
        <w:t xml:space="preserve">    (a) someone who helps others -- especially by donating money to worthy causes</w:t>
      </w:r>
      <w:r>
        <w:br/>
      </w:r>
      <w:r>
        <w:t xml:space="preserve">    (b) Hitler's fanatical and oppressive political party in World War II Germany</w:t>
      </w:r>
      <w:r>
        <w:br/>
      </w:r>
      <w:r>
        <w:t xml:space="preserve">    (c) a feeling of anger or unhappiness at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Roark's hand went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razing</w:t>
      </w:r>
      <w:r>
        <w:rPr>
          <w:b/>
          <w:bCs/>
        </w:rPr>
        <w:t xml:space="preserve"> </w:t>
      </w:r>
      <w:r>
        <w:rPr>
          <w:b/>
          <w:bCs/>
        </w:rPr>
        <w:t xml:space="preserve">walls, splitting, rebuilding in furious strokes.</w:t>
      </w:r>
      <w:r>
        <w:br/>
      </w:r>
      <w:r>
        <w:t xml:space="preserve">    (a) taking on or adopting</w:t>
      </w:r>
      <w:r>
        <w:br/>
      </w:r>
      <w:r>
        <w:t xml:space="preserve">    (b) completely destroying</w:t>
      </w:r>
      <w:r>
        <w:br/>
      </w:r>
      <w:r>
        <w:t xml:space="preserve">    (c) suggesting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the knack of making the kindliness of his smile add to,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detract</w:t>
      </w:r>
      <w:r>
        <w:rPr>
          <w:b/>
          <w:bCs/>
        </w:rPr>
        <w:t xml:space="preserve"> </w:t>
      </w:r>
      <w:r>
        <w:rPr>
          <w:b/>
          <w:bCs/>
        </w:rPr>
        <w:t xml:space="preserve">from his solemn appearance of dignity; his long, thin, hooked nose did detract from the kindliness, but it added to the dignity; his stomach, cantilevered over his legs, did detract from the dignity, but it added to the kindliness.</w:t>
      </w:r>
      <w:r>
        <w:br/>
      </w:r>
      <w:r>
        <w:t xml:space="preserve">    (a) the difference between tones of an image</w:t>
      </w:r>
      <w:r>
        <w:br/>
      </w:r>
      <w:r>
        <w:t xml:space="preserve">    (b) hold together (connect or unite) or wrap</w:t>
      </w:r>
      <w:r>
        <w:br/>
      </w:r>
      <w:r>
        <w:t xml:space="preserve">    (c) diminish (reduce the value of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felt nothing but immense uncertainty when his sketches were ready and the delicate perspective of a white marble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 </w:t>
      </w:r>
      <w:r>
        <w:rPr>
          <w:b/>
          <w:bCs/>
        </w:rPr>
        <w:t xml:space="preserve">lay, neatly finished, before him.</w:t>
      </w:r>
      <w:r>
        <w:br/>
      </w:r>
      <w:r>
        <w:t xml:space="preserve">    (a) something that encourages something else to happen; or the process of something being encouraged</w:t>
      </w:r>
      <w:r>
        <w:br/>
      </w:r>
      <w:r>
        <w:t xml:space="preserve">    (b) a colonnade (series of regularly spaced columns) surrounding a building or enclosing a courtyard</w:t>
      </w:r>
      <w:r>
        <w:br/>
      </w:r>
      <w:r>
        <w:t xml:space="preserve">    (c) a building or structure -- especially a large one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conceptual or organizational framework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Undermines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 </w:t>
      </w:r>
      <w:r>
        <w:rPr>
          <w:b/>
          <w:bCs/>
        </w:rPr>
        <w:t xml:space="preserve">feeling of confidence, you know.</w:t>
      </w:r>
      <w:r>
        <w:br/>
      </w:r>
      <w:r>
        <w:t xml:space="preserve">    (a) unable to be physically touched (existing but not material or concrete); or something that is hard to identify</w:t>
      </w:r>
      <w:r>
        <w:br/>
      </w:r>
      <w:r>
        <w:t xml:space="preserve">    (b) someone who abandoned their religion or separated from others with whom they used to share firmly held beliefs</w:t>
      </w:r>
      <w:r>
        <w:br/>
      </w:r>
      <w:r>
        <w:t xml:space="preserve">    (c) an artists performance of another artist's work that expresses the performer's feelings or ideas about the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pressed his hips, his back into the earth under him; the earth resisted, but it gave way; it was a silent victory; he felt a dim,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in the muscles of his legs.</w:t>
      </w:r>
      <w:r>
        <w:br/>
      </w:r>
      <w:r>
        <w:t xml:space="preserve">    (a) most extreme as in final, best, worst, most important, or most fundamental</w:t>
      </w:r>
      <w:r>
        <w:br/>
      </w:r>
      <w:r>
        <w:t xml:space="preserve">    (b) relating to pleasure from the body's senses rather than from the intellect</w:t>
      </w:r>
      <w:r>
        <w:br/>
      </w:r>
      <w:r>
        <w:t xml:space="preserve">    (c) the state or degree of having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fireplace in the drawing room hung a large old painting of what was not but looked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ancestor.</w:t>
      </w:r>
      <w:r>
        <w:br/>
      </w:r>
      <w:r>
        <w:t xml:space="preserve">    (a) the state or degree of being bad or harmful</w:t>
      </w:r>
      <w:r>
        <w:br/>
      </w:r>
      <w:r>
        <w:t xml:space="preserve">    (b) able to be taken up or received into heaven</w:t>
      </w:r>
      <w:r>
        <w:br/>
      </w:r>
      <w:r>
        <w:t xml:space="preserve">    (c) famous and admired; or worthy of admiration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Fill a whole column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drivel</w:t>
      </w:r>
      <w:r>
        <w:rPr>
          <w:b/>
          <w:bCs/>
        </w:rPr>
        <w:t xml:space="preserve">, just to get in that one important line.</w:t>
      </w:r>
      <w:r>
        <w:br/>
      </w:r>
      <w:r>
        <w:t xml:space="preserve">    (a) not recognizable as different</w:t>
      </w:r>
      <w:r>
        <w:br/>
      </w:r>
      <w:r>
        <w:t xml:space="preserve">    (b) not mirroring back (an image)</w:t>
      </w:r>
      <w:r>
        <w:br/>
      </w:r>
      <w:r>
        <w:t xml:space="preserve">    (c) worthless talk or information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she did not want him to stop or glance at her, because she wanted to watch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</w:t>
      </w:r>
      <w:r>
        <w:rPr>
          <w:b/>
          <w:bCs/>
        </w:rPr>
        <w:t xml:space="preserve"> </w:t>
      </w:r>
      <w:r>
        <w:rPr>
          <w:b/>
          <w:bCs/>
        </w:rPr>
        <w:t xml:space="preserve">purity of his person, the absence of all sensuality; to watch that—and to think of what she remembered.</w:t>
      </w:r>
      <w:r>
        <w:br/>
      </w:r>
      <w:r>
        <w:t xml:space="preserve">    (a) a drug that calms or puts to sleep; or describing something as calming</w:t>
      </w:r>
      <w:r>
        <w:br/>
      </w:r>
      <w:r>
        <w:t xml:space="preserve">    (b) characteristic of someone who practices self-denial</w:t>
      </w:r>
      <w:r>
        <w:br/>
      </w:r>
      <w:r>
        <w:t xml:space="preserve">    (c) the reason for doing something; or the level of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thus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</w:t>
      </w:r>
      <w:r>
        <w:rPr>
          <w:b/>
          <w:bCs/>
        </w:rPr>
        <w:t xml:space="preserve"> </w:t>
      </w:r>
      <w:r>
        <w:rPr>
          <w:b/>
          <w:bCs/>
        </w:rPr>
        <w:t xml:space="preserve">significance of our craft lies in the philosophical fact that we deal in nothing.</w:t>
      </w:r>
      <w:r>
        <w:br/>
      </w:r>
      <w:r>
        <w:t xml:space="preserve">    (a) the state or degree of being very large</w:t>
      </w:r>
      <w:r>
        <w:br/>
      </w:r>
      <w:r>
        <w:t xml:space="preserve">    (b) belonging to a thing by its very nature</w:t>
      </w:r>
      <w:r>
        <w:br/>
      </w:r>
      <w:r>
        <w:t xml:space="preserve">    (c) meticulousness (care for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Toohey proved that the Stoddard Temple contradicted every brick, stone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of history.</w:t>
      </w:r>
      <w:r>
        <w:br/>
      </w:r>
      <w:r>
        <w:t xml:space="preserve">    (a) act of hiring again</w:t>
      </w:r>
      <w:r>
        <w:br/>
      </w:r>
      <w:r>
        <w:t xml:space="preserve">    (b) wrong understanding</w:t>
      </w:r>
      <w:r>
        <w:br/>
      </w:r>
      <w:r>
        <w:t xml:space="preserve">    (c) a rule for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merely filling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omissions</w:t>
      </w:r>
      <w:r>
        <w:rPr>
          <w:b/>
          <w:bCs/>
        </w:rPr>
        <w:t xml:space="preserve">.</w:t>
      </w:r>
      <w:r>
        <w:br/>
      </w:r>
      <w:r>
        <w:t xml:space="preserve">    (a) people who try to flatter or please someone in authority in order to gain personal advantage</w:t>
      </w:r>
      <w:r>
        <w:br/>
      </w:r>
      <w:r>
        <w:t xml:space="preserve">    (b) formulas (mathematical expressions--each of which describe a relationship between variables)</w:t>
      </w:r>
      <w:r>
        <w:br/>
      </w:r>
      <w:r>
        <w:t xml:space="preserve">    (c) something left out that should have been included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mistake resulting from neglect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 </w:t>
      </w:r>
      <w:r>
        <w:rPr>
          <w:b/>
          <w:bCs/>
        </w:rPr>
        <w:t xml:space="preserve">of his mistresses was so rapid that it ceased to be gossip.</w:t>
      </w:r>
      <w:r>
        <w:br/>
      </w:r>
      <w:r>
        <w:t xml:space="preserve">    (a) replacement</w:t>
      </w:r>
      <w:r>
        <w:br/>
      </w:r>
      <w:r>
        <w:t xml:space="preserve">    (b) formula (a mathematical expression that describe a relationship between variables)</w:t>
      </w:r>
      <w:r>
        <w:br/>
      </w:r>
      <w:r>
        <w:t xml:space="preserve">    (c) officially telling someone about something; or something that contains the message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veto</w:t>
      </w:r>
      <w:r>
        <w:rPr>
          <w:b/>
          <w:bCs/>
        </w:rPr>
        <w:t xml:space="preserve">, of course.</w:t>
      </w:r>
      <w:r>
        <w:br/>
      </w:r>
      <w:r>
        <w:t xml:space="preserve">    (a) find, search, or research</w:t>
      </w:r>
      <w:r>
        <w:br/>
      </w:r>
      <w:r>
        <w:t xml:space="preserve">    (b) being a boundary or limit</w:t>
      </w:r>
      <w:r>
        <w:br/>
      </w:r>
      <w:r>
        <w:t xml:space="preserve">    (c) block (prevent) an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got so sick of it I thought I'd run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amuck</w:t>
      </w:r>
      <w:r>
        <w:rPr>
          <w:b/>
          <w:bCs/>
        </w:rPr>
        <w:t xml:space="preserve"> </w:t>
      </w:r>
      <w:r>
        <w:rPr>
          <w:b/>
          <w:bCs/>
        </w:rPr>
        <w:t xml:space="preserve">and bash somebody's skull.</w:t>
      </w:r>
      <w:r>
        <w:br/>
      </w:r>
      <w:r>
        <w:t xml:space="preserve">    (a) in a wildly uncontrolled, chaotic, or destructive way</w:t>
      </w:r>
      <w:r>
        <w:br/>
      </w:r>
      <w:r>
        <w:t xml:space="preserve">    (b) a power plant that produces energy by splitting atoms</w:t>
      </w:r>
      <w:r>
        <w:br/>
      </w:r>
      <w:r>
        <w:t xml:space="preserve">    (c) an unsettled state of mind (nervous or uncomfortable)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other hand, dialectic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materialism</w:t>
      </w:r>
      <w:r>
        <w:rPr>
          <w:b/>
          <w:bCs/>
        </w:rPr>
        <w:t xml:space="preserve">...</w:t>
      </w:r>
      <w:r>
        <w:br/>
      </w:r>
      <w:r>
        <w:t xml:space="preserve">    (a) blood poisoning or poisoning of other tissues by microorganisms or their toxins</w:t>
      </w:r>
      <w:r>
        <w:br/>
      </w:r>
      <w:r>
        <w:t xml:space="preserve">    (b) overly concerned with wealth and possessions at the expense of other interests</w:t>
      </w:r>
      <w:r>
        <w:br/>
      </w:r>
      <w:r>
        <w:t xml:space="preserve">    (c) the passage food and drink follow between the back of the mouth and the stomach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crossword puzzle gave the definition of "</w:t>
      </w:r>
      <w:r>
        <w:rPr>
          <w:b/>
          <w:bCs/>
          <w:u w:val="single"/>
        </w:rPr>
        <w:t xml:space="preserve">obsolescent</w:t>
      </w:r>
      <w:r>
        <w:rPr>
          <w:b/>
          <w:bCs/>
        </w:rPr>
        <w:t xml:space="preserve"> </w:t>
      </w:r>
      <w:r>
        <w:rPr>
          <w:b/>
          <w:bCs/>
        </w:rPr>
        <w:t xml:space="preserve">individuals" and the word came out as "capitalists."</w:t>
      </w:r>
      <w:r>
        <w:br/>
      </w:r>
      <w:r>
        <w:t xml:space="preserve">    (a) not finding fault</w:t>
      </w:r>
      <w:r>
        <w:br/>
      </w:r>
      <w:r>
        <w:t xml:space="preserve">    (b) greater than zero</w:t>
      </w:r>
      <w:r>
        <w:br/>
      </w:r>
      <w:r>
        <w:t xml:space="preserve">    (c) becoming outdated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2026-07-31T15:05:14Z</dcterms:created>
  <dcterms:modified xsi:type="dcterms:W3CDTF">2026-07-31T15:05:14Z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