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753d28ad6556d5b36403d8c3530f58348109ef0"/>
    <w:p>
      <w:pPr>
        <w:pStyle w:val="Heading1"/>
      </w:pPr>
      <w:r>
        <w:rPr>
          <w:b/>
          <w:bCs/>
        </w:rPr>
        <w:t xml:space="preserve">The Five People You Meet in Heaven</w:t>
      </w:r>
      <w:r>
        <w:br/>
      </w:r>
      <w:r>
        <w:rPr>
          <w:i/>
          <w:iCs/>
        </w:rPr>
        <w:t xml:space="preserve">Mitch Albom</w:t>
      </w:r>
      <w:r>
        <w:br/>
      </w:r>
      <w:r>
        <w:rPr>
          <w:b/>
          <w:bCs/>
        </w:rPr>
        <w:t xml:space="preserve">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grandfather taught her to play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accordion</w:t>
      </w:r>
      <w:r>
        <w:rPr>
          <w:b/>
          <w:bCs/>
        </w:rPr>
        <w:t xml:space="preserve"> </w:t>
      </w:r>
      <w:r>
        <w:rPr>
          <w:b/>
          <w:bCs/>
        </w:rPr>
        <w:t xml:space="preserve">at age seven.</w:t>
      </w:r>
      <w:r>
        <w:br/>
      </w:r>
      <w:r>
        <w:t xml:space="preserve">    (a) bellows-based instrument</w:t>
      </w:r>
      <w:r>
        <w:br/>
      </w:r>
      <w:r>
        <w:t xml:space="preserve">    (b) brass instrument</w:t>
      </w:r>
      <w:r>
        <w:br/>
      </w:r>
      <w:r>
        <w:t xml:space="preserve">    (c) stringed instrument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are working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acquire</w:t>
      </w:r>
      <w:r>
        <w:rPr>
          <w:b/>
          <w:bCs/>
        </w:rPr>
        <w:t xml:space="preserve"> </w:t>
      </w:r>
      <w:r>
        <w:rPr>
          <w:b/>
          <w:bCs/>
        </w:rPr>
        <w:t xml:space="preserve">nuclear weapons.</w:t>
      </w:r>
      <w:r>
        <w:br/>
      </w:r>
      <w:r>
        <w:t xml:space="preserve">    (a) disguise or hide</w:t>
      </w:r>
      <w:r>
        <w:br/>
      </w:r>
      <w:r>
        <w:t xml:space="preserve">    (b) obtain (get)</w:t>
      </w:r>
      <w:r>
        <w:br/>
      </w:r>
      <w:r>
        <w:t xml:space="preserve">    (c) eliminate (get rid of)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passage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adapted</w:t>
      </w:r>
      <w:r>
        <w:rPr>
          <w:b/>
          <w:bCs/>
        </w:rPr>
        <w:t xml:space="preserve"> </w:t>
      </w:r>
      <w:r>
        <w:rPr>
          <w:b/>
          <w:bCs/>
        </w:rPr>
        <w:t xml:space="preserve">from Ralph Ellison,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Invisible Man</w:t>
      </w:r>
      <w:r>
        <w:rPr>
          <w:b/>
          <w:bCs/>
        </w:rPr>
        <w:t xml:space="preserve"> </w:t>
      </w:r>
      <w:r>
        <w:rPr>
          <w:b/>
          <w:bCs/>
        </w:rPr>
        <w:t xml:space="preserve">©1952.</w:t>
      </w:r>
      <w:r>
        <w:br/>
      </w:r>
      <w:r>
        <w:t xml:space="preserve">    (a) read</w:t>
      </w:r>
      <w:r>
        <w:br/>
      </w:r>
      <w:r>
        <w:t xml:space="preserve">    (b) copied</w:t>
      </w:r>
      <w:r>
        <w:br/>
      </w:r>
      <w:r>
        <w:t xml:space="preserve">    (c) changed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company plans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adopt</w:t>
      </w:r>
      <w:r>
        <w:rPr>
          <w:b/>
          <w:bCs/>
        </w:rPr>
        <w:t xml:space="preserve"> </w:t>
      </w:r>
      <w:r>
        <w:rPr>
          <w:b/>
          <w:bCs/>
        </w:rPr>
        <w:t xml:space="preserve">new safety guidelines next month.</w:t>
      </w:r>
      <w:r>
        <w:br/>
      </w:r>
      <w:r>
        <w:t xml:space="preserve">    (a) take on</w:t>
      </w:r>
      <w:r>
        <w:br/>
      </w:r>
      <w:r>
        <w:t xml:space="preserve">    (b) publish</w:t>
      </w:r>
      <w:r>
        <w:br/>
      </w:r>
      <w:r>
        <w:t xml:space="preserve">    (c) ignore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gets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agitated</w:t>
      </w:r>
      <w:r>
        <w:rPr>
          <w:b/>
          <w:bCs/>
        </w:rPr>
        <w:t xml:space="preserve"> </w:t>
      </w:r>
      <w:r>
        <w:rPr>
          <w:b/>
          <w:bCs/>
        </w:rPr>
        <w:t xml:space="preserve">whenever the topic comes up.</w:t>
      </w:r>
      <w:r>
        <w:br/>
      </w:r>
      <w:r>
        <w:t xml:space="preserve">    (a) gloomy (sad)</w:t>
      </w:r>
      <w:r>
        <w:br/>
      </w:r>
      <w:r>
        <w:t xml:space="preserve">    (b) calm and thoughtful</w:t>
      </w:r>
      <w:r>
        <w:br/>
      </w:r>
      <w:r>
        <w:t xml:space="preserve">    (c) emotionally disturbed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young artist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aspires</w:t>
      </w:r>
      <w:r>
        <w:rPr>
          <w:b/>
          <w:bCs/>
        </w:rPr>
        <w:t xml:space="preserve"> </w:t>
      </w:r>
      <w:r>
        <w:rPr>
          <w:b/>
          <w:bCs/>
        </w:rPr>
        <w:t xml:space="preserve">to create masterpieces that will inspire generations to come.</w:t>
      </w:r>
      <w:r>
        <w:br/>
      </w:r>
      <w:r>
        <w:t xml:space="preserve">    (a) fears</w:t>
      </w:r>
      <w:r>
        <w:br/>
      </w:r>
      <w:r>
        <w:t xml:space="preserve">    (b) hopes</w:t>
      </w:r>
      <w:r>
        <w:br/>
      </w:r>
      <w:r>
        <w:t xml:space="preserve">    (c) delays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surgeon consulted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colleague</w:t>
      </w:r>
      <w:r>
        <w:rPr>
          <w:b/>
          <w:bCs/>
        </w:rPr>
        <w:t xml:space="preserve"> </w:t>
      </w:r>
      <w:r>
        <w:rPr>
          <w:b/>
          <w:bCs/>
        </w:rPr>
        <w:t xml:space="preserve">before the operation.</w:t>
      </w:r>
      <w:r>
        <w:br/>
      </w:r>
      <w:r>
        <w:t xml:space="preserve">    (a) fellow worker</w:t>
      </w:r>
      <w:r>
        <w:br/>
      </w:r>
      <w:r>
        <w:t xml:space="preserve">    (b) former teacher</w:t>
      </w:r>
      <w:r>
        <w:br/>
      </w:r>
      <w:r>
        <w:t xml:space="preserve">    (c) private patient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a soldier, she was prepared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endure</w:t>
      </w:r>
      <w:r>
        <w:rPr>
          <w:b/>
          <w:bCs/>
        </w:rPr>
        <w:t xml:space="preserve"> </w:t>
      </w:r>
      <w:r>
        <w:rPr>
          <w:b/>
          <w:bCs/>
        </w:rPr>
        <w:t xml:space="preserve">hardship and even to sacrifice her life for others.</w:t>
      </w:r>
      <w:r>
        <w:br/>
      </w:r>
      <w:r>
        <w:t xml:space="preserve">    (a) risk</w:t>
      </w:r>
      <w:r>
        <w:br/>
      </w:r>
      <w:r>
        <w:t xml:space="preserve">    (b) cause</w:t>
      </w:r>
      <w:r>
        <w:br/>
      </w:r>
      <w:r>
        <w:t xml:space="preserve">    (c) suffer through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the time, 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engaged</w:t>
      </w:r>
      <w:r>
        <w:rPr>
          <w:b/>
          <w:bCs/>
        </w:rPr>
        <w:t xml:space="preserve"> </w:t>
      </w:r>
      <w:r>
        <w:rPr>
          <w:b/>
          <w:bCs/>
        </w:rPr>
        <w:t xml:space="preserve">in a research project at Stanford.</w:t>
      </w:r>
      <w:r>
        <w:br/>
      </w:r>
      <w:r>
        <w:t xml:space="preserve">    (a) involved</w:t>
      </w:r>
      <w:r>
        <w:br/>
      </w:r>
      <w:r>
        <w:t xml:space="preserve">    (b) a candidate</w:t>
      </w:r>
      <w:r>
        <w:br/>
      </w:r>
      <w:r>
        <w:t xml:space="preserve">    (c) promised to marry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feigned</w:t>
      </w:r>
      <w:r>
        <w:rPr>
          <w:b/>
          <w:bCs/>
        </w:rPr>
        <w:t xml:space="preserve"> </w:t>
      </w:r>
      <w:r>
        <w:rPr>
          <w:b/>
          <w:bCs/>
        </w:rPr>
        <w:t xml:space="preserve">surprise when his coworkers shouted 'Happy Birthday!'</w:t>
      </w:r>
      <w:r>
        <w:br/>
      </w:r>
      <w:r>
        <w:t xml:space="preserve">    (a) shared</w:t>
      </w:r>
      <w:r>
        <w:br/>
      </w:r>
      <w:r>
        <w:t xml:space="preserve">    (b) expected</w:t>
      </w:r>
      <w:r>
        <w:br/>
      </w:r>
      <w:r>
        <w:t xml:space="preserve">    (c) faked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week, I'm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focusing</w:t>
      </w:r>
      <w:r>
        <w:rPr>
          <w:b/>
          <w:bCs/>
        </w:rPr>
        <w:t xml:space="preserve"> </w:t>
      </w:r>
      <w:r>
        <w:rPr>
          <w:b/>
          <w:bCs/>
        </w:rPr>
        <w:t xml:space="preserve">on finishing my research paper.</w:t>
      </w:r>
      <w:r>
        <w:br/>
      </w:r>
      <w:r>
        <w:t xml:space="preserve">    (a) depending</w:t>
      </w:r>
      <w:r>
        <w:br/>
      </w:r>
      <w:r>
        <w:t xml:space="preserve">    (b) concentrating</w:t>
      </w:r>
      <w:r>
        <w:br/>
      </w:r>
      <w:r>
        <w:t xml:space="preserve">    (c) getting help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discussion brought into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</w:t>
      </w:r>
      <w:r>
        <w:rPr>
          <w:b/>
          <w:bCs/>
        </w:rPr>
        <w:t xml:space="preserve"> </w:t>
      </w:r>
      <w:r>
        <w:rPr>
          <w:b/>
          <w:bCs/>
        </w:rPr>
        <w:t xml:space="preserve">an important difference of opinion.</w:t>
      </w:r>
      <w:r>
        <w:br/>
      </w:r>
      <w:r>
        <w:t xml:space="preserve">    (a) view</w:t>
      </w:r>
      <w:r>
        <w:br/>
      </w:r>
      <w:r>
        <w:t xml:space="preserve">    (b) hiding</w:t>
      </w:r>
      <w:r>
        <w:br/>
      </w:r>
      <w:r>
        <w:t xml:space="preserve">    (c) conflict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If you want to leave early, you have to ask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foreman</w:t>
      </w:r>
      <w:r>
        <w:rPr>
          <w:b/>
          <w:bCs/>
        </w:rPr>
        <w:t xml:space="preserve">.</w:t>
      </w:r>
      <w:r>
        <w:br/>
      </w:r>
      <w:r>
        <w:t xml:space="preserve">    (a) supervisor</w:t>
      </w:r>
      <w:r>
        <w:br/>
      </w:r>
      <w:r>
        <w:t xml:space="preserve">    (b) customer</w:t>
      </w:r>
      <w:r>
        <w:br/>
      </w:r>
      <w:r>
        <w:t xml:space="preserve">    (c) owner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are encouraging local authorities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initiate</w:t>
      </w:r>
      <w:r>
        <w:rPr>
          <w:b/>
          <w:bCs/>
        </w:rPr>
        <w:t xml:space="preserve"> </w:t>
      </w:r>
      <w:r>
        <w:rPr>
          <w:b/>
          <w:bCs/>
        </w:rPr>
        <w:t xml:space="preserve">long-term emergency planning.</w:t>
      </w:r>
      <w:r>
        <w:br/>
      </w:r>
      <w:r>
        <w:t xml:space="preserve">    (a) start</w:t>
      </w:r>
      <w:r>
        <w:br/>
      </w:r>
      <w:r>
        <w:t xml:space="preserve">    (b) increase</w:t>
      </w:r>
      <w:r>
        <w:br/>
      </w:r>
      <w:r>
        <w:t xml:space="preserve">    (c) extend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found peace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mundane</w:t>
      </w:r>
      <w:r>
        <w:rPr>
          <w:b/>
          <w:bCs/>
        </w:rPr>
        <w:t xml:space="preserve"> </w:t>
      </w:r>
      <w:r>
        <w:rPr>
          <w:b/>
          <w:bCs/>
        </w:rPr>
        <w:t xml:space="preserve">tasks of cooking, cleaning, and gardening.</w:t>
      </w:r>
      <w:r>
        <w:br/>
      </w:r>
      <w:r>
        <w:t xml:space="preserve">    (a) ancient, historic</w:t>
      </w:r>
      <w:r>
        <w:br/>
      </w:r>
      <w:r>
        <w:t xml:space="preserve">    (b) ordinary, everyday</w:t>
      </w:r>
      <w:r>
        <w:br/>
      </w:r>
      <w:r>
        <w:t xml:space="preserve">    (c) thrilling, exciting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wealthy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patron</w:t>
      </w:r>
      <w:r>
        <w:rPr>
          <w:b/>
          <w:bCs/>
        </w:rPr>
        <w:t xml:space="preserve"> </w:t>
      </w:r>
      <w:r>
        <w:rPr>
          <w:b/>
          <w:bCs/>
        </w:rPr>
        <w:t xml:space="preserve">donated millions to fund young artists in the city.</w:t>
      </w:r>
      <w:r>
        <w:br/>
      </w:r>
      <w:r>
        <w:t xml:space="preserve">    (a) neighbor</w:t>
      </w:r>
      <w:r>
        <w:br/>
      </w:r>
      <w:r>
        <w:t xml:space="preserve">    (b) critic</w:t>
      </w:r>
      <w:r>
        <w:br/>
      </w:r>
      <w:r>
        <w:t xml:space="preserve">    (c) supporter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the renovation, the old house was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pristine</w:t>
      </w:r>
      <w:r>
        <w:rPr>
          <w:b/>
          <w:bCs/>
        </w:rPr>
        <w:t xml:space="preserve"> </w:t>
      </w:r>
      <w:r>
        <w:rPr>
          <w:b/>
          <w:bCs/>
        </w:rPr>
        <w:t xml:space="preserve">condition.</w:t>
      </w:r>
      <w:r>
        <w:br/>
      </w:r>
      <w:r>
        <w:t xml:space="preserve">    (a) spoiled or dirty</w:t>
      </w:r>
      <w:r>
        <w:br/>
      </w:r>
      <w:r>
        <w:t xml:space="preserve">    (b) adequate but not exceptional</w:t>
      </w:r>
      <w:r>
        <w:br/>
      </w:r>
      <w:r>
        <w:t xml:space="preserve">    (c) unspoiled or immaculately clean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 operating to repair the muscle wall through which the hernia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protrudes</w:t>
      </w:r>
      <w:r>
        <w:rPr>
          <w:b/>
          <w:bCs/>
        </w:rPr>
        <w:t xml:space="preserve">.</w:t>
      </w:r>
      <w:r>
        <w:br/>
      </w:r>
      <w:r>
        <w:t xml:space="preserve">    (a) sticks out</w:t>
      </w:r>
      <w:r>
        <w:br/>
      </w:r>
      <w:r>
        <w:t xml:space="preserve">    (b) heals over</w:t>
      </w:r>
      <w:r>
        <w:br/>
      </w:r>
      <w:r>
        <w:t xml:space="preserve">    (c) shrinks back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tried to stay calm but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seethed</w:t>
      </w:r>
      <w:r>
        <w:rPr>
          <w:b/>
          <w:bCs/>
        </w:rPr>
        <w:t xml:space="preserve"> </w:t>
      </w:r>
      <w:r>
        <w:rPr>
          <w:b/>
          <w:bCs/>
        </w:rPr>
        <w:t xml:space="preserve">inside over the unfair insult.</w:t>
      </w:r>
      <w:r>
        <w:br/>
      </w:r>
      <w:r>
        <w:t xml:space="preserve">    (a) shrugged it off</w:t>
      </w:r>
      <w:r>
        <w:br/>
      </w:r>
      <w:r>
        <w:t xml:space="preserve">    (b) laughed it off</w:t>
      </w:r>
      <w:r>
        <w:br/>
      </w:r>
      <w:r>
        <w:t xml:space="preserve">    (c) boiled inwardly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the disease progressed, her once strong muscles began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wither</w:t>
      </w:r>
      <w:r>
        <w:rPr>
          <w:b/>
          <w:bCs/>
        </w:rPr>
        <w:t xml:space="preserve"> </w:t>
      </w:r>
      <w:r>
        <w:rPr>
          <w:b/>
          <w:bCs/>
        </w:rPr>
        <w:t xml:space="preserve">and she struggled to even lift a glass of water.</w:t>
      </w:r>
      <w:r>
        <w:br/>
      </w:r>
      <w:r>
        <w:t xml:space="preserve">    (a) lose feeling</w:t>
      </w:r>
      <w:r>
        <w:br/>
      </w:r>
      <w:r>
        <w:t xml:space="preserve">    (b) weaken</w:t>
      </w:r>
      <w:r>
        <w:br/>
      </w:r>
      <w:r>
        <w:t xml:space="preserve">    (c) hurt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2026-07-31T16:03:17Z</dcterms:created>
  <dcterms:modified xsi:type="dcterms:W3CDTF">2026-07-31T16:03:17Z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