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c5d2d6a6d788e8d792f53c343764a043996d64b"/>
    <w:p>
      <w:pPr>
        <w:pStyle w:val="Heading1"/>
      </w:pPr>
      <w:r>
        <w:rPr>
          <w:b/>
          <w:bCs/>
        </w:rPr>
        <w:t xml:space="preserve">The Five People You Meet in Heaven</w:t>
      </w:r>
      <w:r>
        <w:br/>
      </w:r>
      <w:r>
        <w:rPr>
          <w:i/>
          <w:iCs/>
        </w:rPr>
        <w:t xml:space="preserve">Mitch Albom</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It had elephants and fireworks and</w:t>
      </w:r>
      <w:r>
        <w:rPr>
          <w:b/>
          <w:bCs/>
        </w:rPr>
        <w:t xml:space="preserve"> </w:t>
      </w:r>
      <w:r>
        <w:rPr>
          <w:b/>
          <w:bCs/>
          <w:u w:val="single"/>
        </w:rPr>
        <w:t xml:space="preserve">marathon</w:t>
      </w:r>
      <w:r>
        <w:rPr>
          <w:b/>
          <w:bCs/>
        </w:rPr>
        <w:t xml:space="preserve"> </w:t>
      </w:r>
      <w:r>
        <w:rPr>
          <w:b/>
          <w:bCs/>
        </w:rPr>
        <w:t xml:space="preserve">dance contests.</w:t>
      </w:r>
      <w:r>
        <w:br/>
      </w:r>
      <w:r>
        <w:t xml:space="preserve">    (a) a footrace of about 26 miles</w:t>
      </w:r>
      <w:r>
        <w:br/>
      </w:r>
      <w:r>
        <w:t xml:space="preserve">    (b) small quantity or indication</w:t>
      </w:r>
      <w:r>
        <w:br/>
      </w:r>
      <w:r>
        <w:t xml:space="preserve">    (c) reason (for doing something)</w:t>
      </w:r>
    </w:p>
    <w:p>
      <w:pPr>
        <w:pStyle w:val="Compact"/>
        <w:numPr>
          <w:ilvl w:val="0"/>
          <w:numId w:val="1001"/>
        </w:numPr>
      </w:pPr>
      <w:r>
        <w:rPr>
          <w:b/>
          <w:bCs/>
        </w:rPr>
        <w:t xml:space="preserve">He sees her deep red lipstick and her plump, soft cheeks and the wave of her</w:t>
      </w:r>
      <w:r>
        <w:rPr>
          <w:b/>
          <w:bCs/>
        </w:rPr>
        <w:t xml:space="preserve"> </w:t>
      </w:r>
      <w:r>
        <w:rPr>
          <w:b/>
          <w:bCs/>
          <w:u w:val="single"/>
        </w:rPr>
        <w:t xml:space="preserve">auburn</w:t>
      </w:r>
      <w:r>
        <w:rPr>
          <w:b/>
          <w:bCs/>
        </w:rPr>
        <w:t xml:space="preserve"> </w:t>
      </w:r>
      <w:r>
        <w:rPr>
          <w:b/>
          <w:bCs/>
        </w:rPr>
        <w:t xml:space="preserve">hair.</w:t>
      </w:r>
      <w:r>
        <w:br/>
      </w:r>
      <w:r>
        <w:t xml:space="preserve">    (a) reddish-brown</w:t>
      </w:r>
      <w:r>
        <w:br/>
      </w:r>
      <w:r>
        <w:t xml:space="preserve">    (b) painted white</w:t>
      </w:r>
      <w:r>
        <w:br/>
      </w:r>
      <w:r>
        <w:t xml:space="preserve">    (c) challengeable</w:t>
      </w:r>
    </w:p>
    <w:p>
      <w:pPr>
        <w:pStyle w:val="Compact"/>
        <w:numPr>
          <w:ilvl w:val="0"/>
          <w:numId w:val="1001"/>
        </w:numPr>
      </w:pPr>
      <w:r>
        <w:rPr>
          <w:b/>
          <w:bCs/>
        </w:rPr>
        <w:t xml:space="preserve">The teacup he had awoken in was part of a primitive attraction called Spin-O-</w:t>
      </w:r>
      <w:r>
        <w:rPr>
          <w:b/>
          <w:bCs/>
          <w:u w:val="single"/>
        </w:rPr>
        <w:t xml:space="preserve">Rama</w:t>
      </w:r>
      <w:r>
        <w:rPr>
          <w:b/>
          <w:bCs/>
        </w:rPr>
        <w:t xml:space="preserve">.</w:t>
      </w:r>
      <w:r>
        <w:br/>
      </w:r>
      <w:r>
        <w:t xml:space="preserve">    (a) people of the Turkish Empire (13th century until after World War I)</w:t>
      </w:r>
      <w:r>
        <w:br/>
      </w:r>
      <w:r>
        <w:t xml:space="preserve">    (b) René Descartes -- French philosopher and mathematician (1596-1650)</w:t>
      </w:r>
      <w:r>
        <w:br/>
      </w:r>
      <w:r>
        <w:t xml:space="preserve">    (c) Hindu Religion:  avatar of Vishnu whose name is synonymous with God</w:t>
      </w:r>
    </w:p>
    <w:p>
      <w:pPr>
        <w:pStyle w:val="Compact"/>
        <w:numPr>
          <w:ilvl w:val="0"/>
          <w:numId w:val="1001"/>
        </w:numPr>
      </w:pPr>
      <w:r>
        <w:rPr>
          <w:b/>
          <w:bCs/>
        </w:rPr>
        <w:t xml:space="preserve">Over there was the Loop-the-Loop ride-which had been torn down decades ago-and over there the bathhouses and the saltwater swimming pools that had been</w:t>
      </w:r>
      <w:r>
        <w:rPr>
          <w:b/>
          <w:bCs/>
        </w:rPr>
        <w:t xml:space="preserve"> </w:t>
      </w:r>
      <w:r>
        <w:rPr>
          <w:b/>
          <w:bCs/>
          <w:u w:val="single"/>
        </w:rPr>
        <w:t xml:space="preserve">razed</w:t>
      </w:r>
      <w:r>
        <w:rPr>
          <w:b/>
          <w:bCs/>
        </w:rPr>
        <w:t xml:space="preserve"> </w:t>
      </w:r>
      <w:r>
        <w:rPr>
          <w:b/>
          <w:bCs/>
        </w:rPr>
        <w:t xml:space="preserve">in the 1950s.</w:t>
      </w:r>
      <w:r>
        <w:br/>
      </w:r>
      <w:r>
        <w:t xml:space="preserve">    (a) began fighting again</w:t>
      </w:r>
      <w:r>
        <w:br/>
      </w:r>
      <w:r>
        <w:t xml:space="preserve">    (b) completely destroyed</w:t>
      </w:r>
      <w:r>
        <w:br/>
      </w:r>
      <w:r>
        <w:t xml:space="preserve">    (c) took on as one's own</w:t>
      </w:r>
    </w:p>
    <w:p>
      <w:pPr>
        <w:pStyle w:val="Compact"/>
        <w:numPr>
          <w:ilvl w:val="0"/>
          <w:numId w:val="1001"/>
        </w:numPr>
      </w:pPr>
      <w:r>
        <w:rPr>
          <w:b/>
          <w:bCs/>
        </w:rPr>
        <w:t xml:space="preserve">So</w:t>
      </w:r>
      <w:r>
        <w:rPr>
          <w:b/>
          <w:bCs/>
        </w:rPr>
        <w:t xml:space="preserve"> </w:t>
      </w:r>
      <w:r>
        <w:rPr>
          <w:b/>
          <w:bCs/>
          <w:u w:val="single"/>
        </w:rPr>
        <w:t xml:space="preserve">limber</w:t>
      </w:r>
      <w:r>
        <w:rPr>
          <w:b/>
          <w:bCs/>
        </w:rPr>
        <w:t xml:space="preserve">, in fact, he could touch behind his ankles, and raise a leg to his belly.</w:t>
      </w:r>
      <w:r>
        <w:br/>
      </w:r>
      <w:r>
        <w:t xml:space="preserve">    (a) flexible (capable of moving, bending, and stretching easily)</w:t>
      </w:r>
      <w:r>
        <w:br/>
      </w:r>
      <w:r>
        <w:t xml:space="preserve">    (b) make possible</w:t>
      </w:r>
      <w:r>
        <w:br/>
      </w:r>
      <w:r>
        <w:t xml:space="preserve">    (c) stop fighting</w:t>
      </w:r>
    </w:p>
    <w:p>
      <w:pPr>
        <w:pStyle w:val="Compact"/>
        <w:numPr>
          <w:ilvl w:val="0"/>
          <w:numId w:val="1001"/>
        </w:numPr>
      </w:pPr>
      <w:r>
        <w:rPr>
          <w:b/>
          <w:bCs/>
        </w:rPr>
        <w:t xml:space="preserve">Eddie was standing by an empty ticket</w:t>
      </w:r>
      <w:r>
        <w:rPr>
          <w:b/>
          <w:bCs/>
        </w:rPr>
        <w:t xml:space="preserve"> </w:t>
      </w:r>
      <w:r>
        <w:rPr>
          <w:b/>
          <w:bCs/>
          <w:u w:val="single"/>
        </w:rPr>
        <w:t xml:space="preserve">kiosk</w:t>
      </w:r>
      <w:r>
        <w:rPr>
          <w:b/>
          <w:bCs/>
        </w:rPr>
        <w:t xml:space="preserve"> </w:t>
      </w:r>
      <w:r>
        <w:rPr>
          <w:b/>
          <w:bCs/>
        </w:rPr>
        <w:t xml:space="preserve">in front of a large theater.</w:t>
      </w:r>
      <w:r>
        <w:br/>
      </w:r>
      <w:r>
        <w:t xml:space="preserve">    (a) a very small area used as a store or to dispense information; or an interactive computer-driven self-service machine</w:t>
      </w:r>
      <w:r>
        <w:br/>
      </w:r>
      <w:r>
        <w:t xml:space="preserve">    (b) of the American Indian civilization of Yucatan and Belize and Guatemala that reached its peak between AD 300 and 900</w:t>
      </w:r>
      <w:r>
        <w:br/>
      </w:r>
      <w:r>
        <w:t xml:space="preserve">    (c) a hole or dropoff so deep the bottom cannot be seen -- often used figuratively to imply a frightening bottomless pit</w:t>
      </w:r>
    </w:p>
    <w:p>
      <w:pPr>
        <w:pStyle w:val="Compact"/>
        <w:numPr>
          <w:ilvl w:val="0"/>
          <w:numId w:val="1001"/>
        </w:numPr>
      </w:pPr>
      <w:r>
        <w:rPr>
          <w:b/>
          <w:bCs/>
        </w:rPr>
        <w:t xml:space="preserve">People often</w:t>
      </w:r>
      <w:r>
        <w:rPr>
          <w:b/>
          <w:bCs/>
        </w:rPr>
        <w:t xml:space="preserve"> </w:t>
      </w:r>
      <w:r>
        <w:rPr>
          <w:b/>
          <w:bCs/>
          <w:u w:val="single"/>
        </w:rPr>
        <w:t xml:space="preserve">belittle</w:t>
      </w:r>
      <w:r>
        <w:rPr>
          <w:b/>
          <w:bCs/>
        </w:rPr>
        <w:t xml:space="preserve"> </w:t>
      </w:r>
      <w:r>
        <w:rPr>
          <w:b/>
          <w:bCs/>
        </w:rPr>
        <w:t xml:space="preserve">the place where they were born.</w:t>
      </w:r>
      <w:r>
        <w:br/>
      </w:r>
      <w:r>
        <w:t xml:space="preserve">    (a) indicating criticism or disagreement, or "no"</w:t>
      </w:r>
      <w:r>
        <w:br/>
      </w:r>
      <w:r>
        <w:t xml:space="preserve">    (b) to be most powerful, important, or noticeable</w:t>
      </w:r>
      <w:r>
        <w:br/>
      </w:r>
      <w:r>
        <w:t xml:space="preserve">    (c) make seem less important</w:t>
      </w:r>
    </w:p>
    <w:p>
      <w:pPr>
        <w:pStyle w:val="Compact"/>
        <w:numPr>
          <w:ilvl w:val="0"/>
          <w:numId w:val="1001"/>
        </w:numPr>
      </w:pPr>
      <w:r>
        <w:rPr>
          <w:b/>
          <w:bCs/>
        </w:rPr>
        <w:t xml:space="preserve">But then, they, too, fell into</w:t>
      </w:r>
      <w:r>
        <w:rPr>
          <w:b/>
          <w:bCs/>
        </w:rPr>
        <w:t xml:space="preserve"> </w:t>
      </w:r>
      <w:r>
        <w:rPr>
          <w:b/>
          <w:bCs/>
          <w:u w:val="single"/>
        </w:rPr>
        <w:t xml:space="preserve">impotent</w:t>
      </w:r>
      <w:r>
        <w:rPr>
          <w:b/>
          <w:bCs/>
        </w:rPr>
        <w:t xml:space="preserve"> </w:t>
      </w:r>
      <w:r>
        <w:rPr>
          <w:b/>
          <w:bCs/>
        </w:rPr>
        <w:t xml:space="preserve">postures, hands on their hips, waiting for the ambulances.</w:t>
      </w:r>
      <w:r>
        <w:br/>
      </w:r>
      <w:r>
        <w:t xml:space="preserve">    (a) the state of being awake</w:t>
      </w:r>
      <w:r>
        <w:br/>
      </w:r>
      <w:r>
        <w:t xml:space="preserve">    (b) powerless to change things</w:t>
      </w:r>
      <w:r>
        <w:br/>
      </w:r>
      <w:r>
        <w:t xml:space="preserve">    (c) able to take on or adopt</w:t>
      </w:r>
    </w:p>
    <w:p>
      <w:pPr>
        <w:pStyle w:val="Compact"/>
        <w:numPr>
          <w:ilvl w:val="0"/>
          <w:numId w:val="1001"/>
        </w:numPr>
      </w:pPr>
      <w:r>
        <w:rPr>
          <w:b/>
          <w:bCs/>
        </w:rPr>
        <w:t xml:space="preserve">The rides were closed</w:t>
      </w:r>
      <w:r>
        <w:rPr>
          <w:b/>
          <w:bCs/>
        </w:rPr>
        <w:t xml:space="preserve"> </w:t>
      </w:r>
      <w:r>
        <w:rPr>
          <w:b/>
          <w:bCs/>
          <w:u w:val="single"/>
        </w:rPr>
        <w:t xml:space="preserve">indefinitely</w:t>
      </w:r>
      <w:r>
        <w:rPr>
          <w:b/>
          <w:bCs/>
        </w:rPr>
        <w:t xml:space="preserve">.</w:t>
      </w:r>
      <w:r>
        <w:br/>
      </w:r>
      <w:r>
        <w:t xml:space="preserve">    (a) inadequately (in a manner that does not provide enough)</w:t>
      </w:r>
      <w:r>
        <w:br/>
      </w:r>
      <w:r>
        <w:t xml:space="preserve">    (b) in a manner that is open to arguments, ideas, or change</w:t>
      </w:r>
      <w:r>
        <w:br/>
      </w:r>
      <w:r>
        <w:t xml:space="preserve">    (c) for an unspecified, but long period of time; or forever</w:t>
      </w:r>
    </w:p>
    <w:p>
      <w:pPr>
        <w:pStyle w:val="Compact"/>
        <w:numPr>
          <w:ilvl w:val="0"/>
          <w:numId w:val="1001"/>
        </w:numPr>
      </w:pPr>
      <w:r>
        <w:rPr>
          <w:b/>
          <w:bCs/>
        </w:rPr>
        <w:t xml:space="preserve">He was older than the men in Eddie's troop, a lifetime military man with a lanky</w:t>
      </w:r>
      <w:r>
        <w:rPr>
          <w:b/>
          <w:bCs/>
        </w:rPr>
        <w:t xml:space="preserve"> </w:t>
      </w:r>
      <w:r>
        <w:rPr>
          <w:b/>
          <w:bCs/>
          <w:u w:val="single"/>
        </w:rPr>
        <w:t xml:space="preserve">swagger</w:t>
      </w:r>
      <w:r>
        <w:rPr>
          <w:b/>
          <w:bCs/>
        </w:rPr>
        <w:t xml:space="preserve"> </w:t>
      </w:r>
      <w:r>
        <w:rPr>
          <w:b/>
          <w:bCs/>
        </w:rPr>
        <w:t xml:space="preserve">and a prominent chin that gave him a resemblance to a movie actor of the day.</w:t>
      </w:r>
      <w:r>
        <w:br/>
      </w:r>
      <w:r>
        <w:t xml:space="preserve">    (a) say something or make a sound with the voice</w:t>
      </w:r>
      <w:r>
        <w:br/>
      </w:r>
      <w:r>
        <w:t xml:space="preserve">    (b) to think carefully and make a judgment about</w:t>
      </w:r>
      <w:r>
        <w:br/>
      </w:r>
      <w:r>
        <w:t xml:space="preserve">    (c) walk and behave in a highly confident manner</w:t>
      </w:r>
    </w:p>
    <w:p>
      <w:pPr>
        <w:pStyle w:val="Compact"/>
        <w:numPr>
          <w:ilvl w:val="0"/>
          <w:numId w:val="1001"/>
        </w:numPr>
      </w:pPr>
      <w:r>
        <w:rPr>
          <w:b/>
          <w:bCs/>
          <w:u w:val="single"/>
        </w:rPr>
        <w:t xml:space="preserve">Tetanus</w:t>
      </w:r>
      <w:r>
        <w:rPr>
          <w:b/>
          <w:bCs/>
        </w:rPr>
        <w:t xml:space="preserve">?</w:t>
      </w:r>
      <w:r>
        <w:br/>
      </w:r>
      <w:r>
        <w:rPr>
          <w:b/>
          <w:bCs/>
        </w:rPr>
        <w:t xml:space="preserve">Yellow fever?</w:t>
      </w:r>
      <w:r>
        <w:br/>
      </w:r>
      <w:r>
        <w:rPr>
          <w:b/>
          <w:bCs/>
        </w:rPr>
        <w:t xml:space="preserve">All those shots?</w:t>
      </w:r>
      <w:r>
        <w:br/>
      </w:r>
      <w:r>
        <w:t xml:space="preserve">    (a) a bacterial infection typically contracted through a puncture wound with a dirty object</w:t>
      </w:r>
      <w:r>
        <w:br/>
      </w:r>
      <w:r>
        <w:t xml:space="preserve">    (b) suffering from a psychological disorder characterized by excessive distrust of others</w:t>
      </w:r>
      <w:r>
        <w:br/>
      </w:r>
      <w:r>
        <w:t xml:space="preserve">    (c) the doctrine that knowledge is acquired primarily by reason rather than by experience</w:t>
      </w:r>
    </w:p>
    <w:p>
      <w:pPr>
        <w:pStyle w:val="Compact"/>
        <w:numPr>
          <w:ilvl w:val="0"/>
          <w:numId w:val="1001"/>
        </w:numPr>
      </w:pPr>
      <w:r>
        <w:rPr>
          <w:b/>
          <w:bCs/>
        </w:rPr>
        <w:t xml:space="preserve">Unbeknownst to him, he had begun the ritual of semaphore with his father,</w:t>
      </w:r>
      <w:r>
        <w:rPr>
          <w:b/>
          <w:bCs/>
        </w:rPr>
        <w:t xml:space="preserve"> </w:t>
      </w:r>
      <w:r>
        <w:rPr>
          <w:b/>
          <w:bCs/>
          <w:u w:val="single"/>
        </w:rPr>
        <w:t xml:space="preserve">forsaking</w:t>
      </w:r>
      <w:r>
        <w:rPr>
          <w:b/>
          <w:bCs/>
        </w:rPr>
        <w:t xml:space="preserve"> </w:t>
      </w:r>
      <w:r>
        <w:rPr>
          <w:b/>
          <w:bCs/>
        </w:rPr>
        <w:t xml:space="preserve">words or physical affection.</w:t>
      </w:r>
      <w:r>
        <w:br/>
      </w:r>
      <w:r>
        <w:t xml:space="preserve">    (a) changing through evolution</w:t>
      </w:r>
      <w:r>
        <w:br/>
      </w:r>
      <w:r>
        <w:t xml:space="preserve">    (b) stopping a battle or fight</w:t>
      </w:r>
      <w:r>
        <w:br/>
      </w:r>
      <w:r>
        <w:t xml:space="preserve">    (c) abandoning</w:t>
      </w:r>
    </w:p>
    <w:p>
      <w:pPr>
        <w:pStyle w:val="Compact"/>
        <w:numPr>
          <w:ilvl w:val="0"/>
          <w:numId w:val="1001"/>
        </w:numPr>
      </w:pPr>
      <w:r>
        <w:rPr>
          <w:b/>
          <w:bCs/>
        </w:rPr>
        <w:t xml:space="preserve">She begged and wept and</w:t>
      </w:r>
      <w:r>
        <w:rPr>
          <w:b/>
          <w:bCs/>
        </w:rPr>
        <w:t xml:space="preserve"> </w:t>
      </w:r>
      <w:r>
        <w:rPr>
          <w:b/>
          <w:bCs/>
          <w:u w:val="single"/>
        </w:rPr>
        <w:t xml:space="preserve">beseeched</w:t>
      </w:r>
      <w:r>
        <w:rPr>
          <w:b/>
          <w:bCs/>
        </w:rPr>
        <w:t xml:space="preserve"> </w:t>
      </w:r>
      <w:r>
        <w:rPr>
          <w:b/>
          <w:bCs/>
        </w:rPr>
        <w:t xml:space="preserve">her husband to change his mind, to let it go,</w:t>
      </w:r>
      <w:r>
        <w:br/>
      </w:r>
      <w:r>
        <w:t xml:space="preserve">    (a) became aware of</w:t>
      </w:r>
      <w:r>
        <w:br/>
      </w:r>
      <w:r>
        <w:t xml:space="preserve">    (b) said indirectly</w:t>
      </w:r>
      <w:r>
        <w:br/>
      </w:r>
      <w:r>
        <w:t xml:space="preserve">    (c) asked strongly or begged</w:t>
      </w:r>
    </w:p>
    <w:p>
      <w:pPr>
        <w:pStyle w:val="Compact"/>
        <w:numPr>
          <w:ilvl w:val="0"/>
          <w:numId w:val="1001"/>
        </w:numPr>
      </w:pPr>
      <w:r>
        <w:rPr>
          <w:b/>
          <w:bCs/>
        </w:rPr>
        <w:t xml:space="preserve">He</w:t>
      </w:r>
      <w:r>
        <w:rPr>
          <w:b/>
          <w:bCs/>
        </w:rPr>
        <w:t xml:space="preserve"> </w:t>
      </w:r>
      <w:r>
        <w:rPr>
          <w:b/>
          <w:bCs/>
          <w:u w:val="single"/>
        </w:rPr>
        <w:t xml:space="preserve">abhorred</w:t>
      </w:r>
      <w:r>
        <w:rPr>
          <w:b/>
          <w:bCs/>
        </w:rPr>
        <w:t xml:space="preserve"> </w:t>
      </w:r>
      <w:r>
        <w:rPr>
          <w:b/>
          <w:bCs/>
        </w:rPr>
        <w:t xml:space="preserve">those who were born into wealth, and rather enjoyed doing things the 'sophisticated people' would never do.</w:t>
      </w:r>
      <w:r>
        <w:br/>
      </w:r>
      <w:r>
        <w:t xml:space="preserve">    (a) helped make clear</w:t>
      </w:r>
      <w:r>
        <w:br/>
      </w:r>
      <w:r>
        <w:t xml:space="preserve">    (b) detested (hated)</w:t>
      </w:r>
      <w:r>
        <w:br/>
      </w:r>
      <w:r>
        <w:t xml:space="preserve">    (c) guided or managed</w:t>
      </w:r>
    </w:p>
    <w:p>
      <w:pPr>
        <w:pStyle w:val="Compact"/>
        <w:numPr>
          <w:ilvl w:val="0"/>
          <w:numId w:val="1001"/>
        </w:numPr>
      </w:pPr>
      <w:r>
        <w:rPr>
          <w:b/>
          <w:bCs/>
        </w:rPr>
        <w:t xml:space="preserve">As the night went on, there was drinking and</w:t>
      </w:r>
      <w:r>
        <w:rPr>
          <w:b/>
          <w:bCs/>
        </w:rPr>
        <w:t xml:space="preserve"> </w:t>
      </w:r>
      <w:r>
        <w:rPr>
          <w:b/>
          <w:bCs/>
          <w:u w:val="single"/>
        </w:rPr>
        <w:t xml:space="preserve">carousing</w:t>
      </w:r>
      <w:r>
        <w:rPr>
          <w:b/>
          <w:bCs/>
        </w:rPr>
        <w:t xml:space="preserve">.</w:t>
      </w:r>
      <w:r>
        <w:br/>
      </w:r>
      <w:r>
        <w:t xml:space="preserve">    (a) drying out by heat or excessive exposure to sunlight; or making very thirsty</w:t>
      </w:r>
      <w:r>
        <w:br/>
      </w:r>
      <w:r>
        <w:t xml:space="preserve">    (b) having fun with others in a noisy manner -- typically while drinking alcohol</w:t>
      </w:r>
      <w:r>
        <w:br/>
      </w:r>
      <w:r>
        <w:t xml:space="preserve">    (c) connected or fitting together by being equivalent, proportionate, or matched</w:t>
      </w:r>
    </w:p>
    <w:p>
      <w:pPr>
        <w:pStyle w:val="Compact"/>
        <w:numPr>
          <w:ilvl w:val="0"/>
          <w:numId w:val="1001"/>
        </w:numPr>
      </w:pPr>
      <w:r>
        <w:rPr>
          <w:b/>
          <w:bCs/>
        </w:rPr>
        <w:t xml:space="preserve">There was nothing heroic about a drunken</w:t>
      </w:r>
      <w:r>
        <w:rPr>
          <w:b/>
          <w:bCs/>
        </w:rPr>
        <w:t xml:space="preserve"> </w:t>
      </w:r>
      <w:r>
        <w:rPr>
          <w:b/>
          <w:bCs/>
          <w:u w:val="single"/>
        </w:rPr>
        <w:t xml:space="preserve">stupor</w:t>
      </w:r>
      <w:r>
        <w:rPr>
          <w:b/>
          <w:bCs/>
        </w:rPr>
        <w:t xml:space="preserve"> </w:t>
      </w:r>
      <w:r>
        <w:rPr>
          <w:b/>
          <w:bCs/>
        </w:rPr>
        <w:t xml:space="preserve">by the beach.</w:t>
      </w:r>
      <w:r>
        <w:br/>
      </w:r>
      <w:r>
        <w:t xml:space="preserve">    (a) a small facility where patients receive treatment</w:t>
      </w:r>
      <w:r>
        <w:br/>
      </w:r>
      <w:r>
        <w:t xml:space="preserve">    (b) state in which there is little ability to think -- as from being very sleepy, drunk, or stunned</w:t>
      </w:r>
      <w:r>
        <w:br/>
      </w:r>
      <w:r>
        <w:t xml:space="preserve">    (c) people who do not believe in the existence of god</w:t>
      </w:r>
    </w:p>
    <w:p>
      <w:pPr>
        <w:pStyle w:val="Compact"/>
        <w:numPr>
          <w:ilvl w:val="0"/>
          <w:numId w:val="1001"/>
        </w:numPr>
      </w:pPr>
      <w:r>
        <w:rPr>
          <w:b/>
          <w:bCs/>
        </w:rPr>
        <w:t xml:space="preserve">He had purchased lamb chops the day before, and that night he bumbled through a dinner with several invited friends and coworkers, most of whom greeted Marguerite and her</w:t>
      </w:r>
      <w:r>
        <w:rPr>
          <w:b/>
          <w:bCs/>
        </w:rPr>
        <w:t xml:space="preserve"> </w:t>
      </w:r>
      <w:r>
        <w:rPr>
          <w:b/>
          <w:bCs/>
          <w:u w:val="single"/>
        </w:rPr>
        <w:t xml:space="preserve">sallow</w:t>
      </w:r>
      <w:r>
        <w:rPr>
          <w:b/>
          <w:bCs/>
        </w:rPr>
        <w:t xml:space="preserve"> </w:t>
      </w:r>
      <w:r>
        <w:rPr>
          <w:b/>
          <w:bCs/>
        </w:rPr>
        <w:t xml:space="preserve">complexion with sentences like, "Well, look who's back!" as if this were a homecoming and not a farewell party.</w:t>
      </w:r>
      <w:r>
        <w:br/>
      </w:r>
      <w:r>
        <w:t xml:space="preserve">    (a) an unhealthy pale of yellowish complexion; or to cause such a complexion</w:t>
      </w:r>
      <w:r>
        <w:br/>
      </w:r>
      <w:r>
        <w:t xml:space="preserve">    (b) design based on alphabetic letters; or adding such a design to something</w:t>
      </w:r>
      <w:r>
        <w:br/>
      </w:r>
      <w:r>
        <w:t xml:space="preserve">    (c) characterized by narrower parallel folds when closed and wider when open</w:t>
      </w:r>
    </w:p>
    <w:p>
      <w:pPr>
        <w:pStyle w:val="Compact"/>
        <w:numPr>
          <w:ilvl w:val="0"/>
          <w:numId w:val="1001"/>
        </w:numPr>
      </w:pPr>
      <w:r>
        <w:rPr>
          <w:b/>
          <w:bCs/>
        </w:rPr>
        <w:t xml:space="preserve">Then came her cloglike shoes—"bakya"—then the</w:t>
      </w:r>
      <w:r>
        <w:rPr>
          <w:b/>
          <w:bCs/>
        </w:rPr>
        <w:t xml:space="preserve"> </w:t>
      </w:r>
      <w:r>
        <w:rPr>
          <w:b/>
          <w:bCs/>
          <w:u w:val="single"/>
        </w:rPr>
        <w:t xml:space="preserve">iridescent</w:t>
      </w:r>
      <w:r>
        <w:rPr>
          <w:b/>
          <w:bCs/>
        </w:rPr>
        <w:t xml:space="preserve"> </w:t>
      </w:r>
      <w:r>
        <w:rPr>
          <w:b/>
          <w:bCs/>
        </w:rPr>
        <w:t xml:space="preserve">seashells by her feet—"capiz"—then a woven bamboo mat—"banig"—that was laid out before her.</w:t>
      </w:r>
      <w:r>
        <w:br/>
      </w:r>
      <w:r>
        <w:t xml:space="preserve">    (a) something added to food to keep it from spoiling</w:t>
      </w:r>
      <w:r>
        <w:br/>
      </w:r>
      <w:r>
        <w:t xml:space="preserve">    (b) serving to help explain or demonstrate something</w:t>
      </w:r>
      <w:r>
        <w:br/>
      </w:r>
      <w:r>
        <w:t xml:space="preserve">    (c) bright colors that shimmer or vary with movement</w:t>
      </w:r>
    </w:p>
    <w:p>
      <w:pPr>
        <w:pStyle w:val="Compact"/>
        <w:numPr>
          <w:ilvl w:val="0"/>
          <w:numId w:val="1001"/>
        </w:numPr>
      </w:pPr>
      <w:r>
        <w:rPr>
          <w:b/>
          <w:bCs/>
        </w:rPr>
        <w:t xml:space="preserve">His grip was still</w:t>
      </w:r>
      <w:r>
        <w:rPr>
          <w:b/>
          <w:bCs/>
        </w:rPr>
        <w:t xml:space="preserve"> </w:t>
      </w:r>
      <w:r>
        <w:rPr>
          <w:b/>
          <w:bCs/>
          <w:u w:val="single"/>
        </w:rPr>
        <w:t xml:space="preserve">entwined</w:t>
      </w:r>
      <w:r>
        <w:rPr>
          <w:b/>
          <w:bCs/>
        </w:rPr>
        <w:t xml:space="preserve"> </w:t>
      </w:r>
      <w:r>
        <w:rPr>
          <w:b/>
          <w:bCs/>
        </w:rPr>
        <w:t xml:space="preserve">with Tala's, but he felt his body being washed from his soul, meat from the bone, and with it went all the pain and weariness he ever held inside him, every scar, every wound, every bad memory.</w:t>
      </w:r>
      <w:r>
        <w:br/>
      </w:r>
      <w:r>
        <w:t xml:space="preserve">    (a) viewed in a certain way so as to form a belief or opinion</w:t>
      </w:r>
      <w:r>
        <w:br/>
      </w:r>
      <w:r>
        <w:t xml:space="preserve">    (b) promised, guaranteed, or indicated certainty of something</w:t>
      </w:r>
      <w:r>
        <w:br/>
      </w:r>
      <w:r>
        <w:t xml:space="preserve">    (c) interconnected (not easily separated)</w:t>
      </w:r>
    </w:p>
    <w:p>
      <w:pPr>
        <w:pStyle w:val="Compact"/>
        <w:numPr>
          <w:ilvl w:val="0"/>
          <w:numId w:val="1001"/>
        </w:numPr>
      </w:pPr>
      <w:r>
        <w:rPr>
          <w:b/>
          <w:bCs/>
          <w:u w:val="single"/>
        </w:rPr>
        <w:t xml:space="preserve">Epilogue</w:t>
      </w:r>
      <w:r>
        <w:rPr>
          <w:b/>
          <w:bCs/>
        </w:rPr>
        <w:t xml:space="preserve">.</w:t>
      </w:r>
      <w:r>
        <w:br/>
      </w:r>
      <w:r>
        <w:t xml:space="preserve">    (a) a drug that calms or puts to sleep; or describing something as calming</w:t>
      </w:r>
      <w:r>
        <w:br/>
      </w:r>
      <w:r>
        <w:t xml:space="preserve">    (b) the reason for doing something; or the level of desire to do something</w:t>
      </w:r>
      <w:r>
        <w:br/>
      </w:r>
      <w:r>
        <w:t xml:space="preserve">    (c) an afterward or concluding passage added at the end of a literary work</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2026-07-31T16:03:18Z</dcterms:created>
  <dcterms:modified xsi:type="dcterms:W3CDTF">2026-07-31T16:03:18Z</dcterms:modified>
</cp:coreProperties>
</file>

<file path=docProps/custom.xml><?xml version="1.0" encoding="utf-8"?>
<Properties xmlns="http://schemas.openxmlformats.org/officeDocument/2006/custom-properties" xmlns:vt="http://schemas.openxmlformats.org/officeDocument/2006/docPropsVTypes"/>
</file>