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51f370bbd512baab2a76ff39c6b04354356a89"/>
    <w:p>
      <w:pPr>
        <w:pStyle w:val="Heading1"/>
      </w:pPr>
      <w:r>
        <w:rPr>
          <w:b/>
          <w:bCs/>
        </w:rPr>
        <w:t xml:space="preserve">The First Seven Years</w:t>
      </w:r>
      <w:r>
        <w:br/>
      </w:r>
      <w:r>
        <w:rPr>
          <w:i/>
          <w:iCs/>
        </w:rPr>
        <w:t xml:space="preserve">Bernard Malamud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Feld, the shoemaker, was annoyed that his helper, Sobel, was so insensitive to his reverie that he wouldn't for a minute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cease</w:t>
      </w:r>
      <w:r>
        <w:rPr>
          <w:b/>
          <w:bCs/>
        </w:rPr>
        <w:t xml:space="preserve"> </w:t>
      </w:r>
      <w:r>
        <w:rPr>
          <w:b/>
          <w:bCs/>
        </w:rPr>
        <w:t xml:space="preserve">his frantic pounding at the other bench.</w:t>
      </w:r>
      <w:r>
        <w:br/>
      </w:r>
      <w:r>
        <w:t xml:space="preserve">    (a) stop or discontinue</w:t>
      </w:r>
      <w:r>
        <w:br/>
      </w:r>
      <w:r>
        <w:t xml:space="preserve">    (b) influence or effect</w:t>
      </w:r>
      <w:r>
        <w:br/>
      </w:r>
      <w:r>
        <w:t xml:space="preserve">    (c) gain advantage from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Yet he could not help but contrast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diligence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boy, who was a peddler's son, with Miriam's unconcern for an education.</w:t>
      </w:r>
      <w:r>
        <w:br/>
      </w:r>
      <w:r>
        <w:t xml:space="preserve">    (a) hard work and care</w:t>
      </w:r>
      <w:r>
        <w:br/>
      </w:r>
      <w:r>
        <w:t xml:space="preserve">    (b) calm state of mind</w:t>
      </w:r>
      <w:r>
        <w:br/>
      </w:r>
      <w:r>
        <w:t xml:space="preserve">    (c) restarted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Who he was, the shoemaker for a moment had no idea; then his heart trembled as he realized, before he had thoroughly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discerned</w:t>
      </w:r>
      <w:r>
        <w:rPr>
          <w:b/>
          <w:bCs/>
        </w:rPr>
        <w:t xml:space="preserve"> </w:t>
      </w:r>
      <w:r>
        <w:rPr>
          <w:b/>
          <w:bCs/>
        </w:rPr>
        <w:t xml:space="preserve">the face, that Max himself was standing there, embarrassedly explaining what he wanted done to his old shoes.</w:t>
      </w:r>
      <w:r>
        <w:br/>
      </w:r>
      <w:r>
        <w:t xml:space="preserve">    (a) noticed something that is not obvious</w:t>
      </w:r>
      <w:r>
        <w:br/>
      </w:r>
      <w:r>
        <w:t xml:space="preserve">    (b) adjusts a lens to make an image clear</w:t>
      </w:r>
      <w:r>
        <w:br/>
      </w:r>
      <w:r>
        <w:t xml:space="preserve">    (c) not creating disagreement or struggle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 suppose Miriam, who harped so often on independence, blew up in anger and shouted at him for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meddling</w:t>
      </w:r>
      <w:r>
        <w:rPr>
          <w:b/>
          <w:bCs/>
        </w:rPr>
        <w:t xml:space="preserve">?</w:t>
      </w:r>
      <w:r>
        <w:br/>
      </w:r>
      <w:r>
        <w:t xml:space="preserve">    (a) interfering (in another's affairs or business); or handling (something that shouldn't be handled)</w:t>
      </w:r>
      <w:r>
        <w:br/>
      </w:r>
      <w:r>
        <w:t xml:space="preserve">    (b) cutting grass with a tool that has a curved blade and a long handle that is held with both hands</w:t>
      </w:r>
      <w:r>
        <w:br/>
      </w:r>
      <w:r>
        <w:t xml:space="preserve">    (c) changing the direction of a light wave (or other wave) by passing an opaque edge or narrow opening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for Miriam, what possible harm for a working girl in an office, who met only loudmouthed salesmen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illiterate</w:t>
      </w:r>
      <w:r>
        <w:rPr>
          <w:b/>
          <w:bCs/>
        </w:rPr>
        <w:t xml:space="preserve"> </w:t>
      </w:r>
      <w:r>
        <w:rPr>
          <w:b/>
          <w:bCs/>
        </w:rPr>
        <w:t xml:space="preserve">shipping clerks, to make the acquaintance of a fine scholarly boy?</w:t>
      </w:r>
      <w:r>
        <w:br/>
      </w:r>
      <w:r>
        <w:t xml:space="preserve">    (a) unable to read or write (not literate)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uninformed in a particular field or general subject area</w:t>
      </w:r>
      <w:r>
        <w:br/>
      </w:r>
      <w:r>
        <w:t xml:space="preserve">    (b) exceedingly funny (resulting in uncontrollable laughter); or exhibiting excessive, uncontrollable emotion</w:t>
      </w:r>
      <w:r>
        <w:br/>
      </w:r>
      <w:r>
        <w:t xml:space="preserve">    (c) when what happens is very different than what might be expected; or when things seem incongruous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Max inquired the price, and the shoemaker cleared his throat and asked the boy, above Sobel's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insistent</w:t>
      </w:r>
      <w:r>
        <w:rPr>
          <w:b/>
          <w:bCs/>
        </w:rPr>
        <w:t xml:space="preserve"> </w:t>
      </w:r>
      <w:r>
        <w:rPr>
          <w:b/>
          <w:bCs/>
        </w:rPr>
        <w:t xml:space="preserve">hammering, would he please step through the side door there into the hall.</w:t>
      </w:r>
      <w:r>
        <w:br/>
      </w:r>
      <w:r>
        <w:t xml:space="preserve">    (a) indicating approval or agreement</w:t>
      </w:r>
      <w:r>
        <w:br/>
      </w:r>
      <w:r>
        <w:t xml:space="preserve">    (b) able to be taken on as one's own</w:t>
      </w:r>
      <w:r>
        <w:br/>
      </w:r>
      <w:r>
        <w:t xml:space="preserve">    (c) persistent or continuing or firm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tall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grotesquely</w:t>
      </w:r>
      <w:r>
        <w:rPr>
          <w:b/>
          <w:bCs/>
        </w:rPr>
        <w:t xml:space="preserve"> </w:t>
      </w:r>
      <w:r>
        <w:rPr>
          <w:b/>
          <w:bCs/>
        </w:rPr>
        <w:t xml:space="preserve">thin, with sharply cut features, particularly a beaklike nose.</w:t>
      </w:r>
      <w:r>
        <w:br/>
      </w:r>
      <w:r>
        <w:t xml:space="preserve">    (a) in a manner influenced by personal belief, feelings, or preferences (rather than being based purely upon fact)</w:t>
      </w:r>
      <w:r>
        <w:br/>
      </w:r>
      <w:r>
        <w:t xml:space="preserve">    (b) in a manner that uses a scale where each step is a multiple of the prior step rather than a fixed addition to it</w:t>
      </w:r>
      <w:r>
        <w:br/>
      </w:r>
      <w:r>
        <w:t xml:space="preserve">    (c) distorted and unnatural in shape or size -- especially in a disturbing way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ugly, gross, or very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Would it be all right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inquire</w:t>
      </w:r>
      <w:r>
        <w:rPr>
          <w:b/>
          <w:bCs/>
        </w:rPr>
        <w:t xml:space="preserve"> </w:t>
      </w:r>
      <w:r>
        <w:rPr>
          <w:b/>
          <w:bCs/>
        </w:rPr>
        <w:t xml:space="preserve">if you have a picture of her?</w:t>
      </w:r>
      <w:r>
        <w:br/>
      </w:r>
      <w:r>
        <w:t xml:space="preserve">    (a) ask about or look into something</w:t>
      </w:r>
      <w:r>
        <w:br/>
      </w:r>
      <w:r>
        <w:t xml:space="preserve">    (b) interact again or interest again</w:t>
      </w:r>
      <w:r>
        <w:br/>
      </w:r>
      <w:r>
        <w:t xml:space="preserve">    (c) genetic change through 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Five years ago, after an attack, it had appeared as though he would either have to sacrifice his business on the auction block and live on a pittance thereafter or put himself at the mercy of some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unscrupulous</w:t>
      </w:r>
      <w:r>
        <w:rPr>
          <w:b/>
          <w:bCs/>
        </w:rPr>
        <w:t xml:space="preserve"> </w:t>
      </w:r>
      <w:r>
        <w:rPr>
          <w:b/>
          <w:bCs/>
        </w:rPr>
        <w:t xml:space="preserve">employee who would in the end probably ruin him.</w:t>
      </w:r>
      <w:r>
        <w:br/>
      </w:r>
      <w:r>
        <w:t xml:space="preserve">    (a) unethical</w:t>
      </w:r>
      <w:r>
        <w:br/>
      </w:r>
      <w:r>
        <w:t xml:space="preserve">    (b) important</w:t>
      </w:r>
      <w:r>
        <w:br/>
      </w:r>
      <w:r>
        <w:t xml:space="preserve">    (c) disbelief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just at the moment of his darkest despair, this Polish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refugee</w:t>
      </w:r>
      <w:r>
        <w:rPr>
          <w:b/>
          <w:bCs/>
        </w:rPr>
        <w:t xml:space="preserve">, Sobel, appeared one night from the street and begged for work.</w:t>
      </w:r>
      <w:r>
        <w:br/>
      </w:r>
      <w:r>
        <w:t xml:space="preserve">    (a) of Norway, Sweden, Denmark and sometimes Finland &amp; Iceland</w:t>
      </w:r>
      <w:r>
        <w:br/>
      </w:r>
      <w:r>
        <w:t xml:space="preserve">    (b) someone who fled their homeland; or related to such people</w:t>
      </w:r>
      <w:r>
        <w:br/>
      </w:r>
      <w:r>
        <w:t xml:space="preserve">    (c) of Athens during the Golden Age of Greece (5th century BC)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Yet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conscience</w:t>
      </w:r>
      <w:r>
        <w:rPr>
          <w:b/>
          <w:bCs/>
        </w:rPr>
        <w:t xml:space="preserve"> </w:t>
      </w:r>
      <w:r>
        <w:rPr>
          <w:b/>
          <w:bCs/>
        </w:rPr>
        <w:t xml:space="preserve">bothered him for not insisting that the assistant accept a better wage than he was getting, though Feld had honestly told him he could earn a handsome salary if he worked elsewhere or maybe opened a place of his own.</w:t>
      </w:r>
      <w:r>
        <w:br/>
      </w:r>
      <w:r>
        <w:t xml:space="preserve">    (a) feeling or appraisal of having personally behaved in a morally right or wrong manner</w:t>
      </w:r>
      <w:r>
        <w:br/>
      </w:r>
      <w:r>
        <w:t xml:space="preserve">    (b) not planning to kill a person, but then intentionally killing in the heat of passion</w:t>
      </w:r>
      <w:r>
        <w:br/>
      </w:r>
      <w:r>
        <w:t xml:space="preserve">    (c) a complex carbohydrate that is the chief constituent of all plant tissues and fibers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During the week, by placing here and there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deft</w:t>
      </w:r>
      <w:r>
        <w:rPr>
          <w:b/>
          <w:bCs/>
        </w:rPr>
        <w:t xml:space="preserve"> </w:t>
      </w:r>
      <w:r>
        <w:rPr>
          <w:b/>
          <w:bCs/>
        </w:rPr>
        <w:t xml:space="preserve">question, he managed to get from Miriam some information about Max.</w:t>
      </w:r>
      <w:r>
        <w:br/>
      </w:r>
      <w:r>
        <w:t xml:space="preserve">    (a) not representative</w:t>
      </w:r>
      <w:r>
        <w:br/>
      </w:r>
      <w:r>
        <w:t xml:space="preserve">    (b) quick and skillful</w:t>
      </w:r>
      <w:r>
        <w:br/>
      </w:r>
      <w:r>
        <w:t xml:space="preserve">    (c) good or beneficial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Feld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probe</w:t>
      </w:r>
      <w:r>
        <w:rPr>
          <w:b/>
          <w:bCs/>
        </w:rPr>
        <w:t xml:space="preserve">, for his wife was not particularly observant.</w:t>
      </w:r>
      <w:r>
        <w:br/>
      </w:r>
      <w:r>
        <w:t xml:space="preserve">    (a) to change to multiple areas of control or concentration (rather than just 1)</w:t>
      </w:r>
      <w:r>
        <w:br/>
      </w:r>
      <w:r>
        <w:t xml:space="preserve">    (b) a woman who is casually playful in a way that arouses sexual interest of men</w:t>
      </w:r>
      <w:r>
        <w:br/>
      </w:r>
      <w:r>
        <w:t xml:space="preserve">    (c) to investigate; or an investigation; or an instrument used for investigation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Feld has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sufficiently</w:t>
      </w:r>
      <w:r>
        <w:rPr>
          <w:b/>
          <w:bCs/>
        </w:rPr>
        <w:t xml:space="preserve"> </w:t>
      </w:r>
      <w:r>
        <w:rPr>
          <w:b/>
          <w:bCs/>
        </w:rPr>
        <w:t xml:space="preserve">recovered from his anguished disappointment to ask why, she answered without hesitation, "Because he's nothing more than a materialist."</w:t>
      </w:r>
      <w:r>
        <w:br/>
      </w:r>
      <w:r>
        <w:t xml:space="preserve">    (a) done in a rude or unfriendly manner because of using too few words or moving too quickly</w:t>
      </w:r>
      <w:r>
        <w:br/>
      </w:r>
      <w:r>
        <w:t xml:space="preserve">    (b) adequately (in a manner that provides enough -- often without being more than is needed)</w:t>
      </w:r>
      <w:r>
        <w:br/>
      </w:r>
      <w:r>
        <w:t xml:space="preserve">    (c) in a manner that relates to questions that cannot be answered with the scientific method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Feld has sufficiently recovered from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anguished</w:t>
      </w:r>
      <w:r>
        <w:rPr>
          <w:b/>
          <w:bCs/>
        </w:rPr>
        <w:t xml:space="preserve"> </w:t>
      </w:r>
      <w:r>
        <w:rPr>
          <w:b/>
          <w:bCs/>
        </w:rPr>
        <w:t xml:space="preserve">disappointment to ask why, she answered without hesitation, "Because he's nothing more than a materialist."</w:t>
      </w:r>
      <w:r>
        <w:br/>
      </w:r>
      <w:r>
        <w:t xml:space="preserve">    (a) not having begun speaking with someone about something</w:t>
      </w:r>
      <w:r>
        <w:br/>
      </w:r>
      <w:r>
        <w:t xml:space="preserve">    (b) entered another's property without right or permission</w:t>
      </w:r>
      <w:r>
        <w:br/>
      </w:r>
      <w:r>
        <w:t xml:space="preserve">    (c) extreme pain, suffering, or distress (of body or mind)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Miriam spoke of going for Sobel, but sick as he was, Feld rose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wrath</w:t>
      </w:r>
      <w:r>
        <w:rPr>
          <w:b/>
          <w:bCs/>
        </w:rPr>
        <w:t xml:space="preserve"> </w:t>
      </w:r>
      <w:r>
        <w:rPr>
          <w:b/>
          <w:bCs/>
        </w:rPr>
        <w:t xml:space="preserve">against the idea.</w:t>
      </w:r>
      <w:r>
        <w:br/>
      </w:r>
      <w:r>
        <w:t xml:space="preserve">    (a) extreme anger</w:t>
      </w:r>
      <w:r>
        <w:br/>
      </w:r>
      <w:r>
        <w:t xml:space="preserve">    (b) determination</w:t>
      </w:r>
      <w:r>
        <w:br/>
      </w:r>
      <w:r>
        <w:t xml:space="preserve">    (c) use of reason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contained a narrow cot, a low table, and several stacks of books piled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haphazardly</w:t>
      </w:r>
      <w:r>
        <w:rPr>
          <w:b/>
          <w:bCs/>
        </w:rPr>
        <w:t xml:space="preserve"> </w:t>
      </w:r>
      <w:r>
        <w:rPr>
          <w:b/>
          <w:bCs/>
        </w:rPr>
        <w:t xml:space="preserve">around on the floor around the wall, which made him think how queer Sobel was, to be uneducated and read so much.</w:t>
      </w:r>
      <w:r>
        <w:br/>
      </w:r>
      <w:r>
        <w:t xml:space="preserve">    (a) in a manner that challenges</w:t>
      </w:r>
      <w:r>
        <w:br/>
      </w:r>
      <w:r>
        <w:t xml:space="preserve">    (b) in a strongly biased manner</w:t>
      </w:r>
      <w:r>
        <w:br/>
      </w:r>
      <w:r>
        <w:t xml:space="preserve">    (c) without pattern or planning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Sobel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vehemently</w:t>
      </w:r>
      <w:r>
        <w:rPr>
          <w:b/>
          <w:bCs/>
        </w:rPr>
        <w:t xml:space="preserve"> </w:t>
      </w:r>
      <w:r>
        <w:rPr>
          <w:b/>
          <w:bCs/>
        </w:rPr>
        <w:t xml:space="preserve">denied it.</w:t>
      </w:r>
      <w:r>
        <w:br/>
      </w:r>
      <w:r>
        <w:t xml:space="preserve">    (a) marked by extreme intensity -- especially emotion such as anger</w:t>
      </w:r>
      <w:r>
        <w:br/>
      </w:r>
      <w:r>
        <w:t xml:space="preserve">    (b) in a manner that shows a lack of integrity and money motivation</w:t>
      </w:r>
      <w:r>
        <w:br/>
      </w:r>
      <w:r>
        <w:t xml:space="preserve">    (c) the manner in which things have generally been done in the past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seething</w:t>
      </w:r>
      <w:r>
        <w:rPr>
          <w:b/>
          <w:bCs/>
        </w:rPr>
        <w:t xml:space="preserve"> </w:t>
      </w:r>
      <w:r>
        <w:rPr>
          <w:b/>
          <w:bCs/>
        </w:rPr>
        <w:t xml:space="preserve">with excitement, his mind was coldly clear, and he had to admit to himself that he had sensed all along that Sobel felt this way.</w:t>
      </w:r>
      <w:r>
        <w:br/>
      </w:r>
      <w:r>
        <w:t xml:space="preserve">    (a) to be filled with intense but unexpressed emotion, especially anger; or to move in a restless, agitated way</w:t>
      </w:r>
      <w:r>
        <w:br/>
      </w:r>
      <w:r>
        <w:t xml:space="preserve">    (b) treating something in an educated, intellectual way -- often excluding emotional or practical considerations</w:t>
      </w:r>
      <w:r>
        <w:br/>
      </w:r>
      <w:r>
        <w:t xml:space="preserve">    (c) roughly calculating or guessing (based on incomplete information) a value, quantity, or extent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all his dreams for her — why he had slaved and destroyed his heart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anxiety</w:t>
      </w:r>
      <w:r>
        <w:rPr>
          <w:b/>
          <w:bCs/>
        </w:rPr>
        <w:t xml:space="preserve"> </w:t>
      </w:r>
      <w:r>
        <w:rPr>
          <w:b/>
          <w:bCs/>
        </w:rPr>
        <w:t xml:space="preserve">and labor — all these dreams of a better life were dead.</w:t>
      </w:r>
      <w:r>
        <w:br/>
      </w:r>
      <w:r>
        <w:t xml:space="preserve">    (a) basic rule or belief</w:t>
      </w:r>
      <w:r>
        <w:br/>
      </w:r>
      <w:r>
        <w:t xml:space="preserve">    (b) nervousness or worry</w:t>
      </w:r>
      <w:r>
        <w:br/>
      </w:r>
      <w:r>
        <w:t xml:space="preserve">    (c) narrow water passage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2026-07-31T18:58:39Z</dcterms:created>
  <dcterms:modified xsi:type="dcterms:W3CDTF">2026-07-31T18:58:39Z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