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4d1f058860c0424e9e712528bcd7295bb0148d"/>
    <w:p>
      <w:pPr>
        <w:pStyle w:val="Heading1"/>
      </w:pPr>
      <w:r>
        <w:rPr>
          <w:b/>
          <w:bCs/>
        </w:rPr>
        <w:t xml:space="preserve">The Fiend And The Forge</w:t>
      </w:r>
      <w:r>
        <w:br/>
      </w:r>
      <w:r>
        <w:rPr>
          <w:i/>
          <w:iCs/>
        </w:rPr>
        <w:t xml:space="preserve">Henry H. Neff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stared at him, mouth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agape</w:t>
      </w:r>
      <w:r>
        <w:rPr>
          <w:b/>
          <w:bCs/>
        </w:rPr>
        <w:t xml:space="preserve">.</w:t>
      </w:r>
      <w:r>
        <w:br/>
      </w:r>
      <w:r>
        <w:t xml:space="preserve">    (a) wide open</w:t>
      </w:r>
      <w:r>
        <w:br/>
      </w:r>
      <w:r>
        <w:t xml:space="preserve">    (b) clamped shut</w:t>
      </w:r>
      <w:r>
        <w:br/>
      </w:r>
      <w:r>
        <w:t xml:space="preserve">    (c) screaming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mechanic explained that this wheel was made from a lightweight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alloy</w:t>
      </w:r>
      <w:r>
        <w:rPr>
          <w:b/>
          <w:bCs/>
        </w:rPr>
        <w:t xml:space="preserve">, perfect for racing.</w:t>
      </w:r>
      <w:r>
        <w:br/>
      </w:r>
      <w:r>
        <w:t xml:space="preserve">    (a) mixture of metals</w:t>
      </w:r>
      <w:r>
        <w:br/>
      </w:r>
      <w:r>
        <w:t xml:space="preserve">    (b) type of plastic</w:t>
      </w:r>
      <w:r>
        <w:br/>
      </w:r>
      <w:r>
        <w:t xml:space="preserve">    (c) pure aluminum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calls himself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 </w:t>
      </w:r>
      <w:r>
        <w:rPr>
          <w:b/>
          <w:bCs/>
        </w:rPr>
        <w:t xml:space="preserve">from Brooklyn.</w:t>
      </w:r>
      <w:r>
        <w:br/>
      </w:r>
      <w:r>
        <w:t xml:space="preserve">    (a) someone who knows everything about everyone</w:t>
      </w:r>
      <w:r>
        <w:br/>
      </w:r>
      <w:r>
        <w:t xml:space="preserve">    (b) someone who composes and shares poems about important events and people</w:t>
      </w:r>
      <w:r>
        <w:br/>
      </w:r>
      <w:r>
        <w:t xml:space="preserve">    (c) someone who protects the weak and delivers justice to those who are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Behind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beatific</w:t>
      </w:r>
      <w:r>
        <w:rPr>
          <w:b/>
          <w:bCs/>
        </w:rPr>
        <w:t xml:space="preserve"> </w:t>
      </w:r>
      <w:r>
        <w:rPr>
          <w:b/>
          <w:bCs/>
        </w:rPr>
        <w:t xml:space="preserve">smile lies a psychotic killer.</w:t>
      </w:r>
      <w:r>
        <w:br/>
      </w:r>
      <w:r>
        <w:t xml:space="preserve">    (a) showing deep sadness</w:t>
      </w:r>
      <w:r>
        <w:br/>
      </w:r>
      <w:r>
        <w:t xml:space="preserve">    (b) expressing a calm joy</w:t>
      </w:r>
      <w:r>
        <w:br/>
      </w:r>
      <w:r>
        <w:t xml:space="preserve">    (c) twisted with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expect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 </w:t>
      </w:r>
      <w:r>
        <w:rPr>
          <w:b/>
          <w:bCs/>
        </w:rPr>
        <w:t xml:space="preserve">from our critics.</w:t>
      </w:r>
      <w:r>
        <w:br/>
      </w:r>
      <w:r>
        <w:t xml:space="preserve">    (a) false accusations</w:t>
      </w:r>
      <w:r>
        <w:br/>
      </w:r>
      <w:r>
        <w:t xml:space="preserve">    (b) foolish mistakes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bear species are omnivorous, but individuals' diets can range from almost exclusively herbivorous to almost exclusively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carnivorous</w:t>
      </w:r>
      <w:r>
        <w:rPr>
          <w:b/>
          <w:bCs/>
        </w:rPr>
        <w:t xml:space="preserve"> </w:t>
      </w:r>
      <w:r>
        <w:rPr>
          <w:b/>
          <w:bCs/>
        </w:rPr>
        <w:t xml:space="preserve">depending on what food sources are available locally and seasonally.</w:t>
      </w:r>
      <w:r>
        <w:br/>
      </w:r>
      <w:r>
        <w:t xml:space="preserve">    (a) both meat-eating and plant-eating</w:t>
      </w:r>
      <w:r>
        <w:br/>
      </w:r>
      <w:r>
        <w:t xml:space="preserve">    (b) meat-eating</w:t>
      </w:r>
      <w:r>
        <w:br/>
      </w:r>
      <w:r>
        <w:t xml:space="preserve">    (c) plant-eating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Mom is always nervous when the boys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cavorting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pool.</w:t>
      </w:r>
      <w:r>
        <w:br/>
      </w:r>
      <w:r>
        <w:t xml:space="preserve">    (a) resting quietly</w:t>
      </w:r>
      <w:r>
        <w:br/>
      </w:r>
      <w:r>
        <w:t xml:space="preserve">    (b) playing wildly</w:t>
      </w:r>
      <w:r>
        <w:br/>
      </w:r>
      <w:r>
        <w:t xml:space="preserve">    (c) swimming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Keep an open mind until you've heard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counterarguments</w:t>
      </w:r>
      <w:r>
        <w:rPr>
          <w:b/>
          <w:bCs/>
        </w:rPr>
        <w:t xml:space="preserve">.</w:t>
      </w:r>
      <w:r>
        <w:br/>
      </w:r>
      <w:r>
        <w:t xml:space="preserve">    (a) enthusiastic approval</w:t>
      </w:r>
      <w:r>
        <w:br/>
      </w:r>
      <w:r>
        <w:t xml:space="preserve">    (b) persuasive reasoning offered in opposition to other reasoning</w:t>
      </w:r>
      <w:r>
        <w:br/>
      </w:r>
      <w:r>
        <w:t xml:space="preserve">    (c) areas where the skin is torn or worn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orchestra played the symphony's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finale</w:t>
      </w:r>
      <w:r>
        <w:rPr>
          <w:b/>
          <w:bCs/>
        </w:rPr>
        <w:t xml:space="preserve"> </w:t>
      </w:r>
      <w:r>
        <w:rPr>
          <w:b/>
          <w:bCs/>
        </w:rPr>
        <w:t xml:space="preserve">with stunning power.</w:t>
      </w:r>
      <w:r>
        <w:br/>
      </w:r>
      <w:r>
        <w:t xml:space="preserve">    (a) a quiet middle</w:t>
      </w:r>
      <w:r>
        <w:br/>
      </w:r>
      <w:r>
        <w:t xml:space="preserve">    (b) an opening note</w:t>
      </w:r>
      <w:r>
        <w:br/>
      </w:r>
      <w:r>
        <w:t xml:space="preserve">    (c) a closing piece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hubris</w:t>
      </w:r>
      <w:r>
        <w:rPr>
          <w:b/>
          <w:bCs/>
        </w:rPr>
        <w:t xml:space="preserve"> </w:t>
      </w:r>
      <w:r>
        <w:rPr>
          <w:b/>
          <w:bCs/>
        </w:rPr>
        <w:t xml:space="preserve">led to the collapse of the company.</w:t>
      </w:r>
      <w:r>
        <w:br/>
      </w:r>
      <w:r>
        <w:t xml:space="preserve">    (a) excessive ambition</w:t>
      </w:r>
      <w:r>
        <w:br/>
      </w:r>
      <w:r>
        <w:t xml:space="preserve">    (b) tendency to fight</w:t>
      </w:r>
      <w:r>
        <w:br/>
      </w:r>
      <w:r>
        <w:t xml:space="preserve">    (c) excessive confidence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 </w:t>
      </w:r>
      <w:r>
        <w:rPr>
          <w:b/>
          <w:bCs/>
        </w:rPr>
        <w:t xml:space="preserve">reply to the manager shocked everyone in the meeting.</w:t>
      </w:r>
      <w:r>
        <w:br/>
      </w:r>
      <w:r>
        <w:t xml:space="preserve">    (a) disrespectfully bold</w:t>
      </w:r>
      <w:r>
        <w:br/>
      </w:r>
      <w:r>
        <w:t xml:space="preserve">    (b) thoughtfully kind</w:t>
      </w:r>
      <w:r>
        <w:br/>
      </w:r>
      <w:r>
        <w:t xml:space="preserve">    (c) extremely quiet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remembered for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indomitable</w:t>
      </w:r>
      <w:r>
        <w:rPr>
          <w:b/>
          <w:bCs/>
        </w:rPr>
        <w:t xml:space="preserve"> </w:t>
      </w:r>
      <w:r>
        <w:rPr>
          <w:b/>
          <w:bCs/>
        </w:rPr>
        <w:t xml:space="preserve">spirit.</w:t>
      </w:r>
      <w:r>
        <w:br/>
      </w:r>
      <w:r>
        <w:t xml:space="preserve">    (a) cheerful optimism and flexibility</w:t>
      </w:r>
      <w:r>
        <w:br/>
      </w:r>
      <w:r>
        <w:t xml:space="preserve">    (b) uncertain hope and nervous energy</w:t>
      </w:r>
      <w:r>
        <w:br/>
      </w:r>
      <w:r>
        <w:t xml:space="preserve">    (c) unyielding resolve and spirit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infinitesimal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impurity can drastically affect the results of a sensitive chemical experiment.</w:t>
      </w:r>
      <w:r>
        <w:br/>
      </w:r>
      <w:r>
        <w:t xml:space="preserve">    (a) unintentional</w:t>
      </w:r>
      <w:r>
        <w:br/>
      </w:r>
      <w:r>
        <w:t xml:space="preserve">    (b) tiny</w:t>
      </w:r>
      <w:r>
        <w:br/>
      </w:r>
      <w:r>
        <w:t xml:space="preserve">    (c) partial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Vines climbed the wooden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beside the garden gate.</w:t>
      </w:r>
      <w:r>
        <w:br/>
      </w:r>
      <w:r>
        <w:t xml:space="preserve">    (a) crisscross frame</w:t>
      </w:r>
      <w:r>
        <w:br/>
      </w:r>
      <w:r>
        <w:t xml:space="preserve">    (b) deep water ditch</w:t>
      </w:r>
      <w:r>
        <w:br/>
      </w:r>
      <w:r>
        <w:t xml:space="preserve">    (c) smooth stone wall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critics described the gaudy hotel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monstrosity</w:t>
      </w:r>
      <w:r>
        <w:rPr>
          <w:b/>
          <w:bCs/>
        </w:rPr>
        <w:t xml:space="preserve">.</w:t>
      </w:r>
      <w:r>
        <w:br/>
      </w:r>
      <w:r>
        <w:t xml:space="preserve">    (a) an ugly eyesore</w:t>
      </w:r>
      <w:r>
        <w:br/>
      </w:r>
      <w:r>
        <w:t xml:space="preserve">    (b) a tiny gem</w:t>
      </w:r>
      <w:r>
        <w:br/>
      </w:r>
      <w:r>
        <w:t xml:space="preserve">    (c) a lovely 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frustrating day,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</w:t>
      </w:r>
      <w:r>
        <w:rPr>
          <w:b/>
          <w:bCs/>
        </w:rPr>
        <w:t xml:space="preserve"> </w:t>
      </w:r>
      <w:r>
        <w:rPr>
          <w:b/>
          <w:bCs/>
        </w:rPr>
        <w:t xml:space="preserve">and snapped at everyone who spoke to her.</w:t>
      </w:r>
      <w:r>
        <w:br/>
      </w:r>
      <w:r>
        <w:t xml:space="preserve">    (a) very demanding</w:t>
      </w:r>
      <w:r>
        <w:br/>
      </w:r>
      <w:r>
        <w:t xml:space="preserve">    (b) very tired</w:t>
      </w:r>
      <w:r>
        <w:br/>
      </w:r>
      <w:r>
        <w:t xml:space="preserve">    (c) easily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deep-sea fish produce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phosphorescence</w:t>
      </w:r>
      <w:r>
        <w:rPr>
          <w:b/>
          <w:bCs/>
        </w:rPr>
        <w:t xml:space="preserve"> </w:t>
      </w:r>
      <w:r>
        <w:rPr>
          <w:b/>
          <w:bCs/>
        </w:rPr>
        <w:t xml:space="preserve">in dark waters.</w:t>
      </w:r>
      <w:r>
        <w:br/>
      </w:r>
      <w:r>
        <w:t xml:space="preserve">    (a) a sharp icy chill</w:t>
      </w:r>
      <w:r>
        <w:br/>
      </w:r>
      <w:r>
        <w:t xml:space="preserve">    (b) a faint natural glow</w:t>
      </w:r>
      <w:r>
        <w:br/>
      </w:r>
      <w:r>
        <w:t xml:space="preserve">    (c) a loud crackling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regale</w:t>
      </w:r>
      <w:r>
        <w:rPr>
          <w:b/>
          <w:bCs/>
        </w:rPr>
        <w:t xml:space="preserve"> </w:t>
      </w:r>
      <w:r>
        <w:rPr>
          <w:b/>
          <w:bCs/>
        </w:rPr>
        <w:t xml:space="preserve">out-of-towners with amusing stories about the city.</w:t>
      </w:r>
      <w:r>
        <w:br/>
      </w:r>
      <w:r>
        <w:t xml:space="preserve">    (a) confuse</w:t>
      </w:r>
      <w:r>
        <w:br/>
      </w:r>
      <w:r>
        <w:t xml:space="preserve">    (b) annoy</w:t>
      </w:r>
      <w:r>
        <w:br/>
      </w:r>
      <w:r>
        <w:t xml:space="preserve">    (c) entertain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my living conditions are not what I would like, they are far better than the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squalor</w:t>
      </w:r>
      <w:r>
        <w:rPr>
          <w:b/>
          <w:bCs/>
        </w:rPr>
        <w:t xml:space="preserve"> </w:t>
      </w:r>
      <w:r>
        <w:rPr>
          <w:b/>
          <w:bCs/>
        </w:rPr>
        <w:t xml:space="preserve">I read of in Charles Dickens novels.</w:t>
      </w:r>
      <w:r>
        <w:br/>
      </w:r>
      <w:r>
        <w:t xml:space="preserve">    (a) slum</w:t>
      </w:r>
      <w:r>
        <w:br/>
      </w:r>
      <w:r>
        <w:t xml:space="preserve">    (b) cruelty</w:t>
      </w:r>
      <w:r>
        <w:br/>
      </w:r>
      <w:r>
        <w:t xml:space="preserve">    (c) confusion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rear of the room.</w:t>
      </w:r>
      <w:r>
        <w:br/>
      </w:r>
      <w:r>
        <w:t xml:space="preserve">    (a) while crying softly</w:t>
      </w:r>
      <w:r>
        <w:br/>
      </w:r>
      <w:r>
        <w:t xml:space="preserve">    (b) while shouting loudly</w:t>
      </w:r>
      <w:r>
        <w:br/>
      </w:r>
      <w:r>
        <w:t xml:space="preserve">    (c) without drawing attention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2026-07-31T18:30:25Z</dcterms:created>
  <dcterms:modified xsi:type="dcterms:W3CDTF">2026-07-31T18:30:25Z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