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a1b3d7611128149cf327c9799dfe50f24e1851"/>
    <w:p>
      <w:pPr>
        <w:pStyle w:val="Heading1"/>
      </w:pPr>
      <w:r>
        <w:rPr>
          <w:b/>
          <w:bCs/>
        </w:rPr>
        <w:t xml:space="preserve">The Fiend And The Forge</w:t>
      </w:r>
      <w:r>
        <w:br/>
      </w:r>
      <w:r>
        <w:rPr>
          <w:i/>
          <w:iCs/>
        </w:rPr>
        <w:t xml:space="preserve">Henry H. Neff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did not mention anything about a mark," said the man, sounding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aggrieved</w:t>
      </w:r>
      <w:r>
        <w:rPr>
          <w:b/>
          <w:bCs/>
        </w:rPr>
        <w:t xml:space="preserve">.</w:t>
      </w:r>
      <w:r>
        <w:br/>
      </w:r>
      <w:r>
        <w:t xml:space="preserve">    (a) selected (on a computer screen)</w:t>
      </w:r>
      <w:r>
        <w:br/>
      </w:r>
      <w:r>
        <w:t xml:space="preserve">    (b) learned, discovered, or decided</w:t>
      </w:r>
      <w:r>
        <w:br/>
      </w:r>
      <w:r>
        <w:t xml:space="preserve">    (c) felt harmed by unfair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couldn't help scanning the desk,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and his eyes came to rest on a particularly imposing tome.</w:t>
      </w:r>
      <w:r>
        <w:br/>
      </w:r>
      <w:r>
        <w:t xml:space="preserve">    (a) therefore (for that reason)</w:t>
      </w:r>
      <w:r>
        <w:br/>
      </w:r>
      <w:r>
        <w:t xml:space="preserve">    (b)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Tonight, Old Tom's bell shall ring once more to open this school and remind us of our sacred duty to kindle a light—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small—on this beloved earth.</w:t>
      </w:r>
      <w:r>
        <w:br/>
      </w:r>
      <w:r>
        <w:t xml:space="preserve">    (a) people who are good at or spend much time studying, thinking, and reasoning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regardless of 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it, he can reshape the present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he chooses.</w:t>
      </w:r>
      <w:r>
        <w:br/>
      </w:r>
      <w:r>
        <w:t xml:space="preserve">    (a) starts (a fire)</w:t>
      </w:r>
      <w:r>
        <w:br/>
      </w:r>
      <w:r>
        <w:t xml:space="preserve">    (b) starts fighting</w:t>
      </w:r>
      <w:r>
        <w:br/>
      </w:r>
      <w:r>
        <w:t xml:space="preserve">    (c) in whatever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contingent</w:t>
      </w:r>
      <w:r>
        <w:rPr>
          <w:b/>
          <w:bCs/>
        </w:rPr>
        <w:t xml:space="preserve"> </w:t>
      </w:r>
      <w:r>
        <w:rPr>
          <w:b/>
          <w:bCs/>
        </w:rPr>
        <w:t xml:space="preserve">of demons was coming to Rowan, and yet arms were looped and poses were struck while shutters clicked.</w:t>
      </w:r>
      <w:r>
        <w:br/>
      </w:r>
      <w:r>
        <w:t xml:space="preserve">    (a) group</w:t>
      </w:r>
      <w:r>
        <w:br/>
      </w:r>
      <w:r>
        <w:t xml:space="preserve">    (b) a particular understanding or explanation</w:t>
      </w:r>
      <w:r>
        <w:br/>
      </w:r>
      <w:r>
        <w:t xml:space="preserve">    (c) the time during which something continues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assistance with Vyndra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contingent</w:t>
      </w:r>
      <w:r>
        <w:rPr>
          <w:b/>
          <w:bCs/>
        </w:rPr>
        <w:t xml:space="preserve"> </w:t>
      </w:r>
      <w:r>
        <w:rPr>
          <w:b/>
          <w:bCs/>
        </w:rPr>
        <w:t xml:space="preserve">on your becoming my champion.</w:t>
      </w:r>
      <w:r>
        <w:br/>
      </w:r>
      <w:r>
        <w:t xml:space="preserve">    (a) not capable of being better understood through detailed examination</w:t>
      </w:r>
      <w:r>
        <w:br/>
      </w:r>
      <w:r>
        <w:t xml:space="preserve">    (b) dependent</w:t>
      </w:r>
      <w:r>
        <w:br/>
      </w:r>
      <w:r>
        <w:t xml:space="preserve">    (c) clear, easily noticed, and/or identifiable as different or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Julie waved to her family, who were seated at a table with Mr. McDaniels, Hazel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Boon</w:t>
      </w:r>
      <w:r>
        <w:rPr>
          <w:b/>
          <w:bCs/>
        </w:rPr>
        <w:t xml:space="preserve">, Cooper, and the Bristows.</w:t>
      </w:r>
      <w:r>
        <w:br/>
      </w:r>
      <w:r>
        <w:t xml:space="preserve">    (a) a traditional practice or custom</w:t>
      </w:r>
      <w:r>
        <w:br/>
      </w:r>
      <w:r>
        <w:t xml:space="preserve">    (b) something that causes great harm</w:t>
      </w:r>
      <w:r>
        <w:br/>
      </w:r>
      <w:r>
        <w:t xml:space="preserve">    (c) something that is of great benefit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Max did not find the armored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ogres</w:t>
      </w:r>
      <w:r>
        <w:rPr>
          <w:b/>
          <w:bCs/>
        </w:rPr>
        <w:t xml:space="preserve"> </w:t>
      </w:r>
      <w:r>
        <w:rPr>
          <w:b/>
          <w:bCs/>
        </w:rPr>
        <w:t xml:space="preserve">strange, or even the wolfish vyes, whose feral eyes gleamed in the firelight.</w:t>
      </w:r>
      <w:r>
        <w:br/>
      </w:r>
      <w:r>
        <w:t xml:space="preserve">    (a) aka natural rights -- rights that are naturally due because of human nature and the natural condition</w:t>
      </w:r>
      <w:r>
        <w:br/>
      </w:r>
      <w:r>
        <w:t xml:space="preserve">    (b) soccer players who play in the middle third of the field and who assist with both defense and offense</w:t>
      </w:r>
      <w:r>
        <w:br/>
      </w:r>
      <w:r>
        <w:t xml:space="preserve">    (c) a frightening giant from fairy tales, especially one who eats people; or a cruel or terrifying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"Do not trouble yourself, Director," he exclaimed,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beckoning</w:t>
      </w:r>
      <w:r>
        <w:rPr>
          <w:b/>
          <w:bCs/>
        </w:rPr>
        <w:t xml:space="preserve"> </w:t>
      </w:r>
      <w:r>
        <w:rPr>
          <w:b/>
          <w:bCs/>
        </w:rPr>
        <w:t xml:space="preserve">her to rise.</w:t>
      </w:r>
      <w:r>
        <w:br/>
      </w:r>
      <w:r>
        <w:t xml:space="preserve">    (a) signaling (by using a hand gesture or a nod)</w:t>
      </w:r>
      <w:r>
        <w:br/>
      </w:r>
      <w:r>
        <w:t xml:space="preserve">    (b) convincing (someone) that an idea previously believed is not correct</w:t>
      </w:r>
      <w:r>
        <w:br/>
      </w:r>
      <w:r>
        <w:t xml:space="preserve">    (c) providing evidence of something -- especially oral evidence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Seven Sacred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Edicts</w:t>
      </w:r>
      <w:r>
        <w:rPr>
          <w:b/>
          <w:bCs/>
        </w:rPr>
        <w:t xml:space="preserve"> </w:t>
      </w:r>
      <w:r>
        <w:rPr>
          <w:b/>
          <w:bCs/>
        </w:rPr>
        <w:t xml:space="preserve">are all that your people must follow to guarantee our lord's goodwill.</w:t>
      </w:r>
      <w:r>
        <w:br/>
      </w:r>
      <w:r>
        <w:t xml:space="preserve">    (a) geological areas where a river divides before entering a larger body of water</w:t>
      </w:r>
      <w:r>
        <w:br/>
      </w:r>
      <w:r>
        <w:t xml:space="preserve">    (b) an order -- typically a formal proclamation or a legally binding court decree</w:t>
      </w:r>
      <w:r>
        <w:br/>
      </w:r>
      <w:r>
        <w:t xml:space="preserve">    (c) descriptions of unfavorable opinions; or acts of sharing unfavorable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branch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mystic</w:t>
      </w:r>
      <w:r>
        <w:rPr>
          <w:b/>
          <w:bCs/>
        </w:rPr>
        <w:t xml:space="preserve"> </w:t>
      </w:r>
      <w:r>
        <w:rPr>
          <w:b/>
          <w:bCs/>
        </w:rPr>
        <w:t xml:space="preserve">study is hereby ended.</w:t>
      </w:r>
      <w:r>
        <w:br/>
      </w:r>
      <w:r>
        <w:t xml:space="preserve">    (a) a musical play with orchestra in which most of the dialogue is sung (or the art form that consists of such musicals; or describing something as related to that art form)</w:t>
      </w:r>
      <w:r>
        <w:br/>
      </w:r>
      <w:r>
        <w:t xml:space="preserve">    (b)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(c) relating to realities that are outside of scientific understanding and normal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Massachusetts Bay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nothing of note; there were no indications of Boston or of any human habitation whatsoever.</w:t>
      </w:r>
      <w:r>
        <w:br/>
      </w:r>
      <w:r>
        <w:t xml:space="preserve">    (a) was attractive or desirable</w:t>
      </w:r>
      <w:r>
        <w:br/>
      </w:r>
      <w:r>
        <w:t xml:space="preserve">    (b) not wanting to do something</w:t>
      </w:r>
      <w:r>
        <w:br/>
      </w:r>
      <w:r>
        <w:t xml:space="preserve">    (c) produced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to treachery, or, poison, or even Astaroth himself.</w:t>
      </w:r>
      <w:r>
        <w:br/>
      </w:r>
      <w:r>
        <w:t xml:space="preserve">    (a) select (on a computer screen)</w:t>
      </w:r>
      <w:r>
        <w:br/>
      </w:r>
      <w:r>
        <w:t xml:space="preserve">    (b) give in, give way, or give up</w:t>
      </w:r>
      <w:r>
        <w:br/>
      </w:r>
      <w:r>
        <w:t xml:space="preserve">    (c) an involuntary vomiting spasm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Something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profoundly</w:t>
      </w:r>
      <w:r>
        <w:rPr>
          <w:b/>
          <w:bCs/>
        </w:rPr>
        <w:t xml:space="preserve"> </w:t>
      </w:r>
      <w:r>
        <w:rPr>
          <w:b/>
          <w:bCs/>
        </w:rPr>
        <w:t xml:space="preserve">wrong here,</w:t>
      </w:r>
      <w:r>
        <w:br/>
      </w:r>
      <w:r>
        <w:t xml:space="preserve">    (a) with greatest intensity</w:t>
      </w:r>
      <w:r>
        <w:br/>
      </w:r>
      <w:r>
        <w:t xml:space="preserve">    (b) in a manner that is loving, but not sexual</w:t>
      </w:r>
      <w:r>
        <w:br/>
      </w:r>
      <w:r>
        <w:t xml:space="preserve">    (c) in a manner that is not aware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 "This is some of my great wisdom!"</w:t>
      </w:r>
      <w:r>
        <w:br/>
      </w:r>
      <w:r>
        <w:rPr>
          <w:b/>
          <w:bCs/>
        </w:rPr>
        <w:t xml:space="preserve">But Vainamoinen merely smiled and asked his challenger to speak of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things.</w:t>
      </w:r>
      <w:r>
        <w:br/>
      </w:r>
      <w:r>
        <w:t xml:space="preserve">    (a) deep or far-reaching in intellect or consequence</w:t>
      </w:r>
      <w:r>
        <w:br/>
      </w:r>
      <w:r>
        <w:t xml:space="preserve">    (b) foolish or showing ignorance of important circumstances</w:t>
      </w:r>
      <w:r>
        <w:br/>
      </w:r>
      <w:r>
        <w:t xml:space="preserve">    (c) quick or efficient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Max asked, his interest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piqued</w:t>
      </w:r>
      <w:r>
        <w:rPr>
          <w:b/>
          <w:bCs/>
        </w:rPr>
        <w:t xml:space="preserve">.</w:t>
      </w:r>
      <w:r>
        <w:br/>
      </w:r>
      <w:r>
        <w:t xml:space="preserve">    (a) recognized difference</w:t>
      </w:r>
      <w:r>
        <w:br/>
      </w:r>
      <w:r>
        <w:t xml:space="preserve">    (b) marked important text</w:t>
      </w:r>
      <w:r>
        <w:br/>
      </w:r>
      <w:r>
        <w:t xml:space="preserve">    (c) aroused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cannot have you revealing your identity in a fit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pique</w:t>
      </w:r>
      <w:r>
        <w:rPr>
          <w:b/>
          <w:bCs/>
        </w:rPr>
        <w:t xml:space="preserve"> </w:t>
      </w:r>
      <w:r>
        <w:rPr>
          <w:b/>
          <w:bCs/>
        </w:rPr>
        <w:t xml:space="preserve">or spite.</w:t>
      </w:r>
      <w:r>
        <w:br/>
      </w:r>
      <w:r>
        <w:t xml:space="preserve">    (a) an overwhelming amount; or to overwhelm -- especially said of water</w:t>
      </w:r>
      <w:r>
        <w:br/>
      </w:r>
      <w:r>
        <w:t xml:space="preserve">    (b) spend time with; or someone with whom a person spends a lot of time</w:t>
      </w:r>
      <w:r>
        <w:br/>
      </w:r>
      <w:r>
        <w:t xml:space="preserve">    (c) a feeling of resentment or indignation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last subject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of his attention, but Max was disappointed to learn that Nix and Valya's knowledge was hemmed by the Alps and the Apennines.</w:t>
      </w:r>
      <w:r>
        <w:br/>
      </w:r>
      <w:r>
        <w:t xml:space="preserve">    (a) where attention is concentrated</w:t>
      </w:r>
      <w:r>
        <w:br/>
      </w:r>
      <w:r>
        <w:t xml:space="preserve">    (b) the ability to take on or adopt</w:t>
      </w:r>
      <w:r>
        <w:br/>
      </w:r>
      <w:r>
        <w:t xml:space="preserve">    (c) calculating or judging too high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before, the feat required him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every iota of strength and will upon the lethal point of his weapon.</w:t>
      </w:r>
      <w:r>
        <w:br/>
      </w:r>
      <w:r>
        <w:t xml:space="preserve">    (a) make one's home in; or live in; or stay (in a place)</w:t>
      </w:r>
      <w:r>
        <w:br/>
      </w:r>
      <w:r>
        <w:t xml:space="preserve">    (b) a real estate loan; or pledging something for a loan</w:t>
      </w:r>
      <w:r>
        <w:br/>
      </w:r>
      <w:r>
        <w:t xml:space="preserve">    (c) concentrate, or look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these people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languishing</w:t>
      </w:r>
      <w:r>
        <w:rPr>
          <w:b/>
          <w:bCs/>
        </w:rPr>
        <w:t xml:space="preserve"> </w:t>
      </w:r>
      <w:r>
        <w:rPr>
          <w:b/>
          <w:bCs/>
        </w:rPr>
        <w:t xml:space="preserve">in filth, praying for the 'Great Prusias' to stop and make their fortune.</w:t>
      </w:r>
      <w:r>
        <w:br/>
      </w:r>
      <w:r>
        <w:t xml:space="preserve">    (a) emphasizing (drawing attention to something)</w:t>
      </w:r>
      <w:r>
        <w:br/>
      </w:r>
      <w:r>
        <w:t xml:space="preserve">    (b) suffering in a bad situation for a long time</w:t>
      </w:r>
      <w:r>
        <w:br/>
      </w:r>
      <w:r>
        <w:t xml:space="preserve">    (c) a non-doctor assisting a women in childbirth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2026-07-31T18:30:25Z</dcterms:created>
  <dcterms:modified xsi:type="dcterms:W3CDTF">2026-07-31T18:30:25Z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