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f3355fb118ffc9251a0d95b55c4c3cbc498f19"/>
    <w:p>
      <w:pPr>
        <w:pStyle w:val="Heading1"/>
      </w:pPr>
      <w:r>
        <w:rPr>
          <w:b/>
          <w:bCs/>
        </w:rPr>
        <w:t xml:space="preserve">The Fellowship of the Ring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statistical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is published each year.</w:t>
      </w:r>
      <w:r>
        <w:br/>
      </w:r>
      <w:r>
        <w:t xml:space="preserve">    (a) summary</w:t>
      </w:r>
      <w:r>
        <w:br/>
      </w:r>
      <w:r>
        <w:t xml:space="preserve">    (b) another way of looking at something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composes and shares poems about important events and people</w:t>
      </w:r>
      <w:r>
        <w:br/>
      </w:r>
      <w:r>
        <w:t xml:space="preserve">    (b) someone who knows everything about everyone</w:t>
      </w:r>
      <w:r>
        <w:br/>
      </w:r>
      <w:r>
        <w:t xml:space="preserve">    (c) someone who protects the weak and delivers justice to those who are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Helicopters dropped food and medicine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 </w:t>
      </w:r>
      <w:r>
        <w:rPr>
          <w:b/>
          <w:bCs/>
        </w:rPr>
        <w:t xml:space="preserve">city.</w:t>
      </w:r>
      <w:r>
        <w:br/>
      </w:r>
      <w:r>
        <w:t xml:space="preserve">    (a) flooded</w:t>
      </w:r>
      <w:r>
        <w:br/>
      </w:r>
      <w:r>
        <w:t xml:space="preserve">    (b) surrounded</w:t>
      </w:r>
      <w:r>
        <w:br/>
      </w:r>
      <w:r>
        <w:t xml:space="preserve">    (c) hungry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labeled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conspirator</w:t>
      </w:r>
      <w:r>
        <w:rPr>
          <w:b/>
          <w:bCs/>
        </w:rPr>
        <w:t xml:space="preserve"> </w:t>
      </w:r>
      <w:r>
        <w:rPr>
          <w:b/>
          <w:bCs/>
        </w:rPr>
        <w:t xml:space="preserve">after leaked documents revealed her involvement in the plan.</w:t>
      </w:r>
      <w:r>
        <w:br/>
      </w:r>
      <w:r>
        <w:t xml:space="preserve">    (a) observer of a public event</w:t>
      </w:r>
      <w:r>
        <w:br/>
      </w:r>
      <w:r>
        <w:t xml:space="preserve">    (b) critic of a literary work</w:t>
      </w:r>
      <w:r>
        <w:br/>
      </w:r>
      <w:r>
        <w:t xml:space="preserve">    (c) member of a secret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filled</w:t>
      </w:r>
      <w:r>
        <w:br/>
      </w:r>
      <w:r>
        <w:t xml:space="preserve">    (b) followed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raised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frugal</w:t>
      </w:r>
      <w:r>
        <w:rPr>
          <w:b/>
          <w:bCs/>
        </w:rPr>
        <w:t xml:space="preserve"> </w:t>
      </w:r>
      <w:r>
        <w:rPr>
          <w:b/>
          <w:bCs/>
        </w:rPr>
        <w:t xml:space="preserve">habits and always orders tap water to drink at a restaurant.</w:t>
      </w:r>
      <w:r>
        <w:br/>
      </w:r>
      <w:r>
        <w:t xml:space="preserve">    (a) environmentally-conscious</w:t>
      </w:r>
      <w:r>
        <w:br/>
      </w:r>
      <w:r>
        <w:t xml:space="preserve">    (b) money-saving</w:t>
      </w:r>
      <w:r>
        <w:br/>
      </w:r>
      <w:r>
        <w:t xml:space="preserve">    (c) health-promoting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researcher is utilizing a database that combines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genealogy</w:t>
      </w:r>
      <w:r>
        <w:rPr>
          <w:b/>
          <w:bCs/>
        </w:rPr>
        <w:t xml:space="preserve"> </w:t>
      </w:r>
      <w:r>
        <w:rPr>
          <w:b/>
          <w:bCs/>
        </w:rPr>
        <w:t xml:space="preserve">records with vital statistics including cause-of-death.</w:t>
      </w:r>
      <w:r>
        <w:br/>
      </w:r>
      <w:r>
        <w:t xml:space="preserve">    (a) family history</w:t>
      </w:r>
      <w:r>
        <w:br/>
      </w:r>
      <w:r>
        <w:t xml:space="preserve">    (b) blood test</w:t>
      </w:r>
      <w:r>
        <w:br/>
      </w:r>
      <w:r>
        <w:t xml:space="preserve">    (c) medical information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curtain softened the sunlight in the room.</w:t>
      </w:r>
      <w:r>
        <w:br/>
      </w:r>
      <w:r>
        <w:t xml:space="preserve">    (a) thick and heavy</w:t>
      </w:r>
      <w:r>
        <w:br/>
      </w:r>
      <w:r>
        <w:t xml:space="preserve">    (b) brightly colored</w:t>
      </w:r>
      <w:r>
        <w:br/>
      </w:r>
      <w:r>
        <w:t xml:space="preserve">    (c) thin and delicate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hoary</w:t>
      </w:r>
      <w:r>
        <w:rPr>
          <w:b/>
          <w:bCs/>
        </w:rPr>
        <w:t xml:space="preserve"> </w:t>
      </w:r>
      <w:r>
        <w:rPr>
          <w:b/>
          <w:bCs/>
        </w:rPr>
        <w:t xml:space="preserve">stems of the thistle plant were prickly and tough, their whitish hairs providing a stark contrast to the vibrant purple flowers.</w:t>
      </w:r>
      <w:r>
        <w:br/>
      </w:r>
      <w:r>
        <w:t xml:space="preserve">    (a) thick and segmented</w:t>
      </w:r>
      <w:r>
        <w:br/>
      </w:r>
      <w:r>
        <w:t xml:space="preserve">    (b) having dark-colored thorns</w:t>
      </w:r>
      <w:r>
        <w:br/>
      </w:r>
      <w:r>
        <w:t xml:space="preserve">    (c) covered with grayish or whitish hairs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foreign phrase</w:t>
      </w:r>
      <w:r>
        <w:br/>
      </w:r>
      <w:r>
        <w:t xml:space="preserve">    (b) common saying</w:t>
      </w:r>
      <w:r>
        <w:br/>
      </w:r>
      <w:r>
        <w:t xml:space="preserve">    (c) magic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easy to count</w:t>
      </w:r>
      <w:r>
        <w:br/>
      </w:r>
      <w:r>
        <w:t xml:space="preserve">    (c) too many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lengthy legal battle, the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levied</w:t>
      </w:r>
      <w:r>
        <w:rPr>
          <w:b/>
          <w:bCs/>
        </w:rPr>
        <w:t xml:space="preserve"> </w:t>
      </w:r>
      <w:r>
        <w:rPr>
          <w:b/>
          <w:bCs/>
        </w:rPr>
        <w:t xml:space="preserve">a substantial fine against the defendant.</w:t>
      </w:r>
      <w:r>
        <w:br/>
      </w:r>
      <w:r>
        <w:t xml:space="preserve">    (a) canceled payment</w:t>
      </w:r>
      <w:r>
        <w:br/>
      </w:r>
      <w:r>
        <w:t xml:space="preserve">    (b) returned payment</w:t>
      </w:r>
      <w:r>
        <w:br/>
      </w:r>
      <w:r>
        <w:t xml:space="preserve">    (c) demanded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reluctant</w:t>
      </w:r>
      <w:r>
        <w:br/>
      </w:r>
      <w:r>
        <w:t xml:space="preserve">    (b) are eager</w:t>
      </w:r>
      <w:r>
        <w:br/>
      </w:r>
      <w:r>
        <w:t xml:space="preserve">    (c) are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Barbless hooks are much easier to remove from the fish (and the person fishing, in the event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).</w:t>
      </w:r>
      <w:r>
        <w:br/>
      </w:r>
      <w:r>
        <w:t xml:space="preserve">    (a) minor accident</w:t>
      </w:r>
      <w:r>
        <w:br/>
      </w:r>
      <w:r>
        <w:t xml:space="preserve">    (b) violent argument</w:t>
      </w:r>
      <w:r>
        <w:br/>
      </w:r>
      <w:r>
        <w:t xml:space="preserve">    (c) reversal of fortunes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logically compelling</w:t>
      </w:r>
      <w:r>
        <w:br/>
      </w:r>
      <w:r>
        <w:t xml:space="preserve">    (b) long</w:t>
      </w:r>
      <w:r>
        <w:br/>
      </w:r>
      <w:r>
        <w:t xml:space="preserve">    (c) arousing deep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charmed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farmhouse with its weathered shingles and surrounding wildflowers.</w:t>
      </w:r>
      <w:r>
        <w:br/>
      </w:r>
      <w:r>
        <w:t xml:space="preserve">    (a) simple</w:t>
      </w:r>
      <w:r>
        <w:br/>
      </w:r>
      <w:r>
        <w:t xml:space="preserve">    (b) elaborate</w:t>
      </w:r>
      <w:r>
        <w:br/>
      </w:r>
      <w:r>
        <w:t xml:space="preserve">    (c) fancy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as a gymnast.</w:t>
      </w:r>
      <w:r>
        <w:br/>
      </w:r>
      <w:r>
        <w:t xml:space="preserve">    (a) moves and bends easily</w:t>
      </w:r>
      <w:r>
        <w:br/>
      </w:r>
      <w:r>
        <w:t xml:space="preserve">    (b) hard working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rude or unpleasant</w:t>
      </w:r>
      <w:r>
        <w:br/>
      </w:r>
      <w:r>
        <w:t xml:space="preserve">    (b) not bathed</w:t>
      </w:r>
      <w:r>
        <w:br/>
      </w:r>
      <w:r>
        <w:t xml:space="preserve">    (c) drunken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large and successful</w:t>
      </w:r>
      <w:r>
        <w:br/>
      </w:r>
      <w:r>
        <w:t xml:space="preserve">    (b) long respected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spy upon</w:t>
      </w:r>
      <w:r>
        <w:br/>
      </w:r>
      <w:r>
        <w:t xml:space="preserve">    (c) stop unexpectedly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2026-07-31T15:16:13Z</dcterms:created>
  <dcterms:modified xsi:type="dcterms:W3CDTF">2026-07-31T15:16:13Z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