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8fa4a8d1a78f4e24c1a5f303bb2ca63a528ebe"/>
    <w:p>
      <w:pPr>
        <w:pStyle w:val="Heading1"/>
      </w:pPr>
      <w:r>
        <w:rPr>
          <w:b/>
          <w:bCs/>
        </w:rPr>
        <w:t xml:space="preserve">The Fellowship of the Ring</w:t>
      </w:r>
      <w:r>
        <w:br/>
      </w:r>
      <w:r>
        <w:rPr>
          <w:i/>
          <w:iCs/>
        </w:rPr>
        <w:t xml:space="preserve">J. R. R. Tolkien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of their earlier settlements had long disappeared and been forgotten in Bilbo's time; but one of the first to become important still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endured</w:t>
      </w:r>
      <w:r>
        <w:rPr>
          <w:b/>
          <w:bCs/>
        </w:rPr>
        <w:t xml:space="preserve">, though reduced in size;</w:t>
      </w:r>
      <w:r>
        <w:br/>
      </w:r>
      <w:r>
        <w:t xml:space="preserve">    (a) continued to exist</w:t>
      </w:r>
      <w:r>
        <w:br/>
      </w:r>
      <w:r>
        <w:t xml:space="preserve">    (b) previously created</w:t>
      </w:r>
      <w:r>
        <w:br/>
      </w:r>
      <w:r>
        <w:t xml:space="preserve">    (c) took on or adopted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had marched as far as the hobbits could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</w:t>
      </w:r>
      <w:r>
        <w:rPr>
          <w:b/>
          <w:bCs/>
        </w:rPr>
        <w:t xml:space="preserve"> </w:t>
      </w:r>
      <w:r>
        <w:rPr>
          <w:b/>
          <w:bCs/>
        </w:rPr>
        <w:t xml:space="preserve">without a rest,</w:t>
      </w:r>
      <w:r>
        <w:br/>
      </w:r>
      <w:r>
        <w:t xml:space="preserve">    (a) call -- typically to come nearer by using a hand gesture or a nod</w:t>
      </w:r>
      <w:r>
        <w:br/>
      </w:r>
      <w:r>
        <w:t xml:space="preserve">    (b) communication through gestures and body movements (without words)</w:t>
      </w:r>
      <w:r>
        <w:br/>
      </w:r>
      <w:r>
        <w:t xml:space="preserve">    (c) suffer through (or continue with something difficult)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Took family was still, indeed,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accorded</w:t>
      </w:r>
      <w:r>
        <w:rPr>
          <w:b/>
          <w:bCs/>
        </w:rPr>
        <w:t xml:space="preserve"> </w:t>
      </w:r>
      <w:r>
        <w:rPr>
          <w:b/>
          <w:bCs/>
        </w:rPr>
        <w:t xml:space="preserve">a special respect, for it remained both numerous and exceedingly wealthy, and was liable to produce in every generation strong characters of peculiar habits and even adventurous temperament.</w:t>
      </w:r>
      <w:r>
        <w:br/>
      </w:r>
      <w:r>
        <w:t xml:space="preserve">    (a) giving special treatment</w:t>
      </w:r>
      <w:r>
        <w:br/>
      </w:r>
      <w:r>
        <w:t xml:space="preserve">    (b) found, sought, or researched</w:t>
      </w:r>
      <w:r>
        <w:br/>
      </w:r>
      <w:r>
        <w:t xml:space="preserve">    (c) not judged in a negative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gate seemed to open of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own accord</w:t>
      </w:r>
      <w:r>
        <w:br/>
      </w:r>
      <w:r>
        <w:t xml:space="preserve">    (a) the achievement of 3 positive feats in a sport</w:t>
      </w:r>
      <w:r>
        <w:br/>
      </w:r>
      <w:r>
        <w:t xml:space="preserve">    (b) own mind -- voluntarily (without anyone asking)</w:t>
      </w:r>
      <w:r>
        <w:br/>
      </w:r>
      <w:r>
        <w:t xml:space="preserve">    (c) tropical viral disease transmitted by a mosquito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Thain's Book was thus the first copy made of the Red Book and contained much that was later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omitted</w:t>
      </w:r>
      <w:r>
        <w:rPr>
          <w:b/>
          <w:bCs/>
        </w:rPr>
        <w:t xml:space="preserve"> </w:t>
      </w:r>
      <w:r>
        <w:rPr>
          <w:b/>
          <w:bCs/>
        </w:rPr>
        <w:t xml:space="preserve">or lost.</w:t>
      </w:r>
      <w:r>
        <w:br/>
      </w:r>
      <w:r>
        <w:t xml:space="preserve">    (a) took up or received into heaven</w:t>
      </w:r>
      <w:r>
        <w:br/>
      </w:r>
      <w:r>
        <w:t xml:space="preserve">    (b) to exclude or neglect something</w:t>
      </w:r>
      <w:r>
        <w:br/>
      </w:r>
      <w:r>
        <w:t xml:space="preserve">    (c) learned, discovered, or decided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hindered</w:t>
      </w:r>
      <w:r>
        <w:rPr>
          <w:b/>
          <w:bCs/>
        </w:rPr>
        <w:t xml:space="preserve"> </w:t>
      </w:r>
      <w:r>
        <w:rPr>
          <w:b/>
          <w:bCs/>
        </w:rPr>
        <w:t xml:space="preserve">them; for the grass was thick and tussocky, and the ground uneven, and the trees began to draw together into thickets.</w:t>
      </w:r>
      <w:r>
        <w:br/>
      </w:r>
      <w:r>
        <w:t xml:space="preserve">    (a) slowed down or caused problems for</w:t>
      </w:r>
      <w:r>
        <w:br/>
      </w:r>
      <w:r>
        <w:t xml:space="preserve">    (b) not provided with investment funds</w:t>
      </w:r>
      <w:r>
        <w:br/>
      </w:r>
      <w:r>
        <w:t xml:space="preserve">    (c) not interacting; or not interested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are Exiles, and most of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kindred</w:t>
      </w:r>
      <w:r>
        <w:rPr>
          <w:b/>
          <w:bCs/>
        </w:rPr>
        <w:t xml:space="preserve"> </w:t>
      </w:r>
      <w:r>
        <w:rPr>
          <w:b/>
          <w:bCs/>
        </w:rPr>
        <w:t xml:space="preserve">have long ago departed and we too are now only tarrying here a while, ere we return over the Great Sea.</w:t>
      </w:r>
      <w:r>
        <w:br/>
      </w:r>
      <w:r>
        <w:t xml:space="preserve">    (a) aka natural right -- a right that is naturally due because of human nature and the natural condition</w:t>
      </w:r>
      <w:r>
        <w:br/>
      </w:r>
      <w:r>
        <w:t xml:space="preserve">    (b) similar in quality or character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closely related -- such as family or things with shared origin</w:t>
      </w:r>
      <w:r>
        <w:br/>
      </w:r>
      <w:r>
        <w:t xml:space="preserve">    (c) a powerful stimulant drug that increases activity in the brain and nervous system -- often addictive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 not know the reason for your flight, and therefore I do not know by what means your pursuers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assail</w:t>
      </w:r>
      <w:r>
        <w:rPr>
          <w:b/>
          <w:bCs/>
        </w:rPr>
        <w:t xml:space="preserve"> </w:t>
      </w:r>
      <w:r>
        <w:rPr>
          <w:b/>
          <w:bCs/>
        </w:rPr>
        <w:t xml:space="preserve">you.</w:t>
      </w:r>
      <w:r>
        <w:br/>
      </w:r>
      <w:r>
        <w:t xml:space="preserve">    (a) to attack or cause trouble</w:t>
      </w:r>
      <w:r>
        <w:br/>
      </w:r>
      <w:r>
        <w:t xml:space="preserve">    (b) hire again or occupy again</w:t>
      </w:r>
      <w:r>
        <w:br/>
      </w:r>
      <w:r>
        <w:t xml:space="preserve">    (c) learn, discover, or decide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seemed to Frodo that he was lifted up, and passing over he saw that the rock-wall was a circle of hills, and that within it was a plain, and in the midst of the plain stood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pinnacle</w:t>
      </w:r>
      <w:r>
        <w:rPr>
          <w:b/>
          <w:bCs/>
        </w:rPr>
        <w:t xml:space="preserve"> </w:t>
      </w:r>
      <w:r>
        <w:rPr>
          <w:b/>
          <w:bCs/>
        </w:rPr>
        <w:t xml:space="preserve">of stone, like a vast tower but not made by hands.</w:t>
      </w:r>
      <w:r>
        <w:br/>
      </w:r>
      <w:r>
        <w:t xml:space="preserve">    (a) high tower</w:t>
      </w:r>
      <w:r>
        <w:br/>
      </w:r>
      <w:r>
        <w:t xml:space="preserve">    (b) to corrupt or seduce from virtue, duty, or allegiance  OR  excessive drinking, casual sex, and/or drug abuse while partying</w:t>
      </w:r>
      <w:r>
        <w:br/>
      </w:r>
      <w:r>
        <w:t xml:space="preserve">    (c) remove or suppress anything considered obscene, immoral, or politically unacceptable  OR  a person who does such suppression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that is gold does not glitter,</w:t>
      </w:r>
      <w:r>
        <w:br/>
      </w:r>
      <w:r>
        <w:rPr>
          <w:b/>
          <w:bCs/>
        </w:rPr>
        <w:t xml:space="preserve">Not all those who wander are lost;</w:t>
      </w:r>
      <w:r>
        <w:br/>
      </w:r>
      <w:r>
        <w:rPr>
          <w:b/>
          <w:bCs/>
        </w:rPr>
        <w:t xml:space="preserve">The old that is strong does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wither</w:t>
      </w:r>
      <w:r>
        <w:rPr>
          <w:b/>
          <w:bCs/>
        </w:rPr>
        <w:t xml:space="preserve">,</w:t>
      </w:r>
      <w:r>
        <w:br/>
      </w:r>
      <w:r>
        <w:rPr>
          <w:b/>
          <w:bCs/>
        </w:rPr>
        <w:t xml:space="preserve">Deep roots are not reached by the frost.</w:t>
      </w:r>
      <w:r>
        <w:br/>
      </w:r>
      <w:r>
        <w:t xml:space="preserve">    (a) restart (a fire)</w:t>
      </w:r>
      <w:r>
        <w:br/>
      </w:r>
      <w:r>
        <w:t xml:space="preserve">    (b) weaken</w:t>
      </w:r>
      <w:r>
        <w:br/>
      </w:r>
      <w:r>
        <w:t xml:space="preserve">    (c) started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opened his pouch and drew out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withered</w:t>
      </w:r>
      <w:r>
        <w:rPr>
          <w:b/>
          <w:bCs/>
        </w:rPr>
        <w:t xml:space="preserve"> </w:t>
      </w:r>
      <w:r>
        <w:rPr>
          <w:b/>
          <w:bCs/>
        </w:rPr>
        <w:t xml:space="preserve">leaves.</w:t>
      </w:r>
      <w:r>
        <w:br/>
      </w:r>
      <w:r>
        <w:t xml:space="preserve">    (a) not accepted as true</w:t>
      </w:r>
      <w:r>
        <w:br/>
      </w:r>
      <w:r>
        <w:t xml:space="preserve">    (b) shriveled (wilted, dried up)</w:t>
      </w:r>
      <w:r>
        <w:br/>
      </w:r>
      <w:r>
        <w:t xml:space="preserve">    (c) began fighting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Slowly they crawled up to the edge of the ring again, and peered through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cleft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two jagged stones.</w:t>
      </w:r>
      <w:r>
        <w:br/>
      </w:r>
      <w:r>
        <w:t xml:space="preserve">    (a) opening</w:t>
      </w:r>
      <w:r>
        <w:br/>
      </w:r>
      <w:r>
        <w:t xml:space="preserve">    (b) not recognizable as different</w:t>
      </w:r>
      <w:r>
        <w:br/>
      </w:r>
      <w:r>
        <w:t xml:space="preserve">    (c) not mirroring back (an image)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felt his tongue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cleave</w:t>
      </w:r>
      <w:r>
        <w:rPr>
          <w:b/>
          <w:bCs/>
        </w:rPr>
        <w:t xml:space="preserve"> </w:t>
      </w:r>
      <w:r>
        <w:rPr>
          <w:b/>
          <w:bCs/>
        </w:rPr>
        <w:t xml:space="preserve">to his mouth, and his heart labouring.</w:t>
      </w:r>
      <w:r>
        <w:br/>
      </w:r>
      <w:r>
        <w:t xml:space="preserve">    (a) begin again</w:t>
      </w:r>
      <w:r>
        <w:br/>
      </w:r>
      <w:r>
        <w:t xml:space="preserve">    (b) hold firmly</w:t>
      </w:r>
      <w:r>
        <w:br/>
      </w:r>
      <w:r>
        <w:t xml:space="preserve">    (c) bounce back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!' said Strider.</w:t>
      </w:r>
      <w:r>
        <w:br/>
      </w:r>
      <w:r>
        <w:t xml:space="preserve">    (a) notable difference</w:t>
      </w:r>
      <w:r>
        <w:br/>
      </w:r>
      <w:r>
        <w:t xml:space="preserve">    (b) come to terms with</w:t>
      </w:r>
      <w:r>
        <w:br/>
      </w:r>
      <w:r>
        <w:t xml:space="preserve">    (c) give up hope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 </w:t>
      </w:r>
      <w:r>
        <w:rPr>
          <w:b/>
          <w:bCs/>
        </w:rPr>
        <w:t xml:space="preserve">is only for those who see the end beyond all doubt.</w:t>
      </w:r>
      <w:r>
        <w:br/>
      </w:r>
      <w:r>
        <w:t xml:space="preserve">    (a) hopelessness</w:t>
      </w:r>
      <w:r>
        <w:br/>
      </w:r>
      <w:r>
        <w:t xml:space="preserve">    (b) not creating disagreement or struggle</w:t>
      </w:r>
      <w:r>
        <w:br/>
      </w:r>
      <w:r>
        <w:t xml:space="preserve">    (c) adjusts a lens to make an image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...and I came at long last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dwelling</w:t>
      </w:r>
      <w:r>
        <w:rPr>
          <w:b/>
          <w:bCs/>
        </w:rPr>
        <w:t xml:space="preserve"> </w:t>
      </w:r>
      <w:r>
        <w:rPr>
          <w:b/>
          <w:bCs/>
        </w:rPr>
        <w:t xml:space="preserve">of Saruman.</w:t>
      </w:r>
      <w:r>
        <w:br/>
      </w:r>
      <w:r>
        <w:t xml:space="preserve">    (a) home (or place in which someone lives)</w:t>
      </w:r>
      <w:r>
        <w:br/>
      </w:r>
      <w:r>
        <w:t xml:space="preserve">    (b) island (that is made of a coral reef)</w:t>
      </w:r>
      <w:r>
        <w:br/>
      </w:r>
      <w:r>
        <w:t xml:space="preserve">    (c) dense, rainy forest with many species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</w:t>
      </w:r>
      <w:r>
        <w:rPr>
          <w:b/>
          <w:bCs/>
          <w:u w:val="single"/>
        </w:rPr>
        <w:t xml:space="preserve">dwelling</w:t>
      </w:r>
      <w:r>
        <w:rPr>
          <w:b/>
          <w:bCs/>
        </w:rPr>
        <w:t xml:space="preserve"> </w:t>
      </w:r>
      <w:r>
        <w:rPr>
          <w:b/>
          <w:bCs/>
        </w:rPr>
        <w:t xml:space="preserve">still in the lands that we gave them long ago...</w:t>
      </w:r>
      <w:r>
        <w:br/>
      </w:r>
      <w:r>
        <w:t xml:space="preserve">    (a) adjusting something to provide for a need; or being helpful</w:t>
      </w:r>
      <w:r>
        <w:br/>
      </w:r>
      <w:r>
        <w:t xml:space="preserve">    (b) living (or making their home in)</w:t>
      </w:r>
      <w:r>
        <w:br/>
      </w:r>
      <w:r>
        <w:t xml:space="preserve">    (c) heating beyond the temperature where state normally changes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his left hand he held up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glimmering</w:t>
      </w:r>
      <w:r>
        <w:rPr>
          <w:b/>
          <w:bCs/>
        </w:rPr>
        <w:t xml:space="preserve"> </w:t>
      </w:r>
      <w:r>
        <w:rPr>
          <w:b/>
          <w:bCs/>
        </w:rPr>
        <w:t xml:space="preserve">staff, the light of which just showed the ground before his feet;</w:t>
      </w:r>
      <w:r>
        <w:br/>
      </w:r>
      <w:r>
        <w:t xml:space="preserve">    (a) making strips of hair lighter in color</w:t>
      </w:r>
      <w:r>
        <w:br/>
      </w:r>
      <w:r>
        <w:t xml:space="preserve">    (b) requiring (obligating) to do something</w:t>
      </w:r>
      <w:r>
        <w:br/>
      </w:r>
      <w:r>
        <w:t xml:space="preserve">    (c) shining (with a dim or wavering light)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Here let us hope that the virtue of the Elves will keep us tonight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</w:t>
      </w:r>
      <w:r>
        <w:rPr>
          <w:b/>
          <w:bCs/>
        </w:rPr>
        <w:t xml:space="preserve"> </w:t>
      </w:r>
      <w:r>
        <w:rPr>
          <w:b/>
          <w:bCs/>
        </w:rPr>
        <w:t xml:space="preserve">that comes behind.</w:t>
      </w:r>
      <w:r>
        <w:br/>
      </w:r>
      <w:r>
        <w:t xml:space="preserve">    (a) useful</w:t>
      </w:r>
      <w:r>
        <w:br/>
      </w:r>
      <w:r>
        <w:t xml:space="preserve">    (b) allows</w:t>
      </w:r>
      <w:r>
        <w:br/>
      </w:r>
      <w:r>
        <w:t xml:space="preserve">    (c) danger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</w:t>
      </w:r>
      <w:r>
        <w:rPr>
          <w:b/>
          <w:bCs/>
          <w:u w:val="single"/>
        </w:rPr>
        <w:t xml:space="preserve">heed</w:t>
      </w:r>
      <w:r>
        <w:rPr>
          <w:b/>
          <w:bCs/>
        </w:rPr>
        <w:t xml:space="preserve"> </w:t>
      </w:r>
      <w:r>
        <w:rPr>
          <w:b/>
          <w:bCs/>
        </w:rPr>
        <w:t xml:space="preserve">the words!" said the other Elves.</w:t>
      </w:r>
      <w:r>
        <w:br/>
      </w:r>
      <w:r>
        <w:t xml:space="preserve">    (a) adjusted excessively or made up for excessively</w:t>
      </w:r>
      <w:r>
        <w:br/>
      </w:r>
      <w:r>
        <w:t xml:space="preserve">    (b) a non-doctor who assisted a women in childbirth</w:t>
      </w:r>
      <w:r>
        <w:br/>
      </w:r>
      <w:r>
        <w:t xml:space="preserve">    (c) pay close attention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2026-07-31T15:16:13Z</dcterms:created>
  <dcterms:modified xsi:type="dcterms:W3CDTF">2026-07-31T15:16:13Z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