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81e46bb5e59240ecb8169081852b34843451e5"/>
    <w:p>
      <w:pPr>
        <w:pStyle w:val="Heading1"/>
      </w:pPr>
      <w:r>
        <w:rPr>
          <w:b/>
          <w:bCs/>
        </w:rPr>
        <w:t xml:space="preserve">The Fellowship of the Ring</w:t>
      </w:r>
      <w:r>
        <w:br/>
      </w:r>
      <w:r>
        <w:rPr>
          <w:i/>
          <w:iCs/>
        </w:rPr>
        <w:t xml:space="preserve">J. R. R. Tolkien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drew long and elaborate family-trees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branches.</w:t>
      </w:r>
      <w:r>
        <w:br/>
      </w:r>
      <w:r>
        <w:t xml:space="preserve">    (a) able to meet and talk with</w:t>
      </w:r>
      <w:r>
        <w:br/>
      </w:r>
      <w:r>
        <w:t xml:space="preserve">    (b) the quality of disagreeing</w:t>
      </w:r>
      <w:r>
        <w:br/>
      </w:r>
      <w:r>
        <w:t xml:space="preserve">    (c) too numerous to be counted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genealogical</w:t>
      </w:r>
      <w:r>
        <w:rPr>
          <w:b/>
          <w:bCs/>
        </w:rPr>
        <w:t xml:space="preserve"> </w:t>
      </w:r>
      <w:r>
        <w:rPr>
          <w:b/>
          <w:bCs/>
        </w:rPr>
        <w:t xml:space="preserve">trees at the end of the Red Book of Westmarch are a small book in themselves, and all but Hobbits would find them exceedingly dull.</w:t>
      </w:r>
      <w:r>
        <w:br/>
      </w:r>
      <w:r>
        <w:t xml:space="preserve">    (a) the state or degree of being very large</w:t>
      </w:r>
      <w:r>
        <w:br/>
      </w:r>
      <w:r>
        <w:t xml:space="preserve">    (b) related to family ancestry or its study</w:t>
      </w:r>
      <w:r>
        <w:br/>
      </w:r>
      <w:r>
        <w:t xml:space="preserve">    (c) meticulousness (care for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Evidently it still appeared in the original Red Book, as it did in several of the copies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abstracts</w:t>
      </w:r>
      <w:r>
        <w:rPr>
          <w:b/>
          <w:bCs/>
        </w:rPr>
        <w:t xml:space="preserve">.</w:t>
      </w:r>
      <w:r>
        <w:br/>
      </w:r>
      <w:r>
        <w:t xml:space="preserve">    (a) summaries</w:t>
      </w:r>
      <w:r>
        <w:br/>
      </w:r>
      <w:r>
        <w:t xml:space="preserve">    (b) disagrees</w:t>
      </w:r>
      <w:r>
        <w:br/>
      </w:r>
      <w:r>
        <w:t xml:space="preserve">    (c) subtracts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Sam Gamgee was sitting in one corner near the fire, and opposite him was Ted Sandyman, the miller's son; and there were various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hobbits listening to their talk.</w:t>
      </w:r>
      <w:r>
        <w:br/>
      </w:r>
      <w:r>
        <w:t xml:space="preserve">    (a) characteristic of rural life; simple without refined touches</w:t>
      </w:r>
      <w:r>
        <w:br/>
      </w:r>
      <w:r>
        <w:t xml:space="preserve">    (b) the state of not being in danger of suffering from something</w:t>
      </w:r>
      <w:r>
        <w:br/>
      </w:r>
      <w:r>
        <w:t xml:space="preserve">    (c) tile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Isildur was marching north along the east banks of the River, and near the Gladden Fields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waylaid</w:t>
      </w:r>
      <w:r>
        <w:rPr>
          <w:b/>
          <w:bCs/>
        </w:rPr>
        <w:t xml:space="preserve"> </w:t>
      </w:r>
      <w:r>
        <w:rPr>
          <w:b/>
          <w:bCs/>
        </w:rPr>
        <w:t xml:space="preserve">by the Orcs of the Mountains, and almost all his folk were slain.</w:t>
      </w:r>
      <w:r>
        <w:br/>
      </w:r>
      <w:r>
        <w:t xml:space="preserve">    (a) the state or character of being absolutely sure of something</w:t>
      </w:r>
      <w:r>
        <w:br/>
      </w:r>
      <w:r>
        <w:t xml:space="preserve">    (b) to stop someone unexpectedly -- usually to attack or to talk</w:t>
      </w:r>
      <w:r>
        <w:br/>
      </w:r>
      <w:r>
        <w:t xml:space="preserve">    (c) to again think carefully and make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secret won't keep for long, of course; but at present it is, I think, only known to 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conspirators</w:t>
      </w:r>
      <w:r>
        <w:rPr>
          <w:b/>
          <w:bCs/>
        </w:rPr>
        <w:t xml:space="preserve">.</w:t>
      </w:r>
      <w:r>
        <w:br/>
      </w:r>
      <w:r>
        <w:t xml:space="preserve">    (a) things that affect a result or outcome</w:t>
      </w:r>
      <w:r>
        <w:br/>
      </w:r>
      <w:r>
        <w:t xml:space="preserve">    (b) People who are of lower rank or status</w:t>
      </w:r>
      <w:r>
        <w:br/>
      </w:r>
      <w:r>
        <w:t xml:space="preserve">    (c) participants involved in a secret plot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lifted his heavy eyes and saw leaning over him a huge willow-tree, old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hoary</w:t>
      </w:r>
      <w:r>
        <w:rPr>
          <w:b/>
          <w:bCs/>
        </w:rPr>
        <w:t xml:space="preserve">.</w:t>
      </w:r>
      <w:r>
        <w:br/>
      </w:r>
      <w:r>
        <w:t xml:space="preserve">    (a) not bouncing back light/heat/sound...</w:t>
      </w:r>
      <w:r>
        <w:br/>
      </w:r>
      <w:r>
        <w:t xml:space="preserve">    (b) a type with fine grayish or whitish hairs on the leaves</w:t>
      </w:r>
      <w:r>
        <w:br/>
      </w:r>
      <w:r>
        <w:t xml:space="preserve">    (c) not creating disagreement or struggle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 Frodo felt as if he had indeed been turned into stone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.</w:t>
      </w:r>
      <w:r>
        <w:br/>
      </w:r>
      <w:r>
        <w:t xml:space="preserve">    (a) the act or process of stopping something from happening</w:t>
      </w:r>
      <w:r>
        <w:br/>
      </w:r>
      <w:r>
        <w:t xml:space="preserve">    (b) words believed to have a magical effect when said aloud</w:t>
      </w:r>
      <w:r>
        <w:br/>
      </w:r>
      <w:r>
        <w:t xml:space="preserve">    (c) a period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legs were stretched out before him, showing high boots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leather that fitted him well, but had seen much wear and were now caked with mud.</w:t>
      </w:r>
      <w:r>
        <w:br/>
      </w:r>
      <w:r>
        <w:t xml:space="preserve">    (a) moving and bending easily -- sometimes used figuratively to indicate mental flexibility when adapting to different conditions</w:t>
      </w:r>
      <w:r>
        <w:br/>
      </w:r>
      <w:r>
        <w:t xml:space="preserve">    (b) clear, easily noticed, and/or identifiable as different or separate -- sometimes to indicate a difference that is excellent</w:t>
      </w:r>
      <w:r>
        <w:br/>
      </w:r>
      <w:r>
        <w:t xml:space="preserve">    (c) using passive (sometimes subtle) resistance in interpersonal or occupational situations while avoiding direct confrontation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...they dared not make more than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frugal</w:t>
      </w:r>
      <w:r>
        <w:rPr>
          <w:b/>
          <w:bCs/>
        </w:rPr>
        <w:t xml:space="preserve"> </w:t>
      </w:r>
      <w:r>
        <w:rPr>
          <w:b/>
          <w:bCs/>
        </w:rPr>
        <w:t xml:space="preserve">supper.</w:t>
      </w:r>
      <w:r>
        <w:br/>
      </w:r>
      <w:r>
        <w:t xml:space="preserve">    (a) small (avoiding waste)</w:t>
      </w:r>
      <w:r>
        <w:br/>
      </w:r>
      <w:r>
        <w:t xml:space="preserve">    (b) not demonstrative of</w:t>
      </w:r>
      <w:r>
        <w:br/>
      </w:r>
      <w:r>
        <w:t xml:space="preserve">    (c)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he seemed as a king crowned with many winters, and yet hale as a tried warrior in the fulness of his strength.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respected (worthy of respect) -- typically because of age or position</w:t>
      </w:r>
      <w:r>
        <w:br/>
      </w:r>
      <w:r>
        <w:t xml:space="preserve">    (c) [of food] able to be prepared in a manner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grandson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the Bowman rules them, Brand son of Bain son of Bard.</w:t>
      </w:r>
      <w:r>
        <w:br/>
      </w:r>
      <w:r>
        <w:t xml:space="preserve">    (a) someone who composes and recites or sings poems about important events and people; or (as a proper noun) Shakespeare</w:t>
      </w:r>
      <w:r>
        <w:br/>
      </w:r>
      <w:r>
        <w:t xml:space="preserve">    (b) a hole or dropoff so deep the bottom cannot be seen -- often used figuratively to imply a frightening bottomless pit</w:t>
      </w:r>
      <w:r>
        <w:br/>
      </w:r>
      <w:r>
        <w:t xml:space="preserve">    (c) of the American Indian civilization of Yucatan and Belize and Guatemala that reached its peak between AD 300 and 900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Slanting through the thin silver mist; the dew upon the yellow leaves was glimmering, and the woven nets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 </w:t>
      </w:r>
      <w:r>
        <w:rPr>
          <w:b/>
          <w:bCs/>
        </w:rPr>
        <w:t xml:space="preserve">twinkled on every bush.</w:t>
      </w:r>
      <w:r>
        <w:br/>
      </w:r>
      <w:r>
        <w:t xml:space="preserve">    (a) characteristic (of something or someone)</w:t>
      </w:r>
      <w:r>
        <w:br/>
      </w:r>
      <w:r>
        <w:t xml:space="preserve">    (b) dreamlike state of altered consciousness</w:t>
      </w:r>
      <w:r>
        <w:br/>
      </w:r>
      <w:r>
        <w:t xml:space="preserve">    (c) extremely light, delicate, airy, or 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deem it to be a tongue of the Black Land, since it is foul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.</w:t>
      </w:r>
      <w:r>
        <w:br/>
      </w:r>
      <w:r>
        <w:t xml:space="preserve">    (a) related to the spreading of a disease to another part of the body</w:t>
      </w:r>
      <w:r>
        <w:br/>
      </w:r>
      <w:r>
        <w:t xml:space="preserve">    (b) rude or unpleasant due to a lack of manners, refinement, or taste</w:t>
      </w:r>
      <w:r>
        <w:br/>
      </w:r>
      <w:r>
        <w:t xml:space="preserve">    (c) relating to a surface rather than to anything deep or penetrating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loth</w:t>
      </w:r>
      <w:r>
        <w:rPr>
          <w:b/>
          <w:bCs/>
        </w:rPr>
        <w:t xml:space="preserve"> </w:t>
      </w:r>
      <w:r>
        <w:rPr>
          <w:b/>
          <w:bCs/>
        </w:rPr>
        <w:t xml:space="preserve">to speak and his tale was unclear, but it is beyond all doubt that he went to Mordor, and there all that he knew was forced from him.</w:t>
      </w:r>
      <w:r>
        <w:br/>
      </w:r>
      <w:r>
        <w:t xml:space="preserve">    (a) moves into position to work; or starts</w:t>
      </w:r>
      <w:r>
        <w:br/>
      </w:r>
      <w:r>
        <w:t xml:space="preserve">    (b) says (or makes a sound) with the voice</w:t>
      </w:r>
      <w:r>
        <w:br/>
      </w:r>
      <w:r>
        <w:t xml:space="preserve">    (c) reluctant or unwilling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 and it grieves me more than many tidings that might seem worse to learn that Sauron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levies</w:t>
      </w:r>
      <w:r>
        <w:rPr>
          <w:b/>
          <w:bCs/>
        </w:rPr>
        <w:t xml:space="preserve"> </w:t>
      </w:r>
      <w:r>
        <w:rPr>
          <w:b/>
          <w:bCs/>
        </w:rPr>
        <w:t xml:space="preserve">such tribute.</w:t>
      </w:r>
      <w:r>
        <w:br/>
      </w:r>
      <w:r>
        <w:t xml:space="preserve">    (a) moves into position to work; or starts</w:t>
      </w:r>
      <w:r>
        <w:br/>
      </w:r>
      <w:r>
        <w:t xml:space="preserve">    (b) controls (how something will turn out)</w:t>
      </w:r>
      <w:r>
        <w:br/>
      </w:r>
      <w:r>
        <w:t xml:space="preserve">    (c) sets taxes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they closed round at night, and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besieged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hill-top, in the old ring of Amon Sul.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surrounded and cut-off supplies; or overwhelmed</w:t>
      </w:r>
      <w:r>
        <w:br/>
      </w:r>
      <w:r>
        <w:t xml:space="preserve">    (c) not found guilty or forced into a bad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return to Iarwain be thought too dangerous, then flight to the Sea is now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gravest peril.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full of negative things; or marked by or causing distress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going straight,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 </w:t>
      </w:r>
      <w:r>
        <w:rPr>
          <w:b/>
          <w:bCs/>
        </w:rPr>
        <w:t xml:space="preserve">or losing our way, we shall take three or four marches, I expect.</w:t>
      </w:r>
      <w:r>
        <w:br/>
      </w:r>
      <w:r>
        <w:t xml:space="preserve">    (a) basic rule or belief</w:t>
      </w:r>
      <w:r>
        <w:br/>
      </w:r>
      <w:r>
        <w:t xml:space="preserve">    (b) the act of forgiving</w:t>
      </w:r>
      <w:r>
        <w:br/>
      </w:r>
      <w:r>
        <w:t xml:space="preserve">    (c) unfortunate accident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...they were fresh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, as if he had at that moment first perceived them and made for them names new and wonderful.</w:t>
      </w:r>
      <w:r>
        <w:br/>
      </w:r>
      <w:r>
        <w:t xml:space="preserve">    (a) able to be found</w:t>
      </w:r>
      <w:r>
        <w:br/>
      </w:r>
      <w:r>
        <w:t xml:space="preserve">    (b) sharp or intense</w:t>
      </w:r>
      <w:r>
        <w:br/>
      </w:r>
      <w:r>
        <w:t xml:space="preserve">    (c) likely to change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2026-07-31T15:16:14Z</dcterms:created>
  <dcterms:modified xsi:type="dcterms:W3CDTF">2026-07-31T15:16:14Z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