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c7d729a20e045685c3b9c5887970b174336e28"/>
    <w:p>
      <w:pPr>
        <w:pStyle w:val="Heading1"/>
      </w:pPr>
      <w:r>
        <w:rPr>
          <w:b/>
          <w:bCs/>
        </w:rPr>
        <w:t xml:space="preserve">The Fault in Our Stars</w:t>
      </w:r>
      <w:r>
        <w:br/>
      </w:r>
      <w:r>
        <w:rPr>
          <w:i/>
          <w:iCs/>
        </w:rPr>
        <w:t xml:space="preserve">John Green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time before organisms experienced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consciousness</w:t>
      </w:r>
      <w:r>
        <w:rPr>
          <w:b/>
          <w:bCs/>
        </w:rPr>
        <w:t xml:space="preserve">, and there will be time after.</w:t>
      </w:r>
      <w:r>
        <w:br/>
      </w:r>
      <w:r>
        <w:t xml:space="preserve">    (a) backbones</w:t>
      </w:r>
      <w:r>
        <w:br/>
      </w:r>
      <w:r>
        <w:t xml:space="preserve">    (b) self-awareness</w:t>
      </w:r>
      <w:r>
        <w:br/>
      </w:r>
      <w:r>
        <w:t xml:space="preserve">    (c) tool-making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of my own posture and sat up a little on the couch.</w:t>
      </w:r>
      <w:r>
        <w:br/>
      </w:r>
      <w:r>
        <w:t xml:space="preserve">    (a) unconcerned</w:t>
      </w:r>
      <w:r>
        <w:br/>
      </w:r>
      <w:r>
        <w:t xml:space="preserve">    (b) pained</w:t>
      </w:r>
      <w:r>
        <w:br/>
      </w:r>
      <w:r>
        <w:t xml:space="preserve">    (c) aware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choose your behaviors based on their metaphorical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resonances</w:t>
      </w:r>
      <w:r>
        <w:rPr>
          <w:b/>
          <w:bCs/>
        </w:rPr>
        <w:t xml:space="preserve"> </w:t>
      </w:r>
      <w:r>
        <w:rPr>
          <w:b/>
          <w:bCs/>
        </w:rPr>
        <w:t xml:space="preserve">….</w:t>
      </w:r>
      <w:r>
        <w:br/>
      </w:r>
      <w:r>
        <w:t xml:space="preserve">    (a) things brought to mind</w:t>
      </w:r>
      <w:r>
        <w:br/>
      </w:r>
      <w:r>
        <w:t xml:space="preserve">    (b) strange memories</w:t>
      </w:r>
      <w:r>
        <w:br/>
      </w:r>
      <w:r>
        <w:t xml:space="preserve">    (c) things forgotten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a number of ways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someone's approximate survival expectations without actually asking.</w:t>
      </w:r>
      <w:r>
        <w:br/>
      </w:r>
      <w:r>
        <w:t xml:space="preserve">    (a) increase</w:t>
      </w:r>
      <w:r>
        <w:br/>
      </w:r>
      <w:r>
        <w:t xml:space="preserve">    (b) write down</w:t>
      </w:r>
      <w:r>
        <w:br/>
      </w:r>
      <w:r>
        <w:t xml:space="preserve">    (c) figure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Perhaps the cancer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a beachhead in his brain.</w:t>
      </w:r>
      <w:r>
        <w:br/>
      </w:r>
      <w:r>
        <w:t xml:space="preserve">    (a) created</w:t>
      </w:r>
      <w:r>
        <w:br/>
      </w:r>
      <w:r>
        <w:t xml:space="preserve">    (b) demonstrated</w:t>
      </w:r>
      <w:r>
        <w:br/>
      </w:r>
      <w:r>
        <w:t xml:space="preserve">    (c) 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liked that he took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existentially</w:t>
      </w:r>
      <w:r>
        <w:rPr>
          <w:b/>
          <w:bCs/>
        </w:rPr>
        <w:t xml:space="preserve"> </w:t>
      </w:r>
      <w:r>
        <w:rPr>
          <w:b/>
          <w:bCs/>
        </w:rPr>
        <w:t xml:space="preserve">fraught free throws.</w:t>
      </w:r>
      <w:r>
        <w:br/>
      </w:r>
      <w:r>
        <w:t xml:space="preserve">    (a) with deep concentration (or lack thereof)</w:t>
      </w:r>
      <w:r>
        <w:br/>
      </w:r>
      <w:r>
        <w:t xml:space="preserve">    (b) concerned with meaning (or lack thereof) of life</w:t>
      </w:r>
      <w:r>
        <w:br/>
      </w:r>
      <w:r>
        <w:t xml:space="preserve">    (c) with an emphasis on success (or lack thereof)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liked that he took existentially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fraught</w:t>
      </w:r>
      <w:r>
        <w:rPr>
          <w:b/>
          <w:bCs/>
        </w:rPr>
        <w:t xml:space="preserve"> </w:t>
      </w:r>
      <w:r>
        <w:rPr>
          <w:b/>
          <w:bCs/>
        </w:rPr>
        <w:t xml:space="preserve">free throws.</w:t>
      </w:r>
      <w:r>
        <w:br/>
      </w:r>
      <w:r>
        <w:t xml:space="preserve">    (a) full of something that causes concern</w:t>
      </w:r>
      <w:r>
        <w:br/>
      </w:r>
      <w:r>
        <w:t xml:space="preserve">    (b) full of something that causes happiness</w:t>
      </w:r>
      <w:r>
        <w:br/>
      </w:r>
      <w:r>
        <w:t xml:space="preserve">    (c) full of something that causes excitement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not a move designed to elicit arousal, but it was certainly a designed move, because Augustus Waters was no improviser. So what had he been trying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?</w:t>
      </w:r>
      <w:r>
        <w:br/>
      </w:r>
      <w:r>
        <w:t xml:space="preserve">    (a) communicate or express</w:t>
      </w:r>
      <w:r>
        <w:br/>
      </w:r>
      <w:r>
        <w:t xml:space="preserve">    (b) understand</w:t>
      </w:r>
      <w:r>
        <w:br/>
      </w:r>
      <w:r>
        <w:t xml:space="preserve">    (c) get by special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...all such thoughts were wasted moments in a life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composed</w:t>
      </w:r>
      <w:r>
        <w:rPr>
          <w:b/>
          <w:bCs/>
        </w:rPr>
        <w:t xml:space="preserve"> </w:t>
      </w:r>
      <w:r>
        <w:rPr>
          <w:b/>
          <w:bCs/>
        </w:rPr>
        <w:t xml:space="preserve">of a definitionally finite set of such moments.</w:t>
      </w:r>
      <w:r>
        <w:br/>
      </w:r>
      <w:r>
        <w:t xml:space="preserve">    (a) written</w:t>
      </w:r>
      <w:r>
        <w:br/>
      </w:r>
      <w:r>
        <w:t xml:space="preserve">    (b) made up</w:t>
      </w:r>
      <w:r>
        <w:br/>
      </w:r>
      <w:r>
        <w:t xml:space="preserve">    (c) calmed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Were she better or you sicker, then the stars would not be so terribly crossed, but it is the nature of stars to cross, and never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Shakespeare</w:t>
      </w:r>
      <w:r>
        <w:rPr>
          <w:b/>
          <w:bCs/>
        </w:rPr>
        <w:t xml:space="preserve"> </w:t>
      </w:r>
      <w:r>
        <w:rPr>
          <w:b/>
          <w:bCs/>
        </w:rPr>
        <w:t xml:space="preserve">more wrong than when he had Cassius note, "The fault, dear Brutus, is not in our stars / But in ourselves."</w:t>
      </w:r>
      <w:r>
        <w:br/>
      </w:r>
      <w:r>
        <w:t xml:space="preserve">    (a) writer and humorist best known for his novels about Tom Sawyer and Huckleberry Finn</w:t>
      </w:r>
      <w:r>
        <w:br/>
      </w:r>
      <w:r>
        <w:t xml:space="preserve">    (b) author who depicted social injustice in such stories as</w:t>
      </w:r>
      <w:r>
        <w:t xml:space="preserve"> </w:t>
      </w:r>
      <w:r>
        <w:rPr>
          <w:i/>
          <w:iCs/>
        </w:rPr>
        <w:t xml:space="preserve">Oliver Twist</w:t>
      </w:r>
      <w:r>
        <w:br/>
      </w:r>
      <w:r>
        <w:t xml:space="preserve">    (c) author widely regarded as the greatest in the English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"No," I said, "but I really appreciate your refusal to give in to breakfasty social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conventions</w:t>
      </w:r>
      <w:r>
        <w:rPr>
          <w:b/>
          <w:bCs/>
        </w:rPr>
        <w:t xml:space="preserve">."</w:t>
      </w:r>
      <w:r>
        <w:br/>
      </w:r>
      <w:r>
        <w:t xml:space="preserve">    (a) gatherings of people</w:t>
      </w:r>
      <w:r>
        <w:br/>
      </w:r>
      <w:r>
        <w:t xml:space="preserve">    (b) popular restaurants</w:t>
      </w:r>
      <w:r>
        <w:br/>
      </w:r>
      <w:r>
        <w:t xml:space="preserve">    (c) typical behaviors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metaphor</w:t>
      </w:r>
      <w:r>
        <w:rPr>
          <w:b/>
          <w:bCs/>
        </w:rPr>
        <w:t xml:space="preserve">," I explained. "He puts the killing thing in his mouth but doesn't give it the power to kill him."</w:t>
      </w:r>
      <w:r>
        <w:br/>
      </w:r>
      <w:r>
        <w:t xml:space="preserve">    (a) symbol</w:t>
      </w:r>
      <w:r>
        <w:br/>
      </w:r>
      <w:r>
        <w:t xml:space="preserve">    (b) joke</w:t>
      </w:r>
      <w:r>
        <w:br/>
      </w:r>
      <w:r>
        <w:t xml:space="preserve">    (c) assumption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...but I was different from Augustus: My final chapter was written upon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diagnosis</w:t>
      </w:r>
      <w:r>
        <w:rPr>
          <w:b/>
          <w:bCs/>
        </w:rPr>
        <w:t xml:space="preserve">.</w:t>
      </w:r>
      <w:r>
        <w:br/>
      </w:r>
      <w:r>
        <w:t xml:space="preserve">    (a) treatment of the illness</w:t>
      </w:r>
      <w:r>
        <w:br/>
      </w:r>
      <w:r>
        <w:t xml:space="preserve">    (b) onset of major symptoms</w:t>
      </w:r>
      <w:r>
        <w:br/>
      </w:r>
      <w:r>
        <w:t xml:space="preserve">    (c) identification of an illness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"No," I said, and then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revised</w:t>
      </w:r>
      <w:r>
        <w:rPr>
          <w:b/>
          <w:bCs/>
        </w:rPr>
        <w:t xml:space="preserve">. "Well, maybe I wouldn't go so far as no."</w:t>
      </w:r>
      <w:r>
        <w:br/>
      </w:r>
      <w:r>
        <w:t xml:space="preserve">    (a) changed</w:t>
      </w:r>
      <w:r>
        <w:br/>
      </w:r>
      <w:r>
        <w:t xml:space="preserve">    (b) reinforced</w:t>
      </w:r>
      <w:r>
        <w:br/>
      </w:r>
      <w:r>
        <w:t xml:space="preserve">    (c) elaborated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not be a grenade, to not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malevolent</w:t>
      </w:r>
      <w:r>
        <w:rPr>
          <w:b/>
          <w:bCs/>
        </w:rPr>
        <w:t xml:space="preserve"> </w:t>
      </w:r>
      <w:r>
        <w:rPr>
          <w:b/>
          <w:bCs/>
        </w:rPr>
        <w:t xml:space="preserve">force in the lives of people I loved.</w:t>
      </w:r>
      <w:r>
        <w:br/>
      </w:r>
      <w:r>
        <w:t xml:space="preserve">    (a) harmful</w:t>
      </w:r>
      <w:r>
        <w:br/>
      </w:r>
      <w:r>
        <w:t xml:space="preserve">    (b) all-powerful</w:t>
      </w:r>
      <w:r>
        <w:br/>
      </w:r>
      <w:r>
        <w:t xml:space="preserve">    (c)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only now that I loved a grenade did I understand the foolishness of trying to save others from my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impending</w:t>
      </w:r>
      <w:r>
        <w:rPr>
          <w:b/>
          <w:bCs/>
        </w:rPr>
        <w:t xml:space="preserve"> </w:t>
      </w:r>
      <w:r>
        <w:rPr>
          <w:b/>
          <w:bCs/>
        </w:rPr>
        <w:t xml:space="preserve">fragmentation: I couldn't unlove Augustus Waters.</w:t>
      </w:r>
      <w:r>
        <w:br/>
      </w:r>
      <w:r>
        <w:t xml:space="preserve">    (a) possible</w:t>
      </w:r>
      <w:r>
        <w:br/>
      </w:r>
      <w:r>
        <w:t xml:space="preserve">    (b) unfortunate</w:t>
      </w:r>
      <w:r>
        <w:br/>
      </w:r>
      <w:r>
        <w:t xml:space="preserve">    (c) about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Gus said, "I wish we had that swing set sometimes."</w:t>
      </w:r>
      <w:r>
        <w:br/>
      </w:r>
      <w:r>
        <w:rPr>
          <w:b/>
          <w:bCs/>
        </w:rPr>
        <w:t xml:space="preserve">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nostalgia</w:t>
      </w:r>
      <w:r>
        <w:rPr>
          <w:b/>
          <w:bCs/>
        </w:rPr>
        <w:t xml:space="preserve"> </w:t>
      </w:r>
      <w:r>
        <w:rPr>
          <w:b/>
          <w:bCs/>
        </w:rPr>
        <w:t xml:space="preserve">is so extreme that I am capable of missing a swing my butt never actually touched.</w:t>
      </w:r>
      <w:r>
        <w:br/>
      </w:r>
      <w:r>
        <w:t xml:space="preserve">    (a) anger</w:t>
      </w:r>
      <w:r>
        <w:br/>
      </w:r>
      <w:r>
        <w:t xml:space="preserve">    (b) longing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Augustus Waters of the crooked smiles and unsmoked cigarettes was gone, replaced by this desperate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humiliated</w:t>
      </w:r>
      <w:r>
        <w:rPr>
          <w:b/>
          <w:bCs/>
        </w:rPr>
        <w:t xml:space="preserve"> </w:t>
      </w:r>
      <w:r>
        <w:rPr>
          <w:b/>
          <w:bCs/>
        </w:rPr>
        <w:t xml:space="preserve">creature sitting there beneath me.</w:t>
      </w:r>
      <w:r>
        <w:br/>
      </w:r>
      <w:r>
        <w:t xml:space="preserve">    (a) with wounded dignity</w:t>
      </w:r>
      <w:r>
        <w:br/>
      </w:r>
      <w:r>
        <w:t xml:space="preserve">    (b) with a deep frown</w:t>
      </w:r>
      <w:r>
        <w:br/>
      </w:r>
      <w:r>
        <w:t xml:space="preserve">    (c) with bad health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began reading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eulogy</w:t>
      </w:r>
      <w:r>
        <w:rPr>
          <w:b/>
          <w:bCs/>
        </w:rPr>
        <w:t xml:space="preserve"> </w:t>
      </w:r>
      <w:r>
        <w:rPr>
          <w:b/>
          <w:bCs/>
        </w:rPr>
        <w:t xml:space="preserve">I'd written.</w:t>
      </w:r>
      <w:r>
        <w:br/>
      </w:r>
      <w:r>
        <w:t xml:space="preserve">    (a) funeral speech</w:t>
      </w:r>
      <w:r>
        <w:br/>
      </w:r>
      <w:r>
        <w:t xml:space="preserve">    (b) funeral program</w:t>
      </w:r>
      <w:r>
        <w:br/>
      </w:r>
      <w:r>
        <w:t xml:space="preserve">    (c) funeral prayer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 problem is not suffering itself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oblivion</w:t>
      </w:r>
      <w:r>
        <w:rPr>
          <w:b/>
          <w:bCs/>
        </w:rPr>
        <w:t xml:space="preserve"> </w:t>
      </w:r>
      <w:r>
        <w:rPr>
          <w:b/>
          <w:bCs/>
        </w:rPr>
        <w:t xml:space="preserve">itself but the depraved meaninglessness of these things, the absolutely inhuman nihilism of suffering.</w:t>
      </w:r>
      <w:r>
        <w:br/>
      </w:r>
      <w:r>
        <w:t xml:space="preserve">    (a) living with doubt</w:t>
      </w:r>
      <w:r>
        <w:br/>
      </w:r>
      <w:r>
        <w:t xml:space="preserve">    (b) no longer existing</w:t>
      </w:r>
      <w:r>
        <w:br/>
      </w:r>
      <w:r>
        <w:t xml:space="preserve">    (c) living with pain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2026-07-31T19:09:27Z</dcterms:created>
  <dcterms:modified xsi:type="dcterms:W3CDTF">2026-07-31T19:09:27Z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