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a4f0a3a2b14442b13e0c3e805361a59e06a0a6"/>
    <w:p>
      <w:pPr>
        <w:pStyle w:val="Heading1"/>
      </w:pPr>
      <w:r>
        <w:rPr>
          <w:b/>
          <w:bCs/>
        </w:rPr>
        <w:t xml:space="preserve">The Fallacy of Success</w:t>
      </w:r>
      <w:r>
        <w:br/>
      </w:r>
      <w:r>
        <w:rPr>
          <w:i/>
          <w:iCs/>
        </w:rPr>
        <w:t xml:space="preserve">G. K. Chesterton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FALLACY</w:t>
      </w:r>
      <w:r>
        <w:rPr>
          <w:b/>
          <w:bCs/>
        </w:rPr>
        <w:t xml:space="preserve"> </w:t>
      </w:r>
      <w:r>
        <w:rPr>
          <w:b/>
          <w:bCs/>
        </w:rPr>
        <w:t xml:space="preserve">OF SUCCESS.</w:t>
      </w:r>
      <w:r>
        <w:br/>
      </w:r>
      <w:r>
        <w:t xml:space="preserve">    (a) of Athens during the Golden Age of Greece (5th century BC)</w:t>
      </w:r>
      <w:r>
        <w:br/>
      </w:r>
      <w:r>
        <w:t xml:space="preserve">    (b) of Norway, Sweden, Denmark and sometimes Finland &amp; Iceland</w:t>
      </w:r>
      <w:r>
        <w:br/>
      </w:r>
      <w:r>
        <w:t xml:space="preserve">    (c) a mistaken belief; or a common form of incorrect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the romances of chivalry were at least about chivalry; the religious tracts are about religion.</w:t>
      </w:r>
      <w:r>
        <w:br/>
      </w:r>
      <w:r>
        <w:t xml:space="preserve">    (a) even though -- used to connect contrasting ideas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in addition to what has just been said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These writers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profess</w:t>
      </w:r>
      <w:r>
        <w:rPr>
          <w:b/>
          <w:bCs/>
        </w:rPr>
        <w:t xml:space="preserve"> </w:t>
      </w:r>
      <w:r>
        <w:rPr>
          <w:b/>
          <w:bCs/>
        </w:rPr>
        <w:t xml:space="preserve">to tell the ordinary man how he may succeed in his trade or speculation—how, if he is a builder, he may succeed as a builder; how, if he is a stockbroker, he may succeed as a stockbroker.</w:t>
      </w:r>
      <w:r>
        <w:br/>
      </w:r>
      <w:r>
        <w:t xml:space="preserve">    (a) trade</w:t>
      </w:r>
      <w:r>
        <w:br/>
      </w:r>
      <w:r>
        <w:t xml:space="preserve">    (b) delay</w:t>
      </w:r>
      <w:r>
        <w:br/>
      </w:r>
      <w:r>
        <w:t xml:space="preserve">    (c) claim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Nobody would dare to publish a book about electricity which literally told one nothing about electricity; no one would dare to publish an article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botany</w:t>
      </w:r>
      <w:r>
        <w:rPr>
          <w:b/>
          <w:bCs/>
        </w:rPr>
        <w:t xml:space="preserve"> </w:t>
      </w:r>
      <w:r>
        <w:rPr>
          <w:b/>
          <w:bCs/>
        </w:rPr>
        <w:t xml:space="preserve">which showed that the writer did not know which end of a plant grew in the earth.</w:t>
      </w:r>
      <w:r>
        <w:br/>
      </w:r>
      <w:r>
        <w:t xml:space="preserve">    (a) related to commonly repeated or obvious remarks made as though they are insightful or instructive</w:t>
      </w:r>
      <w:r>
        <w:br/>
      </w:r>
      <w:r>
        <w:t xml:space="preserve">    (b) the state or degree of being clear, easily noticed, and/or identifiable as different or separate</w:t>
      </w:r>
      <w:r>
        <w:br/>
      </w:r>
      <w:r>
        <w:t xml:space="preserve">    (c) the branch of biology that studies plants; or all the plant life in a particular region or period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decorated in front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formidable</w:t>
      </w:r>
      <w:r>
        <w:rPr>
          <w:b/>
          <w:bCs/>
        </w:rPr>
        <w:t xml:space="preserve"> </w:t>
      </w:r>
      <w:r>
        <w:rPr>
          <w:b/>
          <w:bCs/>
        </w:rPr>
        <w:t xml:space="preserve">portrait of Lord Rothschild.</w:t>
      </w:r>
      <w:r>
        <w:br/>
      </w:r>
      <w:r>
        <w:t xml:space="preserve">    (a) the quality of disagreeing</w:t>
      </w:r>
      <w:r>
        <w:br/>
      </w:r>
      <w:r>
        <w:t xml:space="preserve">    (b) the quality of being Dutch</w:t>
      </w:r>
      <w:r>
        <w:br/>
      </w:r>
      <w:r>
        <w:t xml:space="preserve">    (c) intimidating or impressive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are many definite methods, honest and dishonest, which make people rich; the only "instinct" I know of which does it is that instinct which theological Christianity crudely describes as "the sin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avarice</w:t>
      </w:r>
      <w:r>
        <w:rPr>
          <w:b/>
          <w:bCs/>
        </w:rPr>
        <w:t xml:space="preserve">."</w:t>
      </w:r>
      <w:r>
        <w:br/>
      </w:r>
      <w:r>
        <w:t xml:space="preserve">    (a) excessive desire for wealth</w:t>
      </w:r>
      <w:r>
        <w:br/>
      </w:r>
      <w:r>
        <w:t xml:space="preserve">    (b) pessimism or unpleasantness</w:t>
      </w:r>
      <w:r>
        <w:br/>
      </w:r>
      <w:r>
        <w:t xml:space="preserve">    (c) arousing or inspiring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seized his opportunities, the opportunities that were given by the application of the steam-engine to ocean traffic, and by the birth of railway locomotion in the wealthy but undeveloped United States of America, and consequently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amassed</w:t>
      </w:r>
      <w:r>
        <w:rPr>
          <w:b/>
          <w:bCs/>
        </w:rPr>
        <w:t xml:space="preserve"> </w:t>
      </w:r>
      <w:r>
        <w:rPr>
          <w:b/>
          <w:bCs/>
        </w:rPr>
        <w:t xml:space="preserve">an immense fortune.</w:t>
      </w:r>
      <w:r>
        <w:br/>
      </w:r>
      <w:r>
        <w:t xml:space="preserve">    (a) consistent or the same</w:t>
      </w:r>
      <w:r>
        <w:br/>
      </w:r>
      <w:r>
        <w:t xml:space="preserve">    (b) influenced or effected</w:t>
      </w:r>
      <w:r>
        <w:br/>
      </w:r>
      <w:r>
        <w:t xml:space="preserve">    (c) get or gather together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But, although this is so, still, in our own sphere and in our own circumstances, we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can</w:t>
      </w:r>
      <w:r>
        <w:rPr>
          <w:b/>
          <w:bCs/>
        </w:rPr>
        <w:t xml:space="preserve"> </w:t>
      </w:r>
      <w:r>
        <w:rPr>
          <w:b/>
          <w:bCs/>
        </w:rPr>
        <w:t xml:space="preserve">follow his general methods; we can seize those opportunities that are given us, and give ourselves a very fair chance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attaining</w:t>
      </w:r>
      <w:r>
        <w:rPr>
          <w:b/>
          <w:bCs/>
        </w:rPr>
        <w:t xml:space="preserve"> </w:t>
      </w:r>
      <w:r>
        <w:rPr>
          <w:b/>
          <w:bCs/>
        </w:rPr>
        <w:t xml:space="preserve">riches.</w:t>
      </w:r>
      <w:r>
        <w:br/>
      </w:r>
      <w:r>
        <w:t xml:space="preserve">    (a) saying (or making a sound) with the voice</w:t>
      </w:r>
      <w:r>
        <w:br/>
      </w:r>
      <w:r>
        <w:t xml:space="preserve">    (b) moving into position to work; or starting</w:t>
      </w:r>
      <w:r>
        <w:br/>
      </w:r>
      <w:r>
        <w:t xml:space="preserve">    (c) gaining or reaching something with effort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not mere business; it is not even mere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cynicism</w:t>
      </w:r>
      <w:r>
        <w:rPr>
          <w:b/>
          <w:bCs/>
        </w:rPr>
        <w:t xml:space="preserve">.</w:t>
      </w:r>
      <w:r>
        <w:br/>
      </w:r>
      <w:r>
        <w:t xml:space="preserve">    (a) believing that things usually go poorly and that selfish and insincere</w:t>
      </w:r>
      <w:r>
        <w:br/>
      </w:r>
      <w:r>
        <w:t xml:space="preserve">    (b) a psychological disorder characterized by excessive distrust of others</w:t>
      </w:r>
      <w:r>
        <w:br/>
      </w:r>
      <w:r>
        <w:t xml:space="preserve">    (c) one-sided information that is purposefully spread to influence opinions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merely wished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prostrate</w:t>
      </w:r>
      <w:r>
        <w:rPr>
          <w:b/>
          <w:bCs/>
        </w:rPr>
        <w:t xml:space="preserve"> </w:t>
      </w:r>
      <w:r>
        <w:rPr>
          <w:b/>
          <w:bCs/>
        </w:rPr>
        <w:t xml:space="preserve">himself before the mystery of a millionaire.</w:t>
      </w:r>
      <w:r>
        <w:br/>
      </w:r>
      <w:r>
        <w:t xml:space="preserve">    (a) spend time with; or someone with whom a person spends a lot of time</w:t>
      </w:r>
      <w:r>
        <w:br/>
      </w:r>
      <w:r>
        <w:t xml:space="preserve">    (b) an overwhelming amount; or to overwhelm -- especially said of water</w:t>
      </w:r>
      <w:r>
        <w:br/>
      </w:r>
      <w:r>
        <w:t xml:space="preserve">    (c) lying down - typically face downward on the ground as in submission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exult</w:t>
      </w:r>
      <w:r>
        <w:rPr>
          <w:b/>
          <w:bCs/>
        </w:rPr>
        <w:t xml:space="preserve"> </w:t>
      </w:r>
      <w:r>
        <w:rPr>
          <w:b/>
          <w:bCs/>
        </w:rPr>
        <w:t xml:space="preserve">in its very invisibility.</w:t>
      </w:r>
      <w:r>
        <w:br/>
      </w:r>
      <w:r>
        <w:t xml:space="preserve">    (a) feel or express extreme happiness or elation</w:t>
      </w:r>
      <w:r>
        <w:br/>
      </w:r>
      <w:r>
        <w:t xml:space="preserve">    (b) say something or make a sound with the voice</w:t>
      </w:r>
      <w:r>
        <w:br/>
      </w:r>
      <w:r>
        <w:t xml:space="preserve">    (c) to think carefully and make a judgment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really revels in the fact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deity</w:t>
      </w:r>
      <w:r>
        <w:rPr>
          <w:b/>
          <w:bCs/>
        </w:rPr>
        <w:t xml:space="preserve"> </w:t>
      </w:r>
      <w:r>
        <w:rPr>
          <w:b/>
          <w:bCs/>
        </w:rPr>
        <w:t xml:space="preserve">Vanderbilt is keeping a secret from him.</w:t>
      </w:r>
      <w:r>
        <w:br/>
      </w:r>
      <w:r>
        <w:t xml:space="preserve">    (a) a fat compound</w:t>
      </w:r>
      <w:r>
        <w:br/>
      </w:r>
      <w:r>
        <w:t xml:space="preserve">    (b) a hoofed mamma</w:t>
      </w:r>
      <w:r>
        <w:br/>
      </w:r>
      <w:r>
        <w:t xml:space="preserve">    (c) god or goddess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it fills his soul with a sort of transport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cunning</w:t>
      </w:r>
      <w:r>
        <w:rPr>
          <w:b/>
          <w:bCs/>
        </w:rPr>
        <w:t xml:space="preserve">, an ecstasy of priestcraft, that he should pretend to be telling to the multitude that terrible secret which he does not know.</w:t>
      </w:r>
      <w:r>
        <w:br/>
      </w:r>
      <w:r>
        <w:t xml:space="preserve">    (a) good at achieving goals through cleverness and deception</w:t>
      </w:r>
      <w:r>
        <w:br/>
      </w:r>
      <w:r>
        <w:t xml:space="preserve">    (b) relating to logical examination to improve understanding</w:t>
      </w:r>
      <w:r>
        <w:br/>
      </w:r>
      <w:r>
        <w:t xml:space="preserve">    (c) related to the natural world (life, air, water, land...)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Also (like most other prominent and wealthy persons)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endeavoured</w:t>
      </w:r>
      <w:r>
        <w:rPr>
          <w:b/>
          <w:bCs/>
        </w:rPr>
        <w:t xml:space="preserve"> </w:t>
      </w:r>
      <w:r>
        <w:rPr>
          <w:b/>
          <w:bCs/>
        </w:rPr>
        <w:t xml:space="preserve">to conceal the fact.</w:t>
      </w:r>
      <w:r>
        <w:br/>
      </w:r>
      <w:r>
        <w:t xml:space="preserve">    (a) tried or attempted</w:t>
      </w:r>
      <w:r>
        <w:br/>
      </w:r>
      <w:r>
        <w:t xml:space="preserve">    (b) decided in advance</w:t>
      </w:r>
      <w:r>
        <w:br/>
      </w:r>
      <w:r>
        <w:t xml:space="preserve">    (c) not disagreed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look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reverently</w:t>
      </w:r>
      <w:r>
        <w:rPr>
          <w:b/>
          <w:bCs/>
        </w:rPr>
        <w:t xml:space="preserve"> </w:t>
      </w:r>
      <w:r>
        <w:rPr>
          <w:b/>
          <w:bCs/>
        </w:rPr>
        <w:t xml:space="preserve">at the portrait of Lord Rothschild; I read reverently about the exploits of Mr. Vanderbilt.</w:t>
      </w:r>
      <w:r>
        <w:br/>
      </w:r>
      <w:r>
        <w:t xml:space="preserve">    (a) in a manner that is not appropriate or different than would be expected in size, amount, or degree</w:t>
      </w:r>
      <w:r>
        <w:br/>
      </w:r>
      <w:r>
        <w:t xml:space="preserve">    (b) with feelings of deep respect and admiration -- sometimes with a mixture of wonder and awe or fear</w:t>
      </w:r>
      <w:r>
        <w:br/>
      </w:r>
      <w:r>
        <w:t xml:space="preserve">    (c) with nervousness or discomfort felt by someone due to concern about what others will think of them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least, let us hope that we shall all live to see these absurd books about Success covered with a proper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derision</w:t>
      </w:r>
      <w:r>
        <w:rPr>
          <w:b/>
          <w:bCs/>
        </w:rPr>
        <w:t xml:space="preserve"> </w:t>
      </w:r>
      <w:r>
        <w:rPr>
          <w:b/>
          <w:bCs/>
        </w:rPr>
        <w:t xml:space="preserve">and neglect.</w:t>
      </w:r>
      <w:r>
        <w:br/>
      </w:r>
      <w:r>
        <w:t xml:space="preserve">    (a) a series of regularly spaced columns -- typically covered by a roof</w:t>
      </w:r>
      <w:r>
        <w:br/>
      </w:r>
      <w:r>
        <w:t xml:space="preserve">    (b) critical disrespect -- typically while laughing at or making fun of</w:t>
      </w:r>
      <w:r>
        <w:br/>
      </w:r>
      <w:r>
        <w:t xml:space="preserve">    (c) related to or causing dramatic change; of a supporter of the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Puritans</w:t>
      </w:r>
      <w:r>
        <w:rPr>
          <w:b/>
          <w:bCs/>
        </w:rPr>
        <w:t xml:space="preserve"> </w:t>
      </w:r>
      <w:r>
        <w:rPr>
          <w:b/>
          <w:bCs/>
        </w:rPr>
        <w:t xml:space="preserve">are always denouncing books that inflame lust; what shall we say of books that inflame the viler passions of avarice and pride?</w:t>
      </w:r>
      <w:r>
        <w:br/>
      </w:r>
      <w:r>
        <w:t xml:space="preserve">    (a) bean-sized organs that filter bacteria and other toxins from circulating white-blood-cell filled lymph fluid</w:t>
      </w:r>
      <w:r>
        <w:br/>
      </w:r>
      <w:r>
        <w:t xml:space="preserve">    (b) English Protestants of the 16th and 17th centuries who wanted simpler worship and strict, hard-working lives</w:t>
      </w:r>
      <w:r>
        <w:br/>
      </w:r>
      <w:r>
        <w:t xml:space="preserve">    (c) citizens of Rome between the founding of the city (753 BC) and the fall of the Western Roman Empire (476 AD)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Puritans are always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denouncing</w:t>
      </w:r>
      <w:r>
        <w:rPr>
          <w:b/>
          <w:bCs/>
        </w:rPr>
        <w:t xml:space="preserve"> </w:t>
      </w:r>
      <w:r>
        <w:rPr>
          <w:b/>
          <w:bCs/>
        </w:rPr>
        <w:t xml:space="preserve">books that inflame lust; what shall we say of books that inflame the viler passions of avarice and pride?</w:t>
      </w:r>
      <w:r>
        <w:br/>
      </w:r>
      <w:r>
        <w:t xml:space="preserve">    (a) strongly criticizing or accusing publicly  OR  (more rarely) informing against someone</w:t>
      </w:r>
      <w:r>
        <w:br/>
      </w:r>
      <w:r>
        <w:t xml:space="preserve">    (b) trying to obtain a result through gentle and careful effort -- often gently persuading</w:t>
      </w:r>
      <w:r>
        <w:br/>
      </w:r>
      <w:r>
        <w:t xml:space="preserve">    (c) giving authority, power, knowledge, or confidence to someone so they can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hundred years ago we had the ideal of the Industrious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Apprentice</w:t>
      </w:r>
      <w:r>
        <w:rPr>
          <w:b/>
          <w:bCs/>
        </w:rPr>
        <w:t xml:space="preserve">; boys were told that by thrift and work they would all become Lord Mayors.</w:t>
      </w:r>
      <w:r>
        <w:br/>
      </w:r>
      <w:r>
        <w:t xml:space="preserve">    (a) the act of hiding something by making it blend in with its surroundings; or hiding the truth; or something that hides or deceives</w:t>
      </w:r>
      <w:r>
        <w:br/>
      </w:r>
      <w:r>
        <w:t xml:space="preserve">    (b) to expression feelings or thoughts enthusiastically  OR  to squirt or give off (typically under pressure such as blood or leaking gas)</w:t>
      </w:r>
      <w:r>
        <w:br/>
      </w:r>
      <w:r>
        <w:t xml:space="preserve">    (c) person who learns a trade or skill through hands-on experience under a skilled worker; or (as a verb) performance of that kind of 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fallacious</w:t>
      </w:r>
      <w:r>
        <w:rPr>
          <w:b/>
          <w:bCs/>
        </w:rPr>
        <w:t xml:space="preserve">, but it was manly, and had a minimum of moral truth.</w:t>
      </w:r>
      <w:r>
        <w:br/>
      </w:r>
      <w:r>
        <w:t xml:space="preserve">    (a) not sincere</w:t>
      </w:r>
      <w:r>
        <w:br/>
      </w:r>
      <w:r>
        <w:t xml:space="preserve">    (b) not correct</w:t>
      </w:r>
      <w:r>
        <w:br/>
      </w:r>
      <w:r>
        <w:t xml:space="preserve">    (c) intentional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2026-07-31T19:09:15Z</dcterms:created>
  <dcterms:modified xsi:type="dcterms:W3CDTF">2026-07-31T19:09:15Z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