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7bc3c8f7e14b4c5e565590880d678113913aaa"/>
    <w:p>
      <w:pPr>
        <w:pStyle w:val="Heading1"/>
      </w:pPr>
      <w:r>
        <w:rPr>
          <w:b/>
          <w:bCs/>
        </w:rPr>
        <w:t xml:space="preserve">The Epic of Gilgamesh</w:t>
      </w:r>
      <w:r>
        <w:br/>
      </w:r>
      <w:r>
        <w:rPr>
          <w:i/>
          <w:iCs/>
        </w:rPr>
        <w:t xml:space="preserve">Author Unknown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 much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</w:t>
      </w:r>
      <w:r>
        <w:rPr>
          <w:b/>
          <w:bCs/>
        </w:rPr>
        <w:t xml:space="preserve"> </w:t>
      </w:r>
      <w:r>
        <w:rPr>
          <w:b/>
          <w:bCs/>
        </w:rPr>
        <w:t xml:space="preserve">it, we must be prepared for war.</w:t>
      </w:r>
      <w:r>
        <w:br/>
      </w:r>
      <w:r>
        <w:t xml:space="preserve">    (a) hate</w:t>
      </w:r>
      <w:r>
        <w:br/>
      </w:r>
      <w:r>
        <w:t xml:space="preserve">    (b) don't expect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before she was trained, when her work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abominable</w:t>
      </w:r>
      <w:r>
        <w:rPr>
          <w:b/>
          <w:bCs/>
        </w:rPr>
        <w:t xml:space="preserve">.</w:t>
      </w:r>
      <w:r>
        <w:br/>
      </w:r>
      <w:r>
        <w:t xml:space="preserve">    (a) showing early promise</w:t>
      </w:r>
      <w:r>
        <w:br/>
      </w:r>
      <w:r>
        <w:t xml:space="preserve">    (b) exceptionally bad</w:t>
      </w:r>
      <w:r>
        <w:br/>
      </w:r>
      <w:r>
        <w:t xml:space="preserve">    (c) incomplete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closed the prayer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beseeching</w:t>
      </w:r>
      <w:r>
        <w:rPr>
          <w:b/>
          <w:bCs/>
        </w:rPr>
        <w:t xml:space="preserve"> </w:t>
      </w:r>
      <w:r>
        <w:rPr>
          <w:b/>
          <w:bCs/>
        </w:rPr>
        <w:t xml:space="preserve">God to grant them wisdom and patience.</w:t>
      </w:r>
      <w:r>
        <w:br/>
      </w:r>
      <w:r>
        <w:t xml:space="preserve">    (a) instructing</w:t>
      </w:r>
      <w:r>
        <w:br/>
      </w:r>
      <w:r>
        <w:t xml:space="preserve">    (b) asking</w:t>
      </w:r>
      <w:r>
        <w:br/>
      </w:r>
      <w:r>
        <w:t xml:space="preserve">    (c) demanding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rescued me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poverty</w:t>
      </w:r>
      <w:r>
        <w:br/>
      </w:r>
      <w:r>
        <w:t xml:space="preserve">    (b) fear</w:t>
      </w:r>
      <w:r>
        <w:br/>
      </w:r>
      <w:r>
        <w:t xml:space="preserve">    (c) hopelessness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King claimed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right.</w:t>
      </w:r>
      <w:r>
        <w:br/>
      </w:r>
      <w:r>
        <w:t xml:space="preserve">    (a) perfect or wonderful</w:t>
      </w:r>
      <w:r>
        <w:br/>
      </w:r>
      <w:r>
        <w:t xml:space="preserve">    (b) from birth</w:t>
      </w:r>
      <w:r>
        <w:br/>
      </w:r>
      <w:r>
        <w:t xml:space="preserve">    (c) coming from God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</w:t>
      </w:r>
      <w:r>
        <w:rPr>
          <w:b/>
          <w:bCs/>
        </w:rPr>
        <w:t xml:space="preserve"> </w:t>
      </w:r>
      <w:r>
        <w:rPr>
          <w:b/>
          <w:bCs/>
        </w:rPr>
        <w:t xml:space="preserve">status in the art world, she remained humble and approachable.</w:t>
      </w:r>
      <w:r>
        <w:br/>
      </w:r>
      <w:r>
        <w:t xml:space="preserve">    (a) barely noticed</w:t>
      </w:r>
      <w:r>
        <w:br/>
      </w:r>
      <w:r>
        <w:t xml:space="preserve">    (b) respected and well-known</w:t>
      </w:r>
      <w:r>
        <w:br/>
      </w:r>
      <w:r>
        <w:t xml:space="preserve">    (c) newly acquired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soldier, she was prepared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hardship and even to sacrifice her life for others.</w:t>
      </w:r>
      <w:r>
        <w:br/>
      </w:r>
      <w:r>
        <w:t xml:space="preserve">    (a) suffer through</w:t>
      </w:r>
      <w:r>
        <w:br/>
      </w:r>
      <w:r>
        <w:t xml:space="preserve">    (b) risk</w:t>
      </w:r>
      <w:r>
        <w:br/>
      </w:r>
      <w:r>
        <w:t xml:space="preserve">    (c) cause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Over the years, the stories my grandmother told me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 </w:t>
      </w:r>
      <w:r>
        <w:rPr>
          <w:b/>
          <w:bCs/>
        </w:rPr>
        <w:t xml:space="preserve">as a source of wisdom in my life.</w:t>
      </w:r>
      <w:r>
        <w:br/>
      </w:r>
      <w:r>
        <w:t xml:space="preserve">    (a) brought suffering</w:t>
      </w:r>
      <w:r>
        <w:br/>
      </w:r>
      <w:r>
        <w:t xml:space="preserve">    (b) stopped acting</w:t>
      </w:r>
      <w:r>
        <w:br/>
      </w:r>
      <w:r>
        <w:t xml:space="preserve">    (c) continued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increase</w:t>
      </w:r>
      <w:r>
        <w:br/>
      </w:r>
      <w:r>
        <w:t xml:space="preserve">    (b) avoid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exulted</w:t>
      </w:r>
      <w:r>
        <w:rPr>
          <w:b/>
          <w:bCs/>
        </w:rPr>
        <w:t xml:space="preserve"> </w:t>
      </w:r>
      <w:r>
        <w:rPr>
          <w:b/>
          <w:bCs/>
        </w:rPr>
        <w:t xml:space="preserve">in the victory.</w:t>
      </w:r>
      <w:r>
        <w:br/>
      </w:r>
      <w:r>
        <w:t xml:space="preserve">    (a) sang</w:t>
      </w:r>
      <w:r>
        <w:br/>
      </w:r>
      <w:r>
        <w:t xml:space="preserve">    (b) finally rested</w:t>
      </w:r>
      <w:r>
        <w:br/>
      </w:r>
      <w:r>
        <w:t xml:space="preserve">    (c) felt extreme happiness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goad</w:t>
      </w:r>
      <w:r>
        <w:rPr>
          <w:b/>
          <w:bCs/>
        </w:rPr>
        <w:t xml:space="preserve"> </w:t>
      </w:r>
      <w:r>
        <w:rPr>
          <w:b/>
          <w:bCs/>
        </w:rPr>
        <w:t xml:space="preserve">the candidate into saying something extreme.</w:t>
      </w:r>
      <w:r>
        <w:br/>
      </w:r>
      <w:r>
        <w:t xml:space="preserve">    (a) prevent</w:t>
      </w:r>
      <w:r>
        <w:br/>
      </w:r>
      <w:r>
        <w:t xml:space="preserve">    (b) poke with a stick</w:t>
      </w:r>
      <w:r>
        <w:br/>
      </w:r>
      <w:r>
        <w:t xml:space="preserve">    (c) provoke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improved</w:t>
      </w:r>
      <w:r>
        <w:br/>
      </w:r>
      <w:r>
        <w:t xml:space="preserve">    (b) expressed grief about</w:t>
      </w:r>
      <w:r>
        <w:br/>
      </w:r>
      <w:r>
        <w:t xml:space="preserve">    (c) made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away from the city lights where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meteors</w:t>
      </w:r>
      <w:r>
        <w:rPr>
          <w:b/>
          <w:bCs/>
        </w:rPr>
        <w:t xml:space="preserve"> </w:t>
      </w:r>
      <w:r>
        <w:rPr>
          <w:b/>
          <w:bCs/>
        </w:rPr>
        <w:t xml:space="preserve">are easier to see.</w:t>
      </w:r>
      <w:r>
        <w:br/>
      </w:r>
      <w:r>
        <w:t xml:space="preserve">    (a) shooting stars</w:t>
      </w:r>
      <w:r>
        <w:br/>
      </w:r>
      <w:r>
        <w:t xml:space="preserve">    (b) low clouds</w:t>
      </w:r>
      <w:r>
        <w:br/>
      </w:r>
      <w:r>
        <w:t xml:space="preserve">    (c) tall trees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die</w:t>
      </w:r>
      <w:r>
        <w:br/>
      </w:r>
      <w:r>
        <w:t xml:space="preserve">    (b) work</w:t>
      </w:r>
      <w:r>
        <w:br/>
      </w:r>
      <w:r>
        <w:t xml:space="preserve">    (c) fail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smell of freshly brewed coffee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her from her sleep.</w:t>
      </w:r>
      <w:r>
        <w:br/>
      </w:r>
      <w:r>
        <w:t xml:space="preserve">    (a) interrupted</w:t>
      </w:r>
      <w:r>
        <w:br/>
      </w:r>
      <w:r>
        <w:t xml:space="preserve">    (b) deepened</w:t>
      </w:r>
      <w:r>
        <w:br/>
      </w:r>
      <w:r>
        <w:t xml:space="preserve">    (c) awakened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scorns</w:t>
      </w:r>
      <w:r>
        <w:rPr>
          <w:b/>
          <w:bCs/>
        </w:rPr>
        <w:t xml:space="preserve"> </w:t>
      </w:r>
      <w:r>
        <w:rPr>
          <w:b/>
          <w:bCs/>
        </w:rPr>
        <w:t xml:space="preserve">students who don't have natural ability.</w:t>
      </w:r>
      <w:r>
        <w:br/>
      </w:r>
      <w:r>
        <w:t xml:space="preserve">    (a) encourages</w:t>
      </w:r>
      <w:r>
        <w:br/>
      </w:r>
      <w:r>
        <w:t xml:space="preserve">    (b) disrespects</w:t>
      </w:r>
      <w:r>
        <w:br/>
      </w:r>
      <w:r>
        <w:t xml:space="preserve">    (c) trains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does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represent in the Garden of Eden?</w:t>
      </w:r>
      <w:r>
        <w:br/>
      </w:r>
      <w:r>
        <w:t xml:space="preserve">    (a) fig leaf</w:t>
      </w:r>
      <w:r>
        <w:br/>
      </w:r>
      <w:r>
        <w:t xml:space="preserve">    (b) snake</w:t>
      </w:r>
      <w:r>
        <w:br/>
      </w:r>
      <w:r>
        <w:t xml:space="preserve">    (c) apple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</w:t>
      </w:r>
      <w:r>
        <w:rPr>
          <w:b/>
          <w:bCs/>
        </w:rPr>
        <w:t xml:space="preserve"> </w:t>
      </w:r>
      <w:r>
        <w:rPr>
          <w:b/>
          <w:bCs/>
        </w:rPr>
        <w:t xml:space="preserve">swept over the island.</w:t>
      </w:r>
      <w:r>
        <w:br/>
      </w:r>
      <w:r>
        <w:t xml:space="preserve">    (a) fear</w:t>
      </w:r>
      <w:r>
        <w:br/>
      </w:r>
      <w:r>
        <w:t xml:space="preserve">    (b) darkness</w:t>
      </w:r>
      <w:r>
        <w:br/>
      </w:r>
      <w:r>
        <w:t xml:space="preserve">    (c) storm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Since she posted that tweet, she's received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torrent</w:t>
      </w:r>
      <w:r>
        <w:rPr>
          <w:b/>
          <w:bCs/>
        </w:rPr>
        <w:t xml:space="preserve"> </w:t>
      </w:r>
      <w:r>
        <w:rPr>
          <w:b/>
          <w:bCs/>
        </w:rPr>
        <w:t xml:space="preserve">of abuse.</w:t>
      </w:r>
      <w:r>
        <w:br/>
      </w:r>
      <w:r>
        <w:t xml:space="preserve">    (a) increasing amount</w:t>
      </w:r>
      <w:r>
        <w:br/>
      </w:r>
      <w:r>
        <w:t xml:space="preserve">    (b) overwhelming amount</w:t>
      </w:r>
      <w:r>
        <w:br/>
      </w:r>
      <w:r>
        <w:t xml:space="preserve">    (c) warning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use of innocents as human shields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transgresses</w:t>
      </w:r>
      <w:r>
        <w:rPr>
          <w:b/>
          <w:bCs/>
        </w:rPr>
        <w:t xml:space="preserve"> </w:t>
      </w:r>
      <w:r>
        <w:rPr>
          <w:b/>
          <w:bCs/>
        </w:rPr>
        <w:t xml:space="preserve">"the laws of war."</w:t>
      </w:r>
      <w:r>
        <w:br/>
      </w:r>
      <w:r>
        <w:t xml:space="preserve">    (a) violates</w:t>
      </w:r>
      <w:r>
        <w:br/>
      </w:r>
      <w:r>
        <w:t xml:space="preserve">    (b) is within</w:t>
      </w:r>
      <w:r>
        <w:br/>
      </w:r>
      <w:r>
        <w:t xml:space="preserve">    (c) expands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2026-07-31T17:02:02Z</dcterms:created>
  <dcterms:modified xsi:type="dcterms:W3CDTF">2026-07-31T17:02:02Z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