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14277f0b223df8c1a11e956b3d7d8c5d5baa25"/>
    <w:p>
      <w:pPr>
        <w:pStyle w:val="Heading1"/>
      </w:pPr>
      <w:r>
        <w:rPr>
          <w:b/>
          <w:bCs/>
        </w:rPr>
        <w:t xml:space="preserve">The Epic of Gilgamesh</w:t>
      </w:r>
      <w:r>
        <w:br/>
      </w:r>
      <w:r>
        <w:rPr>
          <w:i/>
          <w:iCs/>
        </w:rPr>
        <w:t xml:space="preserve">Author Unknown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full of joy, the young heroes were round me and I walked through the night under the stars of the firmament, and one,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meteor</w:t>
      </w:r>
      <w:r>
        <w:rPr>
          <w:b/>
          <w:bCs/>
        </w:rPr>
        <w:t xml:space="preserve"> </w:t>
      </w:r>
      <w:r>
        <w:rPr>
          <w:b/>
          <w:bCs/>
        </w:rPr>
        <w:t xml:space="preserve">of the stuff of Anu, fell down from heaven.</w:t>
      </w:r>
      <w:r>
        <w:br/>
      </w:r>
      <w:r>
        <w:t xml:space="preserve">    (a) a solar flare</w:t>
      </w:r>
      <w:r>
        <w:br/>
      </w:r>
      <w:r>
        <w:t xml:space="preserve">    (b) a large space rock with an irregular orbit</w:t>
      </w:r>
      <w:r>
        <w:br/>
      </w:r>
      <w:r>
        <w:t xml:space="preserve">    (c) a streak of light in the sky caused by a small space rock burning up in Earth’s atmosphere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Ninsun, who is well-beloved and wise, said to Gilgamesh, 'This star of heaven which descended like a meteor from the sky; which you tried to lift, but found too heavy, when you tried to move it it would not budge, and so you brought it to my feet; I made it for you,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goad</w:t>
      </w:r>
      <w:r>
        <w:rPr>
          <w:b/>
          <w:bCs/>
        </w:rPr>
        <w:t xml:space="preserve"> </w:t>
      </w:r>
      <w:r>
        <w:rPr>
          <w:b/>
          <w:bCs/>
        </w:rPr>
        <w:t xml:space="preserve">and spur, and you were drawn as though to a woman.</w:t>
      </w:r>
      <w:r>
        <w:br/>
      </w:r>
      <w:r>
        <w:t xml:space="preserve">    (a) to provoke or annoy someone into doing something—often something unwise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to prod an animal to move, or the stick used to do so</w:t>
      </w:r>
      <w:r>
        <w:br/>
      </w:r>
      <w:r>
        <w:t xml:space="preserve">    (b) to expression feelings or thoughts enthusiastically  OR  to squirt or give off (typically under pressure such as blood or leaking gas)</w:t>
      </w:r>
      <w:r>
        <w:br/>
      </w:r>
      <w:r>
        <w:t xml:space="preserve">    (c) the act of hiding something by making it blend in with its surroundings; or hiding the truth; or something that hides or deceives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became merry, his heart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exulted</w:t>
      </w:r>
      <w:r>
        <w:rPr>
          <w:b/>
          <w:bCs/>
        </w:rPr>
        <w:t xml:space="preserve"> </w:t>
      </w:r>
      <w:r>
        <w:rPr>
          <w:b/>
          <w:bCs/>
        </w:rPr>
        <w:t xml:space="preserve">and his face shone.</w:t>
      </w:r>
      <w:r>
        <w:br/>
      </w:r>
      <w:r>
        <w:t xml:space="preserve">    (a) held together (connected or united) or wrapped</w:t>
      </w:r>
      <w:r>
        <w:br/>
      </w:r>
      <w:r>
        <w:t xml:space="preserve">    (b) considered (for affect on a result or outcome)</w:t>
      </w:r>
      <w:r>
        <w:br/>
      </w:r>
      <w:r>
        <w:t xml:space="preserve">    (c) felt or expressed extreme happiness or elation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he roars it is like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torrent</w:t>
      </w:r>
      <w:r>
        <w:rPr>
          <w:b/>
          <w:bCs/>
        </w:rPr>
        <w:t xml:space="preserve"> </w:t>
      </w:r>
      <w:r>
        <w:rPr>
          <w:b/>
          <w:bCs/>
        </w:rPr>
        <w:t xml:space="preserve">of the storm, his breath is like fire, and his jaws are death itself.</w:t>
      </w:r>
      <w:r>
        <w:br/>
      </w:r>
      <w:r>
        <w:t xml:space="preserve">    (a) an overwhelming amount -- especially of quickly moving water</w:t>
      </w:r>
      <w:r>
        <w:br/>
      </w:r>
      <w:r>
        <w:t xml:space="preserve">    (b) tile designed to affect noise -- typically to decrease noise</w:t>
      </w:r>
      <w:r>
        <w:br/>
      </w:r>
      <w:r>
        <w:t xml:space="preserve">    (c) the state of not being in danger of suffering from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Grant,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beseech</w:t>
      </w:r>
      <w:r>
        <w:rPr>
          <w:b/>
          <w:bCs/>
        </w:rPr>
        <w:t xml:space="preserve">, your protection, and let the omen be good.</w:t>
      </w:r>
      <w:r>
        <w:br/>
      </w:r>
      <w:r>
        <w:t xml:space="preserve">    (a) move into position to work; or start</w:t>
      </w:r>
      <w:r>
        <w:br/>
      </w:r>
      <w:r>
        <w:t xml:space="preserve">    (b) to spread to other parts of the body</w:t>
      </w:r>
      <w:r>
        <w:br/>
      </w:r>
      <w:r>
        <w:t xml:space="preserve">    (c) to ask strongly or beg for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Here in the city man dies oppressed at heart:, man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perishes</w:t>
      </w:r>
      <w:r>
        <w:rPr>
          <w:b/>
          <w:bCs/>
        </w:rPr>
        <w:t xml:space="preserve"> </w:t>
      </w:r>
      <w:r>
        <w:rPr>
          <w:b/>
          <w:bCs/>
        </w:rPr>
        <w:t xml:space="preserve">with despair in his heart.</w:t>
      </w:r>
      <w:r>
        <w:br/>
      </w:r>
      <w:r>
        <w:t xml:space="preserve">    (a) gains advantage from</w:t>
      </w:r>
      <w:r>
        <w:br/>
      </w:r>
      <w:r>
        <w:t xml:space="preserve">    (b) dies or is destroyed</w:t>
      </w:r>
      <w:r>
        <w:br/>
      </w:r>
      <w:r>
        <w:t xml:space="preserve">    (c) boundaries or limits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Therefore I would enter that country: because I have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my name stamped on brick as my destiny decreed, I will go to the country where the cedar is cut.</w:t>
      </w:r>
      <w:r>
        <w:br/>
      </w:r>
      <w:r>
        <w:t xml:space="preserve">    (a) persuaded someone to want something (often sex or love) by tempting with something desired</w:t>
      </w:r>
      <w:r>
        <w:br/>
      </w:r>
      <w:r>
        <w:t xml:space="preserve">    (b) not having a relationship whereby a change in one thing helps predict a change in another</w:t>
      </w:r>
      <w:r>
        <w:br/>
      </w:r>
      <w:r>
        <w:t xml:space="preserve">    (c) caused to exist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great winds he appointed: the north wind, the whirlwind, the storm and the icy wind,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tempest</w:t>
      </w:r>
      <w:r>
        <w:rPr>
          <w:b/>
          <w:bCs/>
        </w:rPr>
        <w:t xml:space="preserve"> </w:t>
      </w:r>
      <w:r>
        <w:rPr>
          <w:b/>
          <w:bCs/>
        </w:rPr>
        <w:t xml:space="preserve">and the scorching wind.</w:t>
      </w:r>
      <w:r>
        <w:br/>
      </w:r>
      <w:r>
        <w:t xml:space="preserve">    (a) a long and determined effort for a cause that is passionately believed to be important</w:t>
      </w:r>
      <w:r>
        <w:br/>
      </w:r>
      <w:r>
        <w:t xml:space="preserve">    (b) to dominate harshly and unfairly  OR  to deny equal rights to others or make them suffer</w:t>
      </w:r>
      <w:r>
        <w:br/>
      </w:r>
      <w:r>
        <w:t xml:space="preserve">    (c) a violent commotion or disturbance -- especially a violent storm or emotional outburst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From the day I go until I return, till I reach the cedar forest and destroy the evil which Shamash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abhors</w:t>
      </w:r>
      <w:r>
        <w:rPr>
          <w:b/>
          <w:bCs/>
        </w:rPr>
        <w:t xml:space="preserve">, pray for me to Shamash.</w:t>
      </w:r>
      <w:r>
        <w:br/>
      </w:r>
      <w:r>
        <w:t xml:space="preserve">    (a) strongly desires</w:t>
      </w:r>
      <w:r>
        <w:br/>
      </w:r>
      <w:r>
        <w:t xml:space="preserve">    (b) hates or detests</w:t>
      </w:r>
      <w:r>
        <w:br/>
      </w:r>
      <w:r>
        <w:t xml:space="preserve">    (c) thinks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your courage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roused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battle to come; forget death and follow me, a man resolute in action, but one who is not foolhardy.</w:t>
      </w:r>
      <w:r>
        <w:br/>
      </w:r>
      <w:r>
        <w:t xml:space="preserve">    (a) explains something in a particular way</w:t>
      </w:r>
      <w:r>
        <w:br/>
      </w:r>
      <w:r>
        <w:t xml:space="preserve">    (b) to awaken, make more active, or excite</w:t>
      </w:r>
      <w:r>
        <w:br/>
      </w:r>
      <w:r>
        <w:t xml:space="preserve">    (c) beyond the permitted boundary or limit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Gilgamesh shouted, "By the life of Ninsun my mother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divine</w:t>
      </w:r>
      <w:r>
        <w:rPr>
          <w:b/>
          <w:bCs/>
        </w:rPr>
        <w:t xml:space="preserve"> </w:t>
      </w:r>
      <w:r>
        <w:rPr>
          <w:b/>
          <w:bCs/>
        </w:rPr>
        <w:t xml:space="preserve">Lugulbanda my father, ..."</w:t>
      </w:r>
      <w:r>
        <w:br/>
      </w:r>
      <w:r>
        <w:t xml:space="preserve">    (a) or god-like</w:t>
      </w:r>
      <w:r>
        <w:br/>
      </w:r>
      <w:r>
        <w:t xml:space="preserve">    (b) unable or difficult to meet and talk with</w:t>
      </w:r>
      <w:r>
        <w:br/>
      </w:r>
      <w:r>
        <w:t xml:space="preserve">    (c) the quality of being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slapped his thigh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.</w:t>
      </w:r>
      <w:r>
        <w:br/>
      </w:r>
      <w:r>
        <w:t xml:space="preserve">    (a) not answer questions; or block progress</w:t>
      </w:r>
      <w:r>
        <w:br/>
      </w:r>
      <w:r>
        <w:t xml:space="preserve">    (b) disrespect or reject as not good enough</w:t>
      </w:r>
      <w:r>
        <w:br/>
      </w:r>
      <w:r>
        <w:t xml:space="preserve">    (c) move from more general to more specific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Enkidu cried to Gilgamesh, "My friend, we boasted that we would leave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enduring</w:t>
      </w:r>
      <w:r>
        <w:rPr>
          <w:b/>
          <w:bCs/>
        </w:rPr>
        <w:t xml:space="preserve"> </w:t>
      </w:r>
      <w:r>
        <w:rPr>
          <w:b/>
          <w:bCs/>
        </w:rPr>
        <w:t xml:space="preserve">names behind us."</w:t>
      </w:r>
      <w:r>
        <w:br/>
      </w:r>
      <w:r>
        <w:t xml:space="preserve">    (a) lying or misleading</w:t>
      </w:r>
      <w:r>
        <w:br/>
      </w:r>
      <w:r>
        <w:t xml:space="preserve">    (b) continuing to exist</w:t>
      </w:r>
      <w:r>
        <w:br/>
      </w:r>
      <w:r>
        <w:t xml:space="preserve">    (c) influencing opinion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friend who was very dear to me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endured</w:t>
      </w:r>
      <w:r>
        <w:rPr>
          <w:b/>
          <w:bCs/>
        </w:rPr>
        <w:t xml:space="preserve"> </w:t>
      </w:r>
      <w:r>
        <w:rPr>
          <w:b/>
          <w:bCs/>
        </w:rPr>
        <w:t xml:space="preserve">dangers beside me,</w:t>
      </w:r>
      <w:r>
        <w:br/>
      </w:r>
      <w:r>
        <w:t xml:space="preserve">    (a) suffered through something difficult</w:t>
      </w:r>
      <w:r>
        <w:br/>
      </w:r>
      <w:r>
        <w:t xml:space="preserve">    (b) stuck out, attracted more attention than desired, or imposed on others</w:t>
      </w:r>
      <w:r>
        <w:br/>
      </w:r>
      <w:r>
        <w:t xml:space="preserve">    (c) not persuaded to want something (often sex or love) through temptation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Gilgamesh is the most glorious of heroes, Gilgamesh is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eminent</w:t>
      </w:r>
      <w:r>
        <w:rPr>
          <w:b/>
          <w:bCs/>
        </w:rPr>
        <w:t xml:space="preserve"> </w:t>
      </w:r>
      <w:r>
        <w:rPr>
          <w:b/>
          <w:bCs/>
        </w:rPr>
        <w:t xml:space="preserve">among men.</w:t>
      </w:r>
      <w:r>
        <w:br/>
      </w:r>
      <w:r>
        <w:t xml:space="preserve">    (a) respected and famous or important</w:t>
      </w:r>
      <w:r>
        <w:br/>
      </w:r>
      <w:r>
        <w:t xml:space="preserve">    (b) able to be stopped from happening</w:t>
      </w:r>
      <w:r>
        <w:br/>
      </w:r>
      <w:r>
        <w:t xml:space="preserve">    (c) improper, awkward, or unfavorable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dragged off his splendid robes and flung them down as though they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abominations</w:t>
      </w:r>
      <w:r>
        <w:rPr>
          <w:b/>
          <w:bCs/>
        </w:rPr>
        <w:t xml:space="preserve">.</w:t>
      </w:r>
      <w:r>
        <w:br/>
      </w:r>
      <w:r>
        <w:t xml:space="preserve">    (a) acts of interacting or getting interested again</w:t>
      </w:r>
      <w:r>
        <w:br/>
      </w:r>
      <w:r>
        <w:t xml:space="preserve">    (b) general feelings of not being as good as others</w:t>
      </w:r>
      <w:r>
        <w:br/>
      </w:r>
      <w:r>
        <w:t xml:space="preserve">    (c) things that are exceptionally bad or detestable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Gilgamesh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lamented</w:t>
      </w:r>
      <w:r>
        <w:rPr>
          <w:b/>
          <w:bCs/>
        </w:rPr>
        <w:t xml:space="preserve">; seven days and seven nights he wept for Enkidu,</w:t>
      </w:r>
      <w:r>
        <w:br/>
      </w:r>
      <w:r>
        <w:t xml:space="preserve">    (a) thought -- possibly aloud</w:t>
      </w:r>
      <w:r>
        <w:br/>
      </w:r>
      <w:r>
        <w:t xml:space="preserve">    (b) was abundant or plentiful</w:t>
      </w:r>
      <w:r>
        <w:br/>
      </w:r>
      <w:r>
        <w:t xml:space="preserve">    (c) expressed grief and sorrow passionately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 </w:t>
      </w:r>
      <w:r>
        <w:rPr>
          <w:b/>
          <w:bCs/>
        </w:rPr>
        <w:t xml:space="preserve">is in my heart.</w:t>
      </w:r>
      <w:r>
        <w:br/>
      </w:r>
      <w:r>
        <w:t xml:space="preserve">    (a) not creating disagreement or struggle</w:t>
      </w:r>
      <w:r>
        <w:br/>
      </w:r>
      <w:r>
        <w:t xml:space="preserve">    (b) adjusts a lens to make an image clear</w:t>
      </w:r>
      <w:r>
        <w:br/>
      </w:r>
      <w:r>
        <w:t xml:space="preserve">    (c) hopelessness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Lay upon the sinner his sin, Lay upon the transgressor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transgression</w:t>
      </w:r>
      <w:r>
        <w:rPr>
          <w:b/>
          <w:bCs/>
        </w:rPr>
        <w:t xml:space="preserve">, Punish him a little when he breaks loose, Do not drive him too hard or he perishes; Would that a lion had ravaged mankind Rather than the flood, Would that a wolf had ravaged mankind Rather than the flood, Would that famine had wasted the world Rather than the flood, Would that pestilence had wasted mankind Rather than the flood.</w:t>
      </w:r>
      <w:r>
        <w:br/>
      </w:r>
      <w:r>
        <w:t xml:space="preserve">    (a) an act that violates a rule, promise, or social norm</w:t>
      </w:r>
      <w:r>
        <w:br/>
      </w:r>
      <w:r>
        <w:t xml:space="preserve">    (b) the taking on or adoption of power or responsibility</w:t>
      </w:r>
      <w:r>
        <w:br/>
      </w:r>
      <w:r>
        <w:t xml:space="preserve">    (c) the process of controlling (how something turns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Gilgamesh saw a well of cool water and he went down and bathed; but deep in the pool there was lying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serpent</w:t>
      </w:r>
      <w:r>
        <w:rPr>
          <w:b/>
          <w:bCs/>
        </w:rPr>
        <w:t xml:space="preserve">, and the serpent sensed the sweetness of the flower.</w:t>
      </w:r>
      <w:r>
        <w:br/>
      </w:r>
      <w:r>
        <w:t xml:space="preserve">    (a) snake</w:t>
      </w:r>
      <w:r>
        <w:br/>
      </w:r>
      <w:r>
        <w:t xml:space="preserve">    (b) skill</w:t>
      </w:r>
      <w:r>
        <w:br/>
      </w:r>
      <w:r>
        <w:t xml:space="preserve">    (c) story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2026-07-31T17:02:02Z</dcterms:created>
  <dcterms:modified xsi:type="dcterms:W3CDTF">2026-07-31T17:02:02Z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