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5eb4d0f57e30c122835759e2ef53790b970dd4"/>
    <w:p>
      <w:pPr>
        <w:pStyle w:val="Heading1"/>
      </w:pPr>
      <w:r>
        <w:rPr>
          <w:b/>
          <w:bCs/>
        </w:rPr>
        <w:t xml:space="preserve">The Egg</w:t>
      </w:r>
      <w:r>
        <w:br/>
      </w:r>
      <w:r>
        <w:rPr>
          <w:i/>
          <w:iCs/>
        </w:rPr>
        <w:t xml:space="preserve">Sherwood Anderson</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From the beginning they were impressions of disaster and if, in my turn, I am a gloomy man inclined to see the darker side of life, I</w:t>
      </w:r>
      <w:r>
        <w:rPr>
          <w:b/>
          <w:bCs/>
        </w:rPr>
        <w:t xml:space="preserve"> </w:t>
      </w:r>
      <w:r>
        <w:rPr>
          <w:b/>
          <w:bCs/>
          <w:u w:val="single"/>
        </w:rPr>
        <w:t xml:space="preserve">attribute</w:t>
      </w:r>
      <w:r>
        <w:rPr>
          <w:b/>
          <w:bCs/>
        </w:rPr>
        <w:t xml:space="preserve"> </w:t>
      </w:r>
      <w:r>
        <w:rPr>
          <w:b/>
          <w:bCs/>
        </w:rPr>
        <w:t xml:space="preserve">it to the fact that what should have been for me the happy joyous days of childhood were spent on a chicken farm.</w:t>
      </w:r>
      <w:r>
        <w:br/>
      </w:r>
      <w:r>
        <w:t xml:space="preserve">    (a) move out of an interacting position; or stop</w:t>
      </w:r>
      <w:r>
        <w:br/>
      </w:r>
      <w:r>
        <w:t xml:space="preserve">    (b) say something or make a sound with the voice</w:t>
      </w:r>
      <w:r>
        <w:br/>
      </w:r>
      <w:r>
        <w:t xml:space="preserve">    (c) credit (point to as the source of something)</w:t>
      </w:r>
    </w:p>
    <w:p>
      <w:pPr>
        <w:pStyle w:val="Compact"/>
        <w:numPr>
          <w:ilvl w:val="0"/>
          <w:numId w:val="1001"/>
        </w:numPr>
      </w:pPr>
      <w:r>
        <w:rPr>
          <w:b/>
          <w:bCs/>
        </w:rPr>
        <w:t xml:space="preserve">It is born out of an egg, lives for a few weeks as a tiny fluffy thing such as you will see pictured on Easter cards, then becomes</w:t>
      </w:r>
      <w:r>
        <w:rPr>
          <w:b/>
          <w:bCs/>
        </w:rPr>
        <w:t xml:space="preserve"> </w:t>
      </w:r>
      <w:r>
        <w:rPr>
          <w:b/>
          <w:bCs/>
          <w:u w:val="single"/>
        </w:rPr>
        <w:t xml:space="preserve">hideously</w:t>
      </w:r>
      <w:r>
        <w:rPr>
          <w:b/>
          <w:bCs/>
        </w:rPr>
        <w:t xml:space="preserve"> </w:t>
      </w:r>
      <w:r>
        <w:rPr>
          <w:b/>
          <w:bCs/>
        </w:rPr>
        <w:t xml:space="preserve">naked, eats quantities of corn and meal bought by the sweat of your father's brow, gets diseases called pip, cholera, and other names, stands looking with stupid eyes at the sun, becomes sick and dies.</w:t>
      </w:r>
      <w:r>
        <w:br/>
      </w:r>
      <w:r>
        <w:t xml:space="preserve">    (a) in a manner that causes great mental or physical suffering</w:t>
      </w:r>
      <w:r>
        <w:br/>
      </w:r>
      <w:r>
        <w:t xml:space="preserve">    (b) in a manner that relates to properties of sound or hearing</w:t>
      </w:r>
      <w:r>
        <w:br/>
      </w:r>
      <w:r>
        <w:t xml:space="preserve">    (c) in an extremely ugly, offensive, and/or frightening manner</w:t>
      </w:r>
    </w:p>
    <w:p>
      <w:pPr>
        <w:pStyle w:val="Compact"/>
        <w:numPr>
          <w:ilvl w:val="0"/>
          <w:numId w:val="1001"/>
        </w:numPr>
      </w:pPr>
      <w:r>
        <w:rPr>
          <w:b/>
          <w:bCs/>
        </w:rPr>
        <w:t xml:space="preserve">One hopes for so much from a chicken and is so dreadfully</w:t>
      </w:r>
      <w:r>
        <w:rPr>
          <w:b/>
          <w:bCs/>
        </w:rPr>
        <w:t xml:space="preserve"> </w:t>
      </w:r>
      <w:r>
        <w:rPr>
          <w:b/>
          <w:bCs/>
          <w:u w:val="single"/>
        </w:rPr>
        <w:t xml:space="preserve">disillusioned</w:t>
      </w:r>
      <w:r>
        <w:rPr>
          <w:b/>
          <w:bCs/>
        </w:rPr>
        <w:t xml:space="preserve">.</w:t>
      </w:r>
      <w:r>
        <w:br/>
      </w:r>
      <w:r>
        <w:t xml:space="preserve">    (a) roughly calculated or guessed (based on incomplete information) a value, quantity, or extent of something</w:t>
      </w:r>
      <w:r>
        <w:br/>
      </w:r>
      <w:r>
        <w:t xml:space="preserve">    (b) disappointed from losing false belief that something is better than it is; or the removal of such a belief</w:t>
      </w:r>
      <w:r>
        <w:br/>
      </w:r>
      <w:r>
        <w:t xml:space="preserve">    (c) treated something in an educated, intellectual way -- often excluding emotional or practical considerations</w:t>
      </w:r>
    </w:p>
    <w:p>
      <w:pPr>
        <w:pStyle w:val="Compact"/>
        <w:numPr>
          <w:ilvl w:val="0"/>
          <w:numId w:val="1001"/>
        </w:numPr>
      </w:pPr>
      <w:r>
        <w:rPr>
          <w:b/>
          <w:bCs/>
        </w:rPr>
        <w:t xml:space="preserve">I, however,</w:t>
      </w:r>
      <w:r>
        <w:rPr>
          <w:b/>
          <w:bCs/>
        </w:rPr>
        <w:t xml:space="preserve"> </w:t>
      </w:r>
      <w:r>
        <w:rPr>
          <w:b/>
          <w:bCs/>
          <w:u w:val="single"/>
        </w:rPr>
        <w:t xml:space="preserve">digress</w:t>
      </w:r>
      <w:r>
        <w:rPr>
          <w:b/>
          <w:bCs/>
        </w:rPr>
        <w:t xml:space="preserve">.</w:t>
      </w:r>
      <w:r>
        <w:br/>
      </w:r>
      <w:r>
        <w:t xml:space="preserve">    (a) pessimistic or disagreeable</w:t>
      </w:r>
      <w:r>
        <w:br/>
      </w:r>
      <w:r>
        <w:t xml:space="preserve">    (b) develop or change gradually</w:t>
      </w:r>
      <w:r>
        <w:br/>
      </w:r>
      <w:r>
        <w:t xml:space="preserve">    (c) wander from a direct course</w:t>
      </w:r>
    </w:p>
    <w:p>
      <w:pPr>
        <w:pStyle w:val="Compact"/>
        <w:numPr>
          <w:ilvl w:val="0"/>
          <w:numId w:val="1001"/>
        </w:numPr>
      </w:pPr>
      <w:r>
        <w:rPr>
          <w:b/>
          <w:bCs/>
        </w:rPr>
        <w:t xml:space="preserve">My tale does not</w:t>
      </w:r>
      <w:r>
        <w:rPr>
          <w:b/>
          <w:bCs/>
        </w:rPr>
        <w:t xml:space="preserve"> </w:t>
      </w:r>
      <w:r>
        <w:rPr>
          <w:b/>
          <w:bCs/>
          <w:u w:val="single"/>
        </w:rPr>
        <w:t xml:space="preserve">primarily</w:t>
      </w:r>
      <w:r>
        <w:rPr>
          <w:b/>
          <w:bCs/>
        </w:rPr>
        <w:t xml:space="preserve"> </w:t>
      </w:r>
      <w:r>
        <w:rPr>
          <w:b/>
          <w:bCs/>
        </w:rPr>
        <w:t xml:space="preserve">concern itself with the hen.</w:t>
      </w:r>
      <w:r>
        <w:br/>
      </w:r>
      <w:r>
        <w:t xml:space="preserve">    (a) wisely</w:t>
      </w:r>
      <w:r>
        <w:br/>
      </w:r>
      <w:r>
        <w:t xml:space="preserve">    (b) really</w:t>
      </w:r>
      <w:r>
        <w:br/>
      </w:r>
      <w:r>
        <w:t xml:space="preserve">    (c) mainly</w:t>
      </w:r>
    </w:p>
    <w:p>
      <w:pPr>
        <w:pStyle w:val="Compact"/>
        <w:numPr>
          <w:ilvl w:val="0"/>
          <w:numId w:val="1001"/>
        </w:numPr>
      </w:pPr>
      <w:r>
        <w:rPr>
          <w:b/>
          <w:bCs/>
        </w:rPr>
        <w:t xml:space="preserve">We must have been a sad looking lot, not, I fancy, unlike</w:t>
      </w:r>
      <w:r>
        <w:rPr>
          <w:b/>
          <w:bCs/>
        </w:rPr>
        <w:t xml:space="preserve"> </w:t>
      </w:r>
      <w:r>
        <w:rPr>
          <w:b/>
          <w:bCs/>
          <w:u w:val="single"/>
        </w:rPr>
        <w:t xml:space="preserve">refugees</w:t>
      </w:r>
      <w:r>
        <w:rPr>
          <w:b/>
          <w:bCs/>
        </w:rPr>
        <w:t xml:space="preserve"> </w:t>
      </w:r>
      <w:r>
        <w:rPr>
          <w:b/>
          <w:bCs/>
        </w:rPr>
        <w:t xml:space="preserve">fleeing from a battlefield.</w:t>
      </w:r>
      <w:r>
        <w:br/>
      </w:r>
      <w:r>
        <w:t xml:space="preserve">    (a) people who fled their homeland</w:t>
      </w:r>
      <w:r>
        <w:br/>
      </w:r>
      <w:r>
        <w:t xml:space="preserve">    (b) understandings or explanations</w:t>
      </w:r>
      <w:r>
        <w:br/>
      </w:r>
      <w:r>
        <w:t xml:space="preserve">    (c) quiet voices; or a quiet voice</w:t>
      </w:r>
    </w:p>
    <w:p>
      <w:pPr>
        <w:pStyle w:val="Compact"/>
        <w:numPr>
          <w:ilvl w:val="0"/>
          <w:numId w:val="1001"/>
        </w:numPr>
      </w:pPr>
      <w:r>
        <w:rPr>
          <w:b/>
          <w:bCs/>
        </w:rPr>
        <w:t xml:space="preserve">He was then a bald-headed man of forty-five, a little fat and from long association with mother and the chickens he had become</w:t>
      </w:r>
      <w:r>
        <w:rPr>
          <w:b/>
          <w:bCs/>
        </w:rPr>
        <w:t xml:space="preserve"> </w:t>
      </w:r>
      <w:r>
        <w:rPr>
          <w:b/>
          <w:bCs/>
          <w:u w:val="single"/>
        </w:rPr>
        <w:t xml:space="preserve">habitually</w:t>
      </w:r>
      <w:r>
        <w:rPr>
          <w:b/>
          <w:bCs/>
        </w:rPr>
        <w:t xml:space="preserve"> </w:t>
      </w:r>
      <w:r>
        <w:rPr>
          <w:b/>
          <w:bCs/>
        </w:rPr>
        <w:t xml:space="preserve">silent and discouraged.</w:t>
      </w:r>
      <w:r>
        <w:br/>
      </w:r>
      <w:r>
        <w:t xml:space="preserve">    (a) following as a result of something</w:t>
      </w:r>
      <w:r>
        <w:br/>
      </w:r>
      <w:r>
        <w:t xml:space="preserve">    (b) indiscriminately (non-selectively)</w:t>
      </w:r>
      <w:r>
        <w:br/>
      </w:r>
      <w:r>
        <w:t xml:space="preserve">    (c) regularly</w:t>
      </w:r>
    </w:p>
    <w:p>
      <w:pPr>
        <w:pStyle w:val="Compact"/>
        <w:numPr>
          <w:ilvl w:val="0"/>
          <w:numId w:val="1001"/>
        </w:numPr>
      </w:pPr>
      <w:r>
        <w:rPr>
          <w:b/>
          <w:bCs/>
          <w:u w:val="single"/>
        </w:rPr>
        <w:t xml:space="preserve">Grotesques</w:t>
      </w:r>
      <w:r>
        <w:rPr>
          <w:b/>
          <w:bCs/>
        </w:rPr>
        <w:t xml:space="preserve"> </w:t>
      </w:r>
      <w:r>
        <w:rPr>
          <w:b/>
          <w:bCs/>
        </w:rPr>
        <w:t xml:space="preserve">are born out of eggs as out of people.</w:t>
      </w:r>
      <w:r>
        <w:br/>
      </w:r>
      <w:r>
        <w:t xml:space="preserve">    (a) distorted and unnatural in shape or size -- especially in a disturbing way</w:t>
      </w:r>
      <w:r>
        <w:br/>
      </w:r>
      <w:r>
        <w:br/>
      </w:r>
      <w:r>
        <w:t xml:space="preserve">or:</w:t>
      </w:r>
      <w:r>
        <w:br/>
      </w:r>
      <w:r>
        <w:br/>
      </w:r>
      <w:r>
        <w:t xml:space="preserve">ugly, gross, or very wrong</w:t>
      </w:r>
      <w:r>
        <w:br/>
      </w:r>
      <w:r>
        <w:t xml:space="preserve">    (b) a family of powerful stimulant drugs that increases activity in the brain and nervous system -- often addictive</w:t>
      </w:r>
      <w:r>
        <w:br/>
      </w:r>
      <w:r>
        <w:t xml:space="preserve">    (c) atoms that are different from other atoms of the same element because they have a different number of neutrons</w:t>
      </w:r>
    </w:p>
    <w:p>
      <w:pPr>
        <w:pStyle w:val="Compact"/>
        <w:numPr>
          <w:ilvl w:val="0"/>
          <w:numId w:val="1001"/>
        </w:numPr>
      </w:pPr>
      <w:r>
        <w:rPr>
          <w:b/>
          <w:bCs/>
        </w:rPr>
        <w:t xml:space="preserve">Now that I am older I know that she had another</w:t>
      </w:r>
      <w:r>
        <w:rPr>
          <w:b/>
          <w:bCs/>
        </w:rPr>
        <w:t xml:space="preserve"> </w:t>
      </w:r>
      <w:r>
        <w:rPr>
          <w:b/>
          <w:bCs/>
          <w:u w:val="single"/>
        </w:rPr>
        <w:t xml:space="preserve">motive</w:t>
      </w:r>
      <w:r>
        <w:rPr>
          <w:b/>
          <w:bCs/>
        </w:rPr>
        <w:t xml:space="preserve"> </w:t>
      </w:r>
      <w:r>
        <w:rPr>
          <w:b/>
          <w:bCs/>
        </w:rPr>
        <w:t xml:space="preserve">in going.</w:t>
      </w:r>
      <w:r>
        <w:br/>
      </w:r>
      <w:r>
        <w:t xml:space="preserve">    (a) small quantity or indication</w:t>
      </w:r>
      <w:r>
        <w:br/>
      </w:r>
      <w:r>
        <w:t xml:space="preserve">    (b) reason (for doing something)</w:t>
      </w:r>
      <w:r>
        <w:br/>
      </w:r>
      <w:r>
        <w:t xml:space="preserve">    (c) the sacred writings of Islam</w:t>
      </w:r>
    </w:p>
    <w:p>
      <w:pPr>
        <w:pStyle w:val="Compact"/>
        <w:numPr>
          <w:ilvl w:val="0"/>
          <w:numId w:val="1001"/>
        </w:numPr>
      </w:pPr>
      <w:r>
        <w:rPr>
          <w:b/>
          <w:bCs/>
        </w:rPr>
        <w:t xml:space="preserve">Down along the frozen road I went hopping</w:t>
      </w:r>
      <w:r>
        <w:rPr>
          <w:b/>
          <w:bCs/>
        </w:rPr>
        <w:t xml:space="preserve"> </w:t>
      </w:r>
      <w:r>
        <w:rPr>
          <w:b/>
          <w:bCs/>
          <w:u w:val="single"/>
        </w:rPr>
        <w:t xml:space="preserve">solemnly</w:t>
      </w:r>
      <w:r>
        <w:rPr>
          <w:b/>
          <w:bCs/>
        </w:rPr>
        <w:t xml:space="preserve"> </w:t>
      </w:r>
      <w:r>
        <w:rPr>
          <w:b/>
          <w:bCs/>
        </w:rPr>
        <w:t xml:space="preserve">on one leg.</w:t>
      </w:r>
      <w:r>
        <w:br/>
      </w:r>
      <w:r>
        <w:t xml:space="preserve">    (a) in a manner that finds fault</w:t>
      </w:r>
      <w:r>
        <w:br/>
      </w:r>
      <w:r>
        <w:t xml:space="preserve">    (b) in a manner that is not good</w:t>
      </w:r>
      <w:r>
        <w:br/>
      </w:r>
      <w:r>
        <w:t xml:space="preserve">    (c) with seriousness and dignity</w:t>
      </w:r>
    </w:p>
    <w:p>
      <w:pPr>
        <w:pStyle w:val="Compact"/>
        <w:numPr>
          <w:ilvl w:val="0"/>
          <w:numId w:val="1001"/>
        </w:numPr>
      </w:pPr>
      <w:r>
        <w:rPr>
          <w:b/>
          <w:bCs/>
        </w:rPr>
        <w:t xml:space="preserve">He decided that he had in the past been an unsuccessful man because he had not been cheerful enough and that in the future he would</w:t>
      </w:r>
      <w:r>
        <w:rPr>
          <w:b/>
          <w:bCs/>
        </w:rPr>
        <w:t xml:space="preserve"> </w:t>
      </w:r>
      <w:r>
        <w:rPr>
          <w:b/>
          <w:bCs/>
          <w:u w:val="single"/>
        </w:rPr>
        <w:t xml:space="preserve">adopt</w:t>
      </w:r>
      <w:r>
        <w:rPr>
          <w:b/>
          <w:bCs/>
        </w:rPr>
        <w:t xml:space="preserve"> </w:t>
      </w:r>
      <w:r>
        <w:rPr>
          <w:b/>
          <w:bCs/>
        </w:rPr>
        <w:t xml:space="preserve">a cheerful outlook on life.</w:t>
      </w:r>
      <w:r>
        <w:br/>
      </w:r>
      <w:r>
        <w:t xml:space="preserve">    (a) begin fighting again</w:t>
      </w:r>
      <w:r>
        <w:br/>
      </w:r>
      <w:r>
        <w:t xml:space="preserve">    (b) recognize difference</w:t>
      </w:r>
      <w:r>
        <w:br/>
      </w:r>
      <w:r>
        <w:t xml:space="preserve">    (c) take on as one's own</w:t>
      </w:r>
    </w:p>
    <w:p>
      <w:pPr>
        <w:pStyle w:val="Compact"/>
        <w:numPr>
          <w:ilvl w:val="0"/>
          <w:numId w:val="1001"/>
        </w:numPr>
      </w:pPr>
      <w:r>
        <w:rPr>
          <w:b/>
          <w:bCs/>
        </w:rPr>
        <w:t xml:space="preserve">We did not talk much, but in our daily lives tried</w:t>
      </w:r>
      <w:r>
        <w:rPr>
          <w:b/>
          <w:bCs/>
        </w:rPr>
        <w:t xml:space="preserve"> </w:t>
      </w:r>
      <w:r>
        <w:rPr>
          <w:b/>
          <w:bCs/>
          <w:u w:val="single"/>
        </w:rPr>
        <w:t xml:space="preserve">earnestly</w:t>
      </w:r>
      <w:r>
        <w:rPr>
          <w:b/>
          <w:bCs/>
        </w:rPr>
        <w:t xml:space="preserve"> </w:t>
      </w:r>
      <w:r>
        <w:rPr>
          <w:b/>
          <w:bCs/>
        </w:rPr>
        <w:t xml:space="preserve">to make smiles take the place of glum looks.</w:t>
      </w:r>
      <w:r>
        <w:br/>
      </w:r>
      <w:r>
        <w:t xml:space="preserve">    (a) in a self-aware manner</w:t>
      </w:r>
      <w:r>
        <w:br/>
      </w:r>
      <w:r>
        <w:t xml:space="preserve">    (b) sincerely or seriously</w:t>
      </w:r>
      <w:r>
        <w:br/>
      </w:r>
      <w:r>
        <w:t xml:space="preserve">    (c) finally; or in the end</w:t>
      </w:r>
    </w:p>
    <w:p>
      <w:pPr>
        <w:pStyle w:val="Compact"/>
        <w:numPr>
          <w:ilvl w:val="0"/>
          <w:numId w:val="1001"/>
        </w:numPr>
      </w:pPr>
      <w:r>
        <w:rPr>
          <w:b/>
          <w:bCs/>
        </w:rPr>
        <w:t xml:space="preserve">Father became a little feverish in his</w:t>
      </w:r>
      <w:r>
        <w:rPr>
          <w:b/>
          <w:bCs/>
        </w:rPr>
        <w:t xml:space="preserve"> </w:t>
      </w:r>
      <w:r>
        <w:rPr>
          <w:b/>
          <w:bCs/>
          <w:u w:val="single"/>
        </w:rPr>
        <w:t xml:space="preserve">anxiety</w:t>
      </w:r>
      <w:r>
        <w:rPr>
          <w:b/>
          <w:bCs/>
        </w:rPr>
        <w:t xml:space="preserve"> </w:t>
      </w:r>
      <w:r>
        <w:rPr>
          <w:b/>
          <w:bCs/>
        </w:rPr>
        <w:t xml:space="preserve">to please.</w:t>
      </w:r>
      <w:r>
        <w:br/>
      </w:r>
      <w:r>
        <w:t xml:space="preserve">    (a) basic rule or belief</w:t>
      </w:r>
      <w:r>
        <w:br/>
      </w:r>
      <w:r>
        <w:t xml:space="preserve">    (b) nervousness or worry</w:t>
      </w:r>
      <w:r>
        <w:br/>
      </w:r>
      <w:r>
        <w:t xml:space="preserve">    (c) narrow water passage</w:t>
      </w:r>
    </w:p>
    <w:p>
      <w:pPr>
        <w:pStyle w:val="Compact"/>
        <w:numPr>
          <w:ilvl w:val="0"/>
          <w:numId w:val="1001"/>
        </w:numPr>
      </w:pPr>
      <w:r>
        <w:rPr>
          <w:b/>
          <w:bCs/>
        </w:rPr>
        <w:t xml:space="preserve">He noticed that the restaurant keeper was</w:t>
      </w:r>
      <w:r>
        <w:rPr>
          <w:b/>
          <w:bCs/>
        </w:rPr>
        <w:t xml:space="preserve"> </w:t>
      </w:r>
      <w:r>
        <w:rPr>
          <w:b/>
          <w:bCs/>
          <w:u w:val="single"/>
        </w:rPr>
        <w:t xml:space="preserve">apparently</w:t>
      </w:r>
      <w:r>
        <w:rPr>
          <w:b/>
          <w:bCs/>
        </w:rPr>
        <w:t xml:space="preserve"> </w:t>
      </w:r>
      <w:r>
        <w:rPr>
          <w:b/>
          <w:bCs/>
        </w:rPr>
        <w:t xml:space="preserve">disturbed by his presence and he thought of going out.</w:t>
      </w:r>
      <w:r>
        <w:br/>
      </w:r>
      <w:r>
        <w:t xml:space="preserve">    (a) in a manner that is connected or fits together by being equivalent, proportionate, or matched</w:t>
      </w:r>
      <w:r>
        <w:br/>
      </w:r>
      <w:r>
        <w:t xml:space="preserve">    (b) not treated in a manner that demonstrates a sense of superiority, but is supposed to seem kind</w:t>
      </w:r>
      <w:r>
        <w:br/>
      </w:r>
      <w:r>
        <w:t xml:space="preserve">    (c) obviously or clearly; or seemingly so (appearing clear or obvious--though not necessarily so)</w:t>
      </w:r>
    </w:p>
    <w:p>
      <w:pPr>
        <w:pStyle w:val="Compact"/>
        <w:numPr>
          <w:ilvl w:val="0"/>
          <w:numId w:val="1001"/>
        </w:numPr>
      </w:pPr>
      <w:r>
        <w:rPr>
          <w:b/>
          <w:bCs/>
        </w:rPr>
        <w:t xml:space="preserve">As so often happens in life he had thought so much and so often of the situation that now</w:t>
      </w:r>
      <w:r>
        <w:rPr>
          <w:b/>
          <w:bCs/>
        </w:rPr>
        <w:t xml:space="preserve"> </w:t>
      </w:r>
      <w:r>
        <w:rPr>
          <w:b/>
          <w:bCs/>
          <w:u w:val="single"/>
        </w:rPr>
        <w:t xml:space="preserve">confronted</w:t>
      </w:r>
      <w:r>
        <w:rPr>
          <w:b/>
          <w:bCs/>
        </w:rPr>
        <w:t xml:space="preserve"> </w:t>
      </w:r>
      <w:r>
        <w:rPr>
          <w:b/>
          <w:bCs/>
        </w:rPr>
        <w:t xml:space="preserve">him that he was somewhat nervous in its presence.</w:t>
      </w:r>
      <w:r>
        <w:br/>
      </w:r>
      <w:r>
        <w:t xml:space="preserve">    (a) (verb) showed, demonstrated, proved, or caused acceptance  OR  (adjective) proven, known, accepted/trusted/successful</w:t>
      </w:r>
      <w:r>
        <w:br/>
      </w:r>
      <w:r>
        <w:t xml:space="preserve">    (b) to deal directly with an unpleasant situation or person</w:t>
      </w:r>
      <w:r>
        <w:br/>
      </w:r>
      <w:r>
        <w:br/>
      </w:r>
      <w:r>
        <w:t xml:space="preserve">or:</w:t>
      </w:r>
      <w:r>
        <w:br/>
      </w:r>
      <w:r>
        <w:br/>
      </w:r>
      <w:r>
        <w:t xml:space="preserve">to challenge someone -- often by presenting evidence</w:t>
      </w:r>
      <w:r>
        <w:br/>
      </w:r>
      <w:r>
        <w:t xml:space="preserve">    (c) accepted someone's membership though a special procedure such as a ceremony and/or period of instruction and/or test</w:t>
      </w:r>
    </w:p>
    <w:p>
      <w:pPr>
        <w:pStyle w:val="Compact"/>
        <w:numPr>
          <w:ilvl w:val="0"/>
          <w:numId w:val="1001"/>
        </w:numPr>
      </w:pPr>
      <w:r>
        <w:rPr>
          <w:b/>
          <w:bCs/>
        </w:rPr>
        <w:t xml:space="preserve">My father seemed to his visitor to be beside himself at the</w:t>
      </w:r>
      <w:r>
        <w:rPr>
          <w:b/>
          <w:bCs/>
        </w:rPr>
        <w:t xml:space="preserve"> </w:t>
      </w:r>
      <w:r>
        <w:rPr>
          <w:b/>
          <w:bCs/>
          <w:u w:val="single"/>
        </w:rPr>
        <w:t xml:space="preserve">duplicity</w:t>
      </w:r>
      <w:r>
        <w:rPr>
          <w:b/>
          <w:bCs/>
        </w:rPr>
        <w:t xml:space="preserve"> </w:t>
      </w:r>
      <w:r>
        <w:rPr>
          <w:b/>
          <w:bCs/>
        </w:rPr>
        <w:t xml:space="preserve">of Christopher Columbus.</w:t>
      </w:r>
      <w:r>
        <w:br/>
      </w:r>
      <w:r>
        <w:t xml:space="preserve">    (a) a secret agreement or plot</w:t>
      </w:r>
      <w:r>
        <w:br/>
      </w:r>
      <w:r>
        <w:t xml:space="preserve">    (b) deception -- such as lying</w:t>
      </w:r>
      <w:r>
        <w:br/>
      </w:r>
      <w:r>
        <w:t xml:space="preserve">    (c) the best or most important</w:t>
      </w:r>
    </w:p>
    <w:p>
      <w:pPr>
        <w:pStyle w:val="Compact"/>
        <w:numPr>
          <w:ilvl w:val="0"/>
          <w:numId w:val="1001"/>
        </w:numPr>
      </w:pPr>
      <w:r>
        <w:rPr>
          <w:b/>
          <w:bCs/>
        </w:rPr>
        <w:t xml:space="preserve">Afire with the showman's passion and at the same time a good deal</w:t>
      </w:r>
      <w:r>
        <w:rPr>
          <w:b/>
          <w:bCs/>
        </w:rPr>
        <w:t xml:space="preserve"> </w:t>
      </w:r>
      <w:r>
        <w:rPr>
          <w:b/>
          <w:bCs/>
          <w:u w:val="single"/>
        </w:rPr>
        <w:t xml:space="preserve">disconcerted</w:t>
      </w:r>
      <w:r>
        <w:rPr>
          <w:b/>
          <w:bCs/>
        </w:rPr>
        <w:t xml:space="preserve"> </w:t>
      </w:r>
      <w:r>
        <w:rPr>
          <w:b/>
          <w:bCs/>
        </w:rPr>
        <w:t xml:space="preserve">by the failure of his first effort, father now took the bottles containing the poultry monstrosities down from their place on the shelf and began to show them to his visitor.</w:t>
      </w:r>
      <w:r>
        <w:br/>
      </w:r>
      <w:r>
        <w:t xml:space="preserve">    (a) not roughly calculated</w:t>
      </w:r>
      <w:r>
        <w:br/>
      </w:r>
      <w:r>
        <w:t xml:space="preserve">    (b) disturbed or unsettled</w:t>
      </w:r>
      <w:r>
        <w:br/>
      </w:r>
      <w:r>
        <w:t xml:space="preserve">    (c) consistent or the same</w:t>
      </w:r>
    </w:p>
    <w:p>
      <w:pPr>
        <w:pStyle w:val="Compact"/>
        <w:numPr>
          <w:ilvl w:val="0"/>
          <w:numId w:val="1001"/>
        </w:numPr>
      </w:pPr>
      <w:r>
        <w:rPr>
          <w:b/>
          <w:bCs/>
        </w:rPr>
        <w:t xml:space="preserve">In an outburst of generosity he fairly</w:t>
      </w:r>
      <w:r>
        <w:rPr>
          <w:b/>
          <w:bCs/>
        </w:rPr>
        <w:t xml:space="preserve"> </w:t>
      </w:r>
      <w:r>
        <w:rPr>
          <w:b/>
          <w:bCs/>
          <w:u w:val="single"/>
        </w:rPr>
        <w:t xml:space="preserve">compelled</w:t>
      </w:r>
      <w:r>
        <w:rPr>
          <w:b/>
          <w:bCs/>
        </w:rPr>
        <w:t xml:space="preserve"> </w:t>
      </w:r>
      <w:r>
        <w:rPr>
          <w:b/>
          <w:bCs/>
        </w:rPr>
        <w:t xml:space="preserve">Joe Kane to have a fresh cup of coffee and another cigar at his expense.</w:t>
      </w:r>
      <w:r>
        <w:br/>
      </w:r>
      <w:r>
        <w:t xml:space="preserve">    (a) forced; or (more rarely) convinced</w:t>
      </w:r>
      <w:r>
        <w:br/>
      </w:r>
      <w:r>
        <w:t xml:space="preserve">    (b) fruit cooked with sugar (like jam)</w:t>
      </w:r>
      <w:r>
        <w:br/>
      </w:r>
      <w:r>
        <w:t xml:space="preserve">    (c) didn't trust or have confidence in</w:t>
      </w:r>
    </w:p>
    <w:p>
      <w:pPr>
        <w:pStyle w:val="Compact"/>
        <w:numPr>
          <w:ilvl w:val="0"/>
          <w:numId w:val="1001"/>
        </w:numPr>
      </w:pPr>
      <w:r>
        <w:rPr>
          <w:b/>
          <w:bCs/>
        </w:rPr>
        <w:t xml:space="preserve">He was angry because his visitor did not watch him as he began to do his trick, but</w:t>
      </w:r>
      <w:r>
        <w:rPr>
          <w:b/>
          <w:bCs/>
        </w:rPr>
        <w:t xml:space="preserve"> </w:t>
      </w:r>
      <w:r>
        <w:rPr>
          <w:b/>
          <w:bCs/>
          <w:u w:val="single"/>
        </w:rPr>
        <w:t xml:space="preserve">nevertheless</w:t>
      </w:r>
      <w:r>
        <w:rPr>
          <w:b/>
          <w:bCs/>
        </w:rPr>
        <w:t xml:space="preserve"> </w:t>
      </w:r>
      <w:r>
        <w:rPr>
          <w:b/>
          <w:bCs/>
        </w:rPr>
        <w:t xml:space="preserve">went cheerfully to work.</w:t>
      </w:r>
      <w:r>
        <w:br/>
      </w:r>
      <w:r>
        <w:t xml:space="preserve">    (a) despite that (used to connect contrasting ideas)</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When he thought that at last the trick was about to be consummated the delayed train came in at the station and Joe Kane started to go</w:t>
      </w:r>
      <w:r>
        <w:rPr>
          <w:b/>
          <w:bCs/>
        </w:rPr>
        <w:t xml:space="preserve"> </w:t>
      </w:r>
      <w:r>
        <w:rPr>
          <w:b/>
          <w:bCs/>
          <w:u w:val="single"/>
        </w:rPr>
        <w:t xml:space="preserve">nonchalantly</w:t>
      </w:r>
      <w:r>
        <w:rPr>
          <w:b/>
          <w:bCs/>
        </w:rPr>
        <w:t xml:space="preserve"> </w:t>
      </w:r>
      <w:r>
        <w:rPr>
          <w:b/>
          <w:bCs/>
        </w:rPr>
        <w:t xml:space="preserve">out at the door.</w:t>
      </w:r>
      <w:r>
        <w:br/>
      </w:r>
      <w:r>
        <w:t xml:space="preserve">    (a) calmly (appearing unconcerned)</w:t>
      </w:r>
      <w:r>
        <w:br/>
      </w:r>
      <w:r>
        <w:t xml:space="preserve">    (b) in a good or beneficial manner</w:t>
      </w:r>
      <w:r>
        <w:br/>
      </w:r>
      <w:r>
        <w:t xml:space="preserve">    (c) in a manner that does not stop</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2026-07-31T19:09:13Z</dcterms:created>
  <dcterms:modified xsi:type="dcterms:W3CDTF">2026-07-31T19:09:13Z</dcterms:modified>
</cp:coreProperties>
</file>

<file path=docProps/custom.xml><?xml version="1.0" encoding="utf-8"?>
<Properties xmlns="http://schemas.openxmlformats.org/officeDocument/2006/custom-properties" xmlns:vt="http://schemas.openxmlformats.org/officeDocument/2006/docPropsVTypes"/>
</file>