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2a912e95ac1d8c33a957968bc97c58932532f0"/>
    <w:p>
      <w:pPr>
        <w:pStyle w:val="Heading1"/>
      </w:pPr>
      <w:r>
        <w:rPr>
          <w:b/>
          <w:bCs/>
        </w:rPr>
        <w:t xml:space="preserve">The Duck Commander Family</w:t>
      </w:r>
      <w:r>
        <w:br/>
      </w:r>
      <w:r>
        <w:rPr>
          <w:i/>
          <w:iCs/>
        </w:rPr>
        <w:t xml:space="preserve">Willie &amp; Korie Robertson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CONSIDER IT PURE JOY, MY BROTHERS, WHENEVER YOU FACE TRIALS OF MANY KINDS, BECAUSE YOU KNOW THAT THE TESTING OF YOUR FAITH DEVELOPS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PERSEVERANCE</w:t>
      </w:r>
      <w:r>
        <w:rPr>
          <w:b/>
          <w:bCs/>
        </w:rPr>
        <w:t xml:space="preserve">.—JAMES 1:2-3</w:t>
      </w:r>
      <w:r>
        <w:br/>
      </w:r>
      <w:r>
        <w:t xml:space="preserve">    (a) continued effort to achieve something despite difficulties</w:t>
      </w:r>
      <w:r>
        <w:br/>
      </w:r>
      <w:r>
        <w:t xml:space="preserve">    (b) the practice or tendency to be pessimistic or disagreeable</w:t>
      </w:r>
      <w:r>
        <w:br/>
      </w:r>
      <w:r>
        <w:t xml:space="preserve">    (c) the doctrine that all knowledge is derived from experience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Phil was born and raised in Caddo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Parish</w:t>
      </w:r>
      <w:r>
        <w:rPr>
          <w:b/>
          <w:bCs/>
        </w:rPr>
        <w:t xml:space="preserve"> </w:t>
      </w:r>
      <w:r>
        <w:rPr>
          <w:b/>
          <w:bCs/>
        </w:rPr>
        <w:t xml:space="preserve">in Northwest Louisiana, near where the state converges with Arkansas and Texas.</w:t>
      </w:r>
      <w:r>
        <w:br/>
      </w:r>
      <w:r>
        <w:t xml:space="preserve">    (a) a local church community</w:t>
      </w:r>
      <w:r>
        <w:br/>
      </w:r>
      <w:r>
        <w:br/>
      </w:r>
      <w:r>
        <w:t xml:space="preserve">or in some places including Louisiana:  a jurisdiction of government like a county</w:t>
      </w:r>
      <w:r>
        <w:br/>
      </w:r>
      <w:r>
        <w:t xml:space="preserve">    (b) someone who abandoned their religion or separated from others with whom they used to share firmly held beliefs</w:t>
      </w:r>
      <w:r>
        <w:br/>
      </w:r>
      <w:r>
        <w:t xml:space="preserve">    (c) an artists performance of another artist's work that expresses the performer's feelings or ideas about the work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 not sure if Jase actually liked Raisin Bran or if seeing me locked in a closet was enough of a deterrent to make him eat it, but he seemed to be her favorite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immune</w:t>
      </w:r>
      <w:r>
        <w:rPr>
          <w:b/>
          <w:bCs/>
        </w:rPr>
        <w:t xml:space="preserve"> </w:t>
      </w:r>
      <w:r>
        <w:rPr>
          <w:b/>
          <w:bCs/>
        </w:rPr>
        <w:t xml:space="preserve">to the closet torture.</w:t>
      </w:r>
      <w:r>
        <w:br/>
      </w:r>
      <w:r>
        <w:t xml:space="preserve">    (a) the state or character of having found a condition or substance to be present</w:t>
      </w:r>
      <w:r>
        <w:br/>
      </w:r>
      <w:r>
        <w:t xml:space="preserve">    (b) a health indicator measured by the force of circulating blood on the arteries</w:t>
      </w:r>
      <w:r>
        <w:br/>
      </w:r>
      <w:r>
        <w:t xml:space="preserve">    (c) not in danger of suffering from something  OR  relating to disease resistance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THEREFORE, AS GOD'S CHOSEN PEOPLE, HOLY AND DEARLY LOVED, CLOTHE YOURSELVES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COMPASSION</w:t>
      </w:r>
      <w:r>
        <w:rPr>
          <w:b/>
          <w:bCs/>
        </w:rPr>
        <w:t xml:space="preserve">, KINDNESS, HUMILITY, GENTLENESS AND PATIENCE.</w:t>
      </w:r>
      <w:r>
        <w:br/>
      </w:r>
      <w:r>
        <w:t xml:space="preserve">    (a) the taking on or adoption of power or responsibility</w:t>
      </w:r>
      <w:r>
        <w:br/>
      </w:r>
      <w:r>
        <w:t xml:space="preserve">    (b) the process of controlling (how something turns out)</w:t>
      </w:r>
      <w:r>
        <w:br/>
      </w:r>
      <w:r>
        <w:t xml:space="preserve">    (c) sympathy for another's suffering and wanting to help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 and Granny would provide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down payment</w:t>
      </w:r>
      <w:r>
        <w:rPr>
          <w:b/>
          <w:bCs/>
        </w:rPr>
        <w:t xml:space="preserve"> </w:t>
      </w:r>
      <w:r>
        <w:rPr>
          <w:b/>
          <w:bCs/>
        </w:rPr>
        <w:t xml:space="preserve">for the property, and Phil and Kay would assume the monthly mortgage payments as my grandparents eased into retirement.</w:t>
      </w:r>
      <w:r>
        <w:br/>
      </w:r>
      <w:r>
        <w:t xml:space="preserve">    (a) two successive lines of poetry; usually rhymed</w:t>
      </w:r>
      <w:r>
        <w:br/>
      </w:r>
      <w:r>
        <w:t xml:space="preserve">    (b) a partial payment made at the time of purchase</w:t>
      </w:r>
      <w:r>
        <w:br/>
      </w:r>
      <w:r>
        <w:t xml:space="preserve">    (c) the main building (or buildings) of government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 and Granny would provide the down payment for the property, and Phil and Kay would assume the monthly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mortgage</w:t>
      </w:r>
      <w:r>
        <w:rPr>
          <w:b/>
          <w:bCs/>
        </w:rPr>
        <w:t xml:space="preserve"> </w:t>
      </w:r>
      <w:r>
        <w:rPr>
          <w:b/>
          <w:bCs/>
        </w:rPr>
        <w:t xml:space="preserve">payments as my grandparents eased into retirement.</w:t>
      </w:r>
      <w:r>
        <w:br/>
      </w:r>
      <w:r>
        <w:t xml:space="preserve">    (a) to concentrate, look at; or the act of concentration</w:t>
      </w:r>
      <w:r>
        <w:br/>
      </w:r>
      <w:r>
        <w:t xml:space="preserve">    (b) a real estate loan; or pledging something for a loan</w:t>
      </w:r>
      <w:r>
        <w:br/>
      </w:r>
      <w:r>
        <w:t xml:space="preserve">    (c) enter another's property without right or permission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Papaw Shack was six feet four inches, and a strong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legacy</w:t>
      </w:r>
      <w:r>
        <w:rPr>
          <w:b/>
          <w:bCs/>
        </w:rPr>
        <w:t xml:space="preserve"> </w:t>
      </w:r>
      <w:r>
        <w:rPr>
          <w:b/>
          <w:bCs/>
        </w:rPr>
        <w:t xml:space="preserve">of basketball players continues to this day in our family because of him.</w:t>
      </w:r>
      <w:r>
        <w:br/>
      </w:r>
      <w:r>
        <w:t xml:space="preserve">    (a) something coming from the past</w:t>
      </w:r>
      <w:r>
        <w:br/>
      </w:r>
      <w:r>
        <w:t xml:space="preserve">    (b) something that helps clarify or demonstrate</w:t>
      </w:r>
      <w:r>
        <w:br/>
      </w:r>
      <w:r>
        <w:t xml:space="preserve">    (c) the act of taking something on as one's 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Willie was attending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seminary</w:t>
      </w:r>
      <w:r>
        <w:rPr>
          <w:b/>
          <w:bCs/>
        </w:rPr>
        <w:t xml:space="preserve"> </w:t>
      </w:r>
      <w:r>
        <w:rPr>
          <w:b/>
          <w:bCs/>
        </w:rPr>
        <w:t xml:space="preserve">school at White's Ferry Road Church and was living with six guys in a small house in town.</w:t>
      </w:r>
      <w:r>
        <w:br/>
      </w:r>
      <w:r>
        <w:t xml:space="preserve">    (a) a drug that calms or puts to sleep; or describing something as calming</w:t>
      </w:r>
      <w:r>
        <w:br/>
      </w:r>
      <w:r>
        <w:t xml:space="preserve">    (b) a school for training clerics -- usually ministers, priests, or rabbis</w:t>
      </w:r>
      <w:r>
        <w:br/>
      </w:r>
      <w:r>
        <w:t xml:space="preserve">    (c) the reason for doing something; or the level of desire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Phil guzzles his coffee and then loads up the truck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decoys</w:t>
      </w:r>
      <w:r>
        <w:rPr>
          <w:b/>
          <w:bCs/>
        </w:rPr>
        <w:t xml:space="preserve">, shotgun shells, and his favorite gun.</w:t>
      </w:r>
      <w:r>
        <w:br/>
      </w:r>
      <w:r>
        <w:t xml:space="preserve">    (a) someone or something used for trickery -- especially to lure</w:t>
      </w:r>
      <w:r>
        <w:br/>
      </w:r>
      <w:r>
        <w:t xml:space="preserve">    (b) tries to make profit--typically by making a risky investment</w:t>
      </w:r>
      <w:r>
        <w:br/>
      </w:r>
      <w:r>
        <w:t xml:space="preserve">    (c) makes uncomfortable (weighs heavily on the senses or spirit)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takes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camaraderie</w:t>
      </w:r>
      <w:r>
        <w:rPr>
          <w:b/>
          <w:bCs/>
        </w:rPr>
        <w:t xml:space="preserve"> </w:t>
      </w:r>
      <w:r>
        <w:rPr>
          <w:b/>
          <w:bCs/>
        </w:rPr>
        <w:t xml:space="preserve">and a willingness to work with the other hunters in your blind to set up the decoys and call in unison.</w:t>
      </w:r>
      <w:r>
        <w:br/>
      </w:r>
      <w:r>
        <w:t xml:space="preserve">    (a) close friendship amongst a group of people</w:t>
      </w:r>
      <w:r>
        <w:br/>
      </w:r>
      <w:r>
        <w:t xml:space="preserve">    (b) the degree of not being easily set on fire</w:t>
      </w:r>
      <w:r>
        <w:br/>
      </w:r>
      <w:r>
        <w:t xml:space="preserve">    (c) not appropriate in size, amount, or degree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Realtree, which produces the world's most popular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camouflage</w:t>
      </w:r>
      <w:r>
        <w:rPr>
          <w:b/>
          <w:bCs/>
        </w:rPr>
        <w:t xml:space="preserve">, decided it wanted to get more involved in the waterfowl industry.</w:t>
      </w:r>
      <w:r>
        <w:br/>
      </w:r>
      <w:r>
        <w:t xml:space="preserve">    (a) to expression feelings or thoughts enthusiastically  OR  to squirt or give off (typically under pressure such as blood or leaking gas)</w:t>
      </w:r>
      <w:r>
        <w:br/>
      </w:r>
      <w:r>
        <w:t xml:space="preserve">    (b) present something to treat as true in order to advance a discussion or to further investigation even though it might not be true</w:t>
      </w:r>
      <w:r>
        <w:br/>
      </w:r>
      <w:r>
        <w:t xml:space="preserve">    (c) the act of hiding something by making it blend in with its surroundings; or hiding the truth; or something that hides or deceives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was also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motivation</w:t>
      </w:r>
      <w:r>
        <w:rPr>
          <w:b/>
          <w:bCs/>
        </w:rPr>
        <w:t xml:space="preserve"> </w:t>
      </w:r>
      <w:r>
        <w:rPr>
          <w:b/>
          <w:bCs/>
        </w:rPr>
        <w:t xml:space="preserve">to start being good at business, so I could provide enough money for all these younguns.</w:t>
      </w:r>
      <w:r>
        <w:br/>
      </w:r>
      <w:r>
        <w:t xml:space="preserve">    (a) a drug that calms or puts to sleep; or describing something as calming</w:t>
      </w:r>
      <w:r>
        <w:br/>
      </w:r>
      <w:r>
        <w:t xml:space="preserve">    (b) the reason for doing something; or the level of desire to do something</w:t>
      </w:r>
      <w:r>
        <w:br/>
      </w:r>
      <w:r>
        <w:t xml:space="preserve">    (c) a serious mental disorder in which people interpret reality abnormally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cried so much 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perpetually</w:t>
      </w:r>
      <w:r>
        <w:rPr>
          <w:b/>
          <w:bCs/>
        </w:rPr>
        <w:t xml:space="preserve"> </w:t>
      </w:r>
      <w:r>
        <w:rPr>
          <w:b/>
          <w:bCs/>
        </w:rPr>
        <w:t xml:space="preserve">hoarse.</w:t>
      </w:r>
      <w:r>
        <w:br/>
      </w:r>
      <w:r>
        <w:t xml:space="preserve">    (a) done in a manner that is of low quality or of lower quality than something else</w:t>
      </w:r>
      <w:r>
        <w:br/>
      </w:r>
      <w:r>
        <w:t xml:space="preserve">    (b) continuing forever without change; or occurring so frequently it seems constant</w:t>
      </w:r>
      <w:r>
        <w:br/>
      </w:r>
      <w:r>
        <w:t xml:space="preserve">    (c) in a manner that relates to electricity generated by light or affected by light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don't have to do much discipline anymore because we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instilled</w:t>
      </w:r>
      <w:r>
        <w:rPr>
          <w:b/>
          <w:bCs/>
        </w:rPr>
        <w:t xml:space="preserve"> </w:t>
      </w:r>
      <w:r>
        <w:rPr>
          <w:b/>
          <w:bCs/>
        </w:rPr>
        <w:t xml:space="preserve">that respect when they were young.</w:t>
      </w:r>
      <w:r>
        <w:br/>
      </w:r>
      <w:r>
        <w:t xml:space="preserve">    (a) excessively excited</w:t>
      </w:r>
      <w:r>
        <w:br/>
      </w:r>
      <w:r>
        <w:t xml:space="preserve">    (b) nervous or confused</w:t>
      </w:r>
      <w:r>
        <w:br/>
      </w:r>
      <w:r>
        <w:t xml:space="preserve">    (c) put into one's mind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they grew, they recognized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attributes</w:t>
      </w:r>
      <w:r>
        <w:rPr>
          <w:b/>
          <w:bCs/>
        </w:rPr>
        <w:t xml:space="preserve"> </w:t>
      </w:r>
      <w:r>
        <w:rPr>
          <w:b/>
          <w:bCs/>
        </w:rPr>
        <w:t xml:space="preserve">they have in common and learned to value one another's differences and strengths.</w:t>
      </w:r>
      <w:r>
        <w:br/>
      </w:r>
      <w:r>
        <w:t xml:space="preserve">    (a) dreamlike states of altered consciousness</w:t>
      </w:r>
      <w:r>
        <w:br/>
      </w:r>
      <w:r>
        <w:t xml:space="preserve">    (b) piles of wood or other burnable materials</w:t>
      </w:r>
      <w:r>
        <w:br/>
      </w:r>
      <w:r>
        <w:t xml:space="preserve">    (c) characteristics (of something or someone)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Kay was in charge of inventory, accounting, payroll, and bookkeeping, with the help of other members of the family, but she was the one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primarily</w:t>
      </w:r>
      <w:r>
        <w:rPr>
          <w:b/>
          <w:bCs/>
        </w:rPr>
        <w:t xml:space="preserve"> </w:t>
      </w:r>
      <w:r>
        <w:rPr>
          <w:b/>
          <w:bCs/>
        </w:rPr>
        <w:t xml:space="preserve">in charge, and she had absolutely zero business training.</w:t>
      </w:r>
      <w:r>
        <w:br/>
      </w:r>
      <w:r>
        <w:t xml:space="preserve">    (a) wisely</w:t>
      </w:r>
      <w:r>
        <w:br/>
      </w:r>
      <w:r>
        <w:t xml:space="preserve">    (b) mainly</w:t>
      </w:r>
      <w:r>
        <w:br/>
      </w:r>
      <w:r>
        <w:t xml:space="preserve">    (c) really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Sometimes people think that you should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motivate</w:t>
      </w:r>
      <w:r>
        <w:rPr>
          <w:b/>
          <w:bCs/>
        </w:rPr>
        <w:t xml:space="preserve"> </w:t>
      </w:r>
      <w:r>
        <w:rPr>
          <w:b/>
          <w:bCs/>
        </w:rPr>
        <w:t xml:space="preserve">your kids or employees by yelling at them when they fail or pointing out all the things they did wrong, but just the opposite is true.</w:t>
      </w:r>
      <w:r>
        <w:br/>
      </w:r>
      <w:r>
        <w:t xml:space="preserve">    (a) make someone want to do something</w:t>
      </w:r>
      <w:r>
        <w:br/>
      </w:r>
      <w:r>
        <w:t xml:space="preserve">    (b) walk in an awkward, shuffling way</w:t>
      </w:r>
      <w:r>
        <w:br/>
      </w:r>
      <w:r>
        <w:t xml:space="preserve">    (c) sadness, disappointment, or worry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 one of our employees at Duck Commander had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integral</w:t>
      </w:r>
      <w:r>
        <w:rPr>
          <w:b/>
          <w:bCs/>
        </w:rPr>
        <w:t xml:space="preserve"> </w:t>
      </w:r>
      <w:r>
        <w:rPr>
          <w:b/>
          <w:bCs/>
        </w:rPr>
        <w:t xml:space="preserve">role in getting the company to where it is today.</w:t>
      </w:r>
      <w:r>
        <w:br/>
      </w:r>
      <w:r>
        <w:t xml:space="preserve">    (a) unimportant</w:t>
      </w:r>
      <w:r>
        <w:br/>
      </w:r>
      <w:r>
        <w:t xml:space="preserve">    (b) extra</w:t>
      </w:r>
      <w:r>
        <w:br/>
      </w:r>
      <w:r>
        <w:t xml:space="preserve">    (c) an essential part or characteristic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He's quieter than the rest of us, but his sense of humor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epic</w:t>
      </w:r>
      <w:r>
        <w:rPr>
          <w:b/>
          <w:bCs/>
        </w:rPr>
        <w:t xml:space="preserve">, and he is an awesome deer hunter.</w:t>
      </w:r>
      <w:r>
        <w:br/>
      </w:r>
      <w:r>
        <w:t xml:space="preserve">    (a) an outstanding work of literature or film</w:t>
      </w:r>
      <w:r>
        <w:br/>
      </w:r>
      <w:r>
        <w:t xml:space="preserve">    (b) meticulousness (care about small details)</w:t>
      </w:r>
      <w:r>
        <w:br/>
      </w:r>
      <w:r>
        <w:t xml:space="preserve">    (c) a particular understanding or explanation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Within one hour, I had a floor pass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Republican</w:t>
      </w:r>
      <w:r>
        <w:rPr>
          <w:b/>
          <w:bCs/>
        </w:rPr>
        <w:t xml:space="preserve"> </w:t>
      </w:r>
      <w:r>
        <w:rPr>
          <w:b/>
          <w:bCs/>
        </w:rPr>
        <w:t xml:space="preserve">National Convention, thanks to my good friend Rodney Alexander, my district's congressman.</w:t>
      </w:r>
      <w:r>
        <w:br/>
      </w:r>
      <w:r>
        <w:t xml:space="preserve">    (a) of a system of government in which a majority of citizens elect representatives to make laws; or someone in favor of such a form of government</w:t>
      </w:r>
      <w:r>
        <w:br/>
      </w:r>
      <w:r>
        <w:t xml:space="preserve">    (b) of an organism in the early stages of development prior to birth, hatching, or sprouting  OR  of anything in an early stage of development</w:t>
      </w:r>
      <w:r>
        <w:br/>
      </w:r>
      <w:r>
        <w:t xml:space="preserve">    (c) relating to a Christian ceremony signifying spiritual cleansing and rebirth  OR  relating to a challenging experience that initiates or purifies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2026-07-31T19:20:58Z</dcterms:created>
  <dcterms:modified xsi:type="dcterms:W3CDTF">2026-07-31T19:20:58Z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