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ceb2a97142f011b0e7dd045f5f9c4c0799f177"/>
    <w:p>
      <w:pPr>
        <w:pStyle w:val="Heading1"/>
      </w:pPr>
      <w:r>
        <w:rPr>
          <w:b/>
          <w:bCs/>
        </w:rPr>
        <w:t xml:space="preserve">The Divine Comedy</w:t>
      </w:r>
      <w:r>
        <w:br/>
      </w:r>
      <w:r>
        <w:rPr>
          <w:i/>
          <w:iCs/>
        </w:rPr>
        <w:t xml:space="preserve">Dante Alighieri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Upon this journey, whence thou givest him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vaunt</w:t>
      </w:r>
      <w:r>
        <w:rPr>
          <w:b/>
          <w:bCs/>
        </w:rPr>
        <w:t xml:space="preserve">,</w:t>
      </w:r>
      <w:r>
        <w:br/>
      </w:r>
      <w:r>
        <w:rPr>
          <w:b/>
          <w:bCs/>
        </w:rPr>
        <w:t xml:space="preserve">Things did he hear, which the occasion were</w:t>
      </w:r>
      <w:r>
        <w:br/>
      </w:r>
      <w:r>
        <w:rPr>
          <w:b/>
          <w:bCs/>
        </w:rPr>
        <w:t xml:space="preserve">Both of his victory and the papal mantle.</w:t>
      </w:r>
      <w:r>
        <w:br/>
      </w:r>
      <w:r>
        <w:t xml:space="preserve">    (a) genetic change through evolution</w:t>
      </w:r>
      <w:r>
        <w:br/>
      </w:r>
      <w:r>
        <w:t xml:space="preserve">    (b) create, start, or set in a place</w:t>
      </w:r>
      <w:r>
        <w:br/>
      </w:r>
      <w:r>
        <w:t xml:space="preserve">    (c) to extravagantly praise or boast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"O thou, that to this dolorous hostelry</w:t>
      </w:r>
      <w:r>
        <w:br/>
      </w:r>
      <w:r>
        <w:rPr>
          <w:b/>
          <w:bCs/>
        </w:rPr>
        <w:t xml:space="preserve">Comest," said Minos to me, when he saw me,</w:t>
      </w:r>
      <w:r>
        <w:br/>
      </w:r>
      <w:r>
        <w:rPr>
          <w:b/>
          <w:bCs/>
        </w:rPr>
        <w:t xml:space="preserve">Leaving the practice of so great an office,</w:t>
      </w:r>
      <w:r>
        <w:br/>
      </w:r>
      <w:r>
        <w:rPr>
          <w:b/>
          <w:bCs/>
        </w:rPr>
        <w:t xml:space="preserve">"Look how thou enterest, and in whom thou trustest;</w:t>
      </w:r>
      <w:r>
        <w:br/>
      </w:r>
      <w:r>
        <w:rPr>
          <w:b/>
          <w:bCs/>
        </w:rPr>
        <w:t xml:space="preserve">Let not the portal's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amplitude</w:t>
      </w:r>
      <w:r>
        <w:rPr>
          <w:b/>
          <w:bCs/>
        </w:rPr>
        <w:t xml:space="preserve"> </w:t>
      </w:r>
      <w:r>
        <w:rPr>
          <w:b/>
          <w:bCs/>
        </w:rPr>
        <w:t xml:space="preserve">deceive thee."</w:t>
      </w:r>
      <w:r>
        <w:br/>
      </w:r>
      <w:r>
        <w:t xml:space="preserve">    (a) a firm decision to do something</w:t>
      </w:r>
      <w:r>
        <w:br/>
      </w:r>
      <w:r>
        <w:t xml:space="preserve">    (b) greatness of magnitude or range</w:t>
      </w:r>
      <w:r>
        <w:br/>
      </w:r>
      <w:r>
        <w:t xml:space="preserve">    (c) measure of general intelligence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Come speak to us, if no one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interdicts</w:t>
      </w:r>
      <w:r>
        <w:rPr>
          <w:b/>
          <w:bCs/>
        </w:rPr>
        <w:t xml:space="preserve"> </w:t>
      </w:r>
      <w:r>
        <w:rPr>
          <w:b/>
          <w:bCs/>
        </w:rPr>
        <w:t xml:space="preserve">it.</w:t>
      </w:r>
      <w:r>
        <w:br/>
      </w:r>
      <w:r>
        <w:t xml:space="preserve">    (a) degrades (decreases) the purity, quality, or status of something</w:t>
      </w:r>
      <w:r>
        <w:br/>
      </w:r>
      <w:r>
        <w:t xml:space="preserve">    (b) shows fear by positioning the body as though afraid of being hit</w:t>
      </w:r>
      <w:r>
        <w:br/>
      </w:r>
      <w:r>
        <w:t xml:space="preserve">    (c) to stop or hamper - especially through authoritative prohibition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Cerberus, monster cruel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uncouth</w:t>
      </w:r>
      <w:r>
        <w:rPr>
          <w:b/>
          <w:bCs/>
        </w:rPr>
        <w:t xml:space="preserve">,</w:t>
      </w:r>
      <w:r>
        <w:br/>
      </w:r>
      <w:r>
        <w:rPr>
          <w:b/>
          <w:bCs/>
        </w:rPr>
        <w:t xml:space="preserve">With his three gullets like a dog is barking</w:t>
      </w:r>
      <w:r>
        <w:br/>
      </w:r>
      <w:r>
        <w:rPr>
          <w:b/>
          <w:bCs/>
        </w:rPr>
        <w:t xml:space="preserve">Over the people that are there submerged.</w:t>
      </w:r>
      <w:r>
        <w:br/>
      </w:r>
      <w:r>
        <w:t xml:space="preserve">    (a) related to the spreading of a disease to another part of the body</w:t>
      </w:r>
      <w:r>
        <w:br/>
      </w:r>
      <w:r>
        <w:t xml:space="preserve">    (b) relating to a surface rather than to anything deep or penetrating</w:t>
      </w:r>
      <w:r>
        <w:br/>
      </w:r>
      <w:r>
        <w:t xml:space="preserve">    (c) rude or unpleasant due to a lack of manners, refinement, or taste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now there came across the turbid waves</w:t>
      </w:r>
      <w:r>
        <w:br/>
      </w:r>
      <w:r>
        <w:rPr>
          <w:b/>
          <w:bCs/>
        </w:rPr>
        <w:t xml:space="preserve">The clangour of a sound with terror fraught,</w:t>
      </w:r>
      <w:r>
        <w:br/>
      </w:r>
      <w:r>
        <w:rPr>
          <w:b/>
          <w:bCs/>
        </w:rPr>
        <w:t xml:space="preserve">Because of which both of the margins trembled;</w:t>
      </w:r>
      <w:r>
        <w:br/>
      </w:r>
      <w:r>
        <w:rPr>
          <w:b/>
          <w:bCs/>
        </w:rPr>
        <w:t xml:space="preserve">Not otherwise it was than of a wind</w:t>
      </w:r>
      <w:r>
        <w:br/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on account of adverse heats,</w:t>
      </w:r>
      <w:r>
        <w:br/>
      </w:r>
      <w:r>
        <w:rPr>
          <w:b/>
          <w:bCs/>
        </w:rPr>
        <w:t xml:space="preserve">That smites the forest, and, without restraint,</w:t>
      </w:r>
      <w:r>
        <w:br/>
      </w:r>
      <w:r>
        <w:rPr>
          <w:b/>
          <w:bCs/>
        </w:rPr>
        <w:t xml:space="preserve">The branches rends, beats down, and bears away;</w:t>
      </w:r>
      <w:r>
        <w:br/>
      </w:r>
      <w:r>
        <w:rPr>
          <w:b/>
          <w:bCs/>
        </w:rPr>
        <w:t xml:space="preserve">Right onward, laden with dust, it goes superb,</w:t>
      </w:r>
      <w:r>
        <w:br/>
      </w:r>
      <w:r>
        <w:rPr>
          <w:b/>
          <w:bCs/>
        </w:rPr>
        <w:t xml:space="preserve">And puts to flight the wild beasts and the shepherds.</w:t>
      </w:r>
      <w:r>
        <w:br/>
      </w:r>
      <w:r>
        <w:t xml:space="preserve">    (a) most important; or person that is most important</w:t>
      </w:r>
      <w:r>
        <w:br/>
      </w:r>
      <w:r>
        <w:t xml:space="preserve">    (b) impulsive (acting suddenly without much thought)</w:t>
      </w:r>
      <w:r>
        <w:br/>
      </w:r>
      <w:r>
        <w:t xml:space="preserve">    (c) tending to have exceedingly unfavorable opinions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said he: "Fiercely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adverse</w:t>
      </w:r>
      <w:r>
        <w:rPr>
          <w:b/>
          <w:bCs/>
        </w:rPr>
        <w:t xml:space="preserve"> </w:t>
      </w:r>
      <w:r>
        <w:rPr>
          <w:b/>
          <w:bCs/>
        </w:rPr>
        <w:t xml:space="preserve">have they been</w:t>
      </w:r>
      <w:r>
        <w:br/>
      </w:r>
      <w:r>
        <w:rPr>
          <w:b/>
          <w:bCs/>
        </w:rPr>
        <w:t xml:space="preserve">To me, and to my fathers, and my party;</w:t>
      </w:r>
      <w:r>
        <w:br/>
      </w:r>
      <w:r>
        <w:rPr>
          <w:b/>
          <w:bCs/>
        </w:rPr>
        <w:t xml:space="preserve">So that two several times I scattered them."</w:t>
      </w:r>
      <w:r>
        <w:br/>
      </w:r>
      <w:r>
        <w:t xml:space="preserve">    (a) poor ability to make a decision</w:t>
      </w:r>
      <w:r>
        <w:br/>
      </w:r>
      <w:r>
        <w:t xml:space="preserve">    (b) non-traditional or non-standard</w:t>
      </w:r>
      <w:r>
        <w:br/>
      </w:r>
      <w:r>
        <w:t xml:space="preserve">    (c) working against one's interests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blame have I in thy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nefarious</w:t>
      </w:r>
      <w:r>
        <w:rPr>
          <w:b/>
          <w:bCs/>
        </w:rPr>
        <w:t xml:space="preserve"> </w:t>
      </w:r>
      <w:r>
        <w:rPr>
          <w:b/>
          <w:bCs/>
        </w:rPr>
        <w:t xml:space="preserve">life?</w:t>
      </w:r>
      <w:r>
        <w:br/>
      </w:r>
      <w:r>
        <w:t xml:space="preserve">    (a) able to be protected or kept unchanged</w:t>
      </w:r>
      <w:r>
        <w:br/>
      </w:r>
      <w:r>
        <w:t xml:space="preserve">    (b) able to accept as true (without proof)</w:t>
      </w:r>
      <w:r>
        <w:br/>
      </w:r>
      <w:r>
        <w:t xml:space="preserve">    (c) evil, malicious, or criminal in nature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new inhabitants and the sudden gains,</w:t>
      </w:r>
      <w:r>
        <w:br/>
      </w:r>
      <w:r>
        <w:rPr>
          <w:b/>
          <w:bCs/>
        </w:rPr>
        <w:t xml:space="preserve">Pride and extravagance have in thee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engendered</w:t>
      </w:r>
      <w:r>
        <w:rPr>
          <w:b/>
          <w:bCs/>
        </w:rPr>
        <w:t xml:space="preserve">,</w:t>
      </w:r>
      <w:r>
        <w:br/>
      </w:r>
      <w:r>
        <w:t xml:space="preserve">    (a) copied</w:t>
      </w:r>
      <w:r>
        <w:br/>
      </w:r>
      <w:r>
        <w:t xml:space="preserve">    (b) traded</w:t>
      </w:r>
      <w:r>
        <w:br/>
      </w:r>
      <w:r>
        <w:t xml:space="preserve">    (c) caused (to arise or form)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Art thou so early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satiate</w:t>
      </w:r>
      <w:r>
        <w:rPr>
          <w:b/>
          <w:bCs/>
        </w:rPr>
        <w:t xml:space="preserve"> </w:t>
      </w:r>
      <w:r>
        <w:rPr>
          <w:b/>
          <w:bCs/>
        </w:rPr>
        <w:t xml:space="preserve">with that wealth,</w:t>
      </w:r>
      <w:r>
        <w:br/>
      </w:r>
      <w:r>
        <w:rPr>
          <w:b/>
          <w:bCs/>
        </w:rPr>
        <w:t xml:space="preserve">For which thou didst not fear to take by fraud</w:t>
      </w:r>
      <w:r>
        <w:br/>
      </w:r>
      <w:r>
        <w:rPr>
          <w:b/>
          <w:bCs/>
        </w:rPr>
        <w:t xml:space="preserve">The beautiful Lady, and then work her woe?</w:t>
      </w:r>
      <w:r>
        <w:br/>
      </w:r>
      <w:r>
        <w:t xml:space="preserve">    (a) American football:  a defensive maneuver to swiftly tackle the quarterback by pursuing him with one or more defenders who normally remain behind the line of scrimmage</w:t>
      </w:r>
      <w:r>
        <w:br/>
      </w:r>
      <w:r>
        <w:t xml:space="preserve">    (b) to satisfy a hunger; or fill to satisfaction (typically said of hunger for food, but can be said of anything desired--such as of knowledge or sensual pleasure)</w:t>
      </w:r>
      <w:r>
        <w:br/>
      </w:r>
      <w:r>
        <w:t xml:space="preserve">    (c) (noun) something that is lighter and draws attention -- such as an area of a painting  OR  (verb) making something lighter -- such as an area of a painting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Purgatorio: Canto VII</w:t>
      </w:r>
      <w:r>
        <w:br/>
      </w:r>
      <w:r>
        <w:rPr>
          <w:b/>
          <w:bCs/>
        </w:rPr>
        <w:t xml:space="preserve">After the gracious and glad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salutations</w:t>
      </w:r>
      <w:r>
        <w:br/>
      </w:r>
      <w:r>
        <w:rPr>
          <w:b/>
          <w:bCs/>
        </w:rPr>
        <w:t xml:space="preserve">Had three and four times been reiterated,</w:t>
      </w:r>
      <w:r>
        <w:br/>
      </w:r>
      <w:r>
        <w:rPr>
          <w:b/>
          <w:bCs/>
        </w:rPr>
        <w:t xml:space="preserve">Sordello backward drew and said, "Who are you?"</w:t>
      </w:r>
      <w:r>
        <w:br/>
      </w:r>
      <w:r>
        <w:t xml:space="preserve">    (a) people who suffer from psychosis (any severe mental disorder in which contact with reality is lost or highly distorted)</w:t>
      </w:r>
      <w:r>
        <w:br/>
      </w:r>
      <w:r>
        <w:t xml:space="preserve">    (b) a greeting -- such as</w:t>
      </w:r>
      <w:r>
        <w:t xml:space="preserve"> </w:t>
      </w:r>
      <w:r>
        <w:rPr>
          <w:i/>
          <w:iCs/>
        </w:rPr>
        <w:t xml:space="preserve">"Hi"</w:t>
      </w:r>
      <w:r>
        <w:t xml:space="preserve">, </w:t>
      </w:r>
      <w:r>
        <w:t xml:space="preserve"> </w:t>
      </w:r>
      <w:r>
        <w:rPr>
          <w:i/>
          <w:iCs/>
        </w:rPr>
        <w:t xml:space="preserve">"Dear John:"</w:t>
      </w:r>
      <w:r>
        <w:t xml:space="preserve">, or</w:t>
      </w:r>
      <w:r>
        <w:t xml:space="preserve"> </w:t>
      </w:r>
      <w:r>
        <w:rPr>
          <w:i/>
          <w:iCs/>
        </w:rPr>
        <w:t xml:space="preserve">"Ladies and Gentlemen"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the act of greeting</w:t>
      </w:r>
      <w:r>
        <w:br/>
      </w:r>
      <w:r>
        <w:t xml:space="preserve">    (c) subatomic particles with negative charge that are found in all atoms and that act as the primary carrier of electricity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Blood-stained he issues from the dismal forest;</w:t>
      </w:r>
      <w:r>
        <w:br/>
      </w:r>
      <w:r>
        <w:rPr>
          <w:b/>
          <w:bCs/>
        </w:rPr>
        <w:t xml:space="preserve">He leaves it such, a thousand years from now</w:t>
      </w:r>
      <w:r>
        <w:br/>
      </w:r>
      <w:r>
        <w:rPr>
          <w:b/>
          <w:bCs/>
        </w:rPr>
        <w:t xml:space="preserve">In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primeval</w:t>
      </w:r>
      <w:r>
        <w:rPr>
          <w:b/>
          <w:bCs/>
        </w:rPr>
        <w:t xml:space="preserve"> </w:t>
      </w:r>
      <w:r>
        <w:rPr>
          <w:b/>
          <w:bCs/>
        </w:rPr>
        <w:t xml:space="preserve">state 'tis not re-wooded.</w:t>
      </w:r>
      <w:r>
        <w:br/>
      </w:r>
      <w:r>
        <w:t xml:space="preserve">    (a) outside</w:t>
      </w:r>
      <w:r>
        <w:br/>
      </w:r>
      <w:r>
        <w:t xml:space="preserve">    (b) ancient</w:t>
      </w:r>
      <w:r>
        <w:br/>
      </w:r>
      <w:r>
        <w:t xml:space="preserve">    (c) certain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Whereat mine escort, faithful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sagacious</w:t>
      </w:r>
      <w:r>
        <w:br/>
      </w:r>
      <w:r>
        <w:rPr>
          <w:b/>
          <w:bCs/>
        </w:rPr>
        <w:t xml:space="preserve">Drew near to me and offered me his shoulder.</w:t>
      </w:r>
      <w:r>
        <w:br/>
      </w:r>
      <w:r>
        <w:t xml:space="preserve">    (a) wise</w:t>
      </w:r>
      <w:r>
        <w:br/>
      </w:r>
      <w:r>
        <w:t xml:space="preserve">    (b) real</w:t>
      </w:r>
      <w:r>
        <w:br/>
      </w:r>
      <w:r>
        <w:t xml:space="preserve">    (c) city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sleep is broken, when upon a sudden</w:t>
      </w:r>
      <w:r>
        <w:br/>
      </w:r>
      <w:r>
        <w:rPr>
          <w:b/>
          <w:bCs/>
        </w:rPr>
        <w:t xml:space="preserve">New light strikes in upon the eyelids closed,</w:t>
      </w:r>
      <w:r>
        <w:br/>
      </w:r>
      <w:r>
        <w:rPr>
          <w:b/>
          <w:bCs/>
        </w:rPr>
        <w:t xml:space="preserve">And broken quivers ere it dieth wholly,</w:t>
      </w:r>
      <w:r>
        <w:br/>
      </w:r>
      <w:r>
        <w:rPr>
          <w:b/>
          <w:bCs/>
        </w:rPr>
        <w:t xml:space="preserve">So this imagining of mine fell down</w:t>
      </w:r>
      <w:r>
        <w:br/>
      </w:r>
      <w:r>
        <w:rPr>
          <w:b/>
          <w:bCs/>
        </w:rPr>
        <w:t xml:space="preserve">As soon as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effulgence</w:t>
      </w:r>
      <w:r>
        <w:rPr>
          <w:b/>
          <w:bCs/>
        </w:rPr>
        <w:t xml:space="preserve"> </w:t>
      </w:r>
      <w:r>
        <w:rPr>
          <w:b/>
          <w:bCs/>
        </w:rPr>
        <w:t xml:space="preserve">smote my face,</w:t>
      </w:r>
      <w:r>
        <w:br/>
      </w:r>
      <w:r>
        <w:rPr>
          <w:b/>
          <w:bCs/>
        </w:rPr>
        <w:t xml:space="preserve">Greater by far than what is in our wont.</w:t>
      </w:r>
      <w:r>
        <w:br/>
      </w:r>
      <w:r>
        <w:t xml:space="preserve">    (a) radiating brightly (as does the sun) or anything that is dazzling or brilliant</w:t>
      </w:r>
      <w:r>
        <w:br/>
      </w:r>
      <w:r>
        <w:t xml:space="preserve">    (b) related to DNA sequences or units of heredity that influence biological traits</w:t>
      </w:r>
      <w:r>
        <w:br/>
      </w:r>
      <w:r>
        <w:t xml:space="preserve">    (c) something exclusive to (someone or some group) -- such as an activity or place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Already was the world in every part</w:t>
      </w:r>
      <w:r>
        <w:br/>
      </w:r>
      <w:r>
        <w:rPr>
          <w:b/>
          <w:bCs/>
        </w:rPr>
        <w:t xml:space="preserve">Pregnant with the true creed,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disseminated</w:t>
      </w:r>
      <w:r>
        <w:br/>
      </w:r>
      <w:r>
        <w:rPr>
          <w:b/>
          <w:bCs/>
        </w:rPr>
        <w:t xml:space="preserve">By messengers of the eternal kingdom;</w:t>
      </w:r>
      <w:r>
        <w:br/>
      </w:r>
      <w:r>
        <w:rPr>
          <w:b/>
          <w:bCs/>
        </w:rPr>
        <w:t xml:space="preserve">And thy assertion, spoken of above,</w:t>
      </w:r>
      <w:r>
        <w:br/>
      </w:r>
      <w:r>
        <w:rPr>
          <w:b/>
          <w:bCs/>
        </w:rPr>
        <w:t xml:space="preserve">With the new preachers was in unison;</w:t>
      </w:r>
      <w:r>
        <w:br/>
      </w:r>
      <w:r>
        <w:rPr>
          <w:b/>
          <w:bCs/>
        </w:rPr>
        <w:t xml:space="preserve">Whence I to visit them the custom took.</w:t>
      </w:r>
      <w:r>
        <w:br/>
      </w:r>
      <w:r>
        <w:t xml:space="preserve">    (a) not having begun speaking with someone about something</w:t>
      </w:r>
      <w:r>
        <w:br/>
      </w:r>
      <w:r>
        <w:t xml:space="preserve">    (b) to spread widely -- especially information or opinions</w:t>
      </w:r>
      <w:r>
        <w:br/>
      </w:r>
      <w:r>
        <w:t xml:space="preserve">    (c) entered another's property without right or permission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Therefore do I implore you, by that power</w:t>
      </w:r>
      <w:r>
        <w:br/>
      </w:r>
      <w:r>
        <w:rPr>
          <w:b/>
          <w:bCs/>
        </w:rPr>
        <w:t xml:space="preserve">Which guides you to the summit of the stairs,</w:t>
      </w:r>
      <w:r>
        <w:br/>
      </w:r>
      <w:r>
        <w:rPr>
          <w:b/>
          <w:bCs/>
        </w:rPr>
        <w:t xml:space="preserve">Be mindful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assuage</w:t>
      </w:r>
      <w:r>
        <w:rPr>
          <w:b/>
          <w:bCs/>
        </w:rPr>
        <w:t xml:space="preserve"> </w:t>
      </w:r>
      <w:r>
        <w:rPr>
          <w:b/>
          <w:bCs/>
        </w:rPr>
        <w:t xml:space="preserve">my suffering!</w:t>
      </w:r>
      <w:r>
        <w:br/>
      </w:r>
      <w:r>
        <w:t xml:space="preserve">    (a) unwrap</w:t>
      </w:r>
      <w:r>
        <w:br/>
      </w:r>
      <w:r>
        <w:t xml:space="preserve">    (b) follow</w:t>
      </w:r>
      <w:r>
        <w:br/>
      </w:r>
      <w:r>
        <w:t xml:space="preserve">    (c) soothe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now the wheel, which thou dost make eternal</w:t>
      </w:r>
      <w:r>
        <w:br/>
      </w:r>
      <w:r>
        <w:rPr>
          <w:b/>
          <w:bCs/>
        </w:rPr>
        <w:t xml:space="preserve">Desiring thee, made me attentive to it</w:t>
      </w:r>
      <w:r>
        <w:br/>
      </w:r>
      <w:r>
        <w:rPr>
          <w:b/>
          <w:bCs/>
        </w:rPr>
        <w:t xml:space="preserve">By harmony thou dost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modulate</w:t>
      </w:r>
      <w:r>
        <w:rPr>
          <w:b/>
          <w:bCs/>
        </w:rPr>
        <w:t xml:space="preserve"> </w:t>
      </w:r>
      <w:r>
        <w:rPr>
          <w:b/>
          <w:bCs/>
        </w:rPr>
        <w:t xml:space="preserve">and measure,</w:t>
      </w:r>
      <w:r>
        <w:br/>
      </w:r>
      <w:r>
        <w:rPr>
          <w:b/>
          <w:bCs/>
        </w:rPr>
        <w:t xml:space="preserve">Then seemed to me so much of heaven enkindled</w:t>
      </w:r>
      <w:r>
        <w:br/>
      </w:r>
      <w:r>
        <w:rPr>
          <w:b/>
          <w:bCs/>
        </w:rPr>
        <w:t xml:space="preserve">By the sun's flame, that neither rain nor river</w:t>
      </w:r>
      <w:r>
        <w:br/>
      </w:r>
      <w:r>
        <w:rPr>
          <w:b/>
          <w:bCs/>
        </w:rPr>
        <w:t xml:space="preserve">E'er made a lake so widely spread abroad.</w:t>
      </w:r>
      <w:r>
        <w:br/>
      </w:r>
      <w:r>
        <w:t xml:space="preserve">    (a) stop interacting; or stop having interest</w:t>
      </w:r>
      <w:r>
        <w:br/>
      </w:r>
      <w:r>
        <w:t xml:space="preserve">    (b) treating thoughtlessly or without respect</w:t>
      </w:r>
      <w:r>
        <w:br/>
      </w:r>
      <w:r>
        <w:t xml:space="preserve">    (c) to regulate or make something less severe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commensuration</w:t>
      </w:r>
      <w:r>
        <w:rPr>
          <w:b/>
          <w:bCs/>
        </w:rPr>
        <w:t xml:space="preserve"> </w:t>
      </w:r>
      <w:r>
        <w:rPr>
          <w:b/>
          <w:bCs/>
        </w:rPr>
        <w:t xml:space="preserve">of our wages</w:t>
      </w:r>
      <w:r>
        <w:br/>
      </w:r>
      <w:r>
        <w:rPr>
          <w:b/>
          <w:bCs/>
        </w:rPr>
        <w:t xml:space="preserve">With our desert is portion of our joy,</w:t>
      </w:r>
      <w:r>
        <w:br/>
      </w:r>
      <w:r>
        <w:rPr>
          <w:b/>
          <w:bCs/>
        </w:rPr>
        <w:t xml:space="preserve">Because we see them neither less nor greater.</w:t>
      </w:r>
      <w:r>
        <w:br/>
      </w:r>
      <w:r>
        <w:t xml:space="preserve">    (a) not working or not operating</w:t>
      </w:r>
      <w:r>
        <w:br/>
      </w:r>
      <w:r>
        <w:t xml:space="preserve">    (b) appropriate in proportion to</w:t>
      </w:r>
      <w:r>
        <w:br/>
      </w:r>
      <w:r>
        <w:t xml:space="preserve">    (c) calculates or judges too low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by that execrable race was I</w:t>
      </w:r>
      <w:r>
        <w:br/>
      </w:r>
      <w:r>
        <w:rPr>
          <w:b/>
          <w:bCs/>
        </w:rPr>
        <w:t xml:space="preserve">Released from bonds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fallacious</w:t>
      </w:r>
      <w:r>
        <w:rPr>
          <w:b/>
          <w:bCs/>
        </w:rPr>
        <w:t xml:space="preserve"> </w:t>
      </w:r>
      <w:r>
        <w:rPr>
          <w:b/>
          <w:bCs/>
        </w:rPr>
        <w:t xml:space="preserve">world,</w:t>
      </w:r>
      <w:r>
        <w:br/>
      </w:r>
      <w:r>
        <w:t xml:space="preserve">    (a) not sincere</w:t>
      </w:r>
      <w:r>
        <w:br/>
      </w:r>
      <w:r>
        <w:t xml:space="preserve">    (b) mistaken</w:t>
      </w:r>
      <w:r>
        <w:br/>
      </w:r>
      <w:r>
        <w:t xml:space="preserve">    (c) intentional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since we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digressed</w:t>
      </w:r>
      <w:r>
        <w:rPr>
          <w:b/>
          <w:bCs/>
        </w:rPr>
        <w:t xml:space="preserve"> </w:t>
      </w:r>
      <w:r>
        <w:rPr>
          <w:b/>
          <w:bCs/>
        </w:rPr>
        <w:t xml:space="preserve">abundantly,</w:t>
      </w:r>
      <w:r>
        <w:br/>
      </w:r>
      <w:r>
        <w:rPr>
          <w:b/>
          <w:bCs/>
        </w:rPr>
        <w:t xml:space="preserve">Turn back thine eyes forthwith to the right path,</w:t>
      </w:r>
      <w:r>
        <w:br/>
      </w:r>
      <w:r>
        <w:rPr>
          <w:b/>
          <w:bCs/>
        </w:rPr>
        <w:t xml:space="preserve">So that the way be shortened with the time.</w:t>
      </w:r>
      <w:r>
        <w:br/>
      </w:r>
      <w:r>
        <w:t xml:space="preserve">    (a) felt angry or unhappy about having to accept something not liked</w:t>
      </w:r>
      <w:r>
        <w:br/>
      </w:r>
      <w:r>
        <w:t xml:space="preserve">    (b) to break a close association between two organizations or people</w:t>
      </w:r>
      <w:r>
        <w:br/>
      </w:r>
      <w:r>
        <w:t xml:space="preserve">    (c) a wandering from a direct or straight course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 that great throne whereon thine eyes are fixed</w:t>
      </w:r>
      <w:r>
        <w:br/>
      </w:r>
      <w:r>
        <w:rPr>
          <w:b/>
          <w:bCs/>
        </w:rPr>
        <w:t xml:space="preserve">For the crown's sake already placed upon it,</w:t>
      </w:r>
      <w:r>
        <w:br/>
      </w:r>
      <w:r>
        <w:rPr>
          <w:b/>
          <w:bCs/>
        </w:rPr>
        <w:t xml:space="preserve">Before thou suppest at this wedding feast</w:t>
      </w:r>
      <w:r>
        <w:br/>
      </w:r>
      <w:r>
        <w:rPr>
          <w:b/>
          <w:bCs/>
        </w:rPr>
        <w:t xml:space="preserve">Shall sit the soul (that is to be Augustus</w:t>
      </w:r>
      <w:r>
        <w:br/>
      </w:r>
      <w:r>
        <w:rPr>
          <w:b/>
          <w:bCs/>
        </w:rPr>
        <w:t xml:space="preserve">On earth) of noble Henry, who shall come</w:t>
      </w:r>
      <w:r>
        <w:br/>
      </w:r>
      <w:r>
        <w:rPr>
          <w:b/>
          <w:bCs/>
        </w:rPr>
        <w:t xml:space="preserve">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redress</w:t>
      </w:r>
      <w:r>
        <w:rPr>
          <w:b/>
          <w:bCs/>
        </w:rPr>
        <w:t xml:space="preserve"> </w:t>
      </w:r>
      <w:r>
        <w:rPr>
          <w:b/>
          <w:bCs/>
        </w:rPr>
        <w:t xml:space="preserve">Italy ere she be ready.</w:t>
      </w:r>
      <w:r>
        <w:br/>
      </w:r>
      <w:r>
        <w:t xml:space="preserve">    (a) learn, discover, or decide in advance</w:t>
      </w:r>
      <w:r>
        <w:br/>
      </w:r>
      <w:r>
        <w:t xml:space="preserve">    (b) a quick look or partial understanding</w:t>
      </w:r>
      <w:r>
        <w:br/>
      </w:r>
      <w:r>
        <w:t xml:space="preserve">    (c) fix a problem; or make up for a wrong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2026-07-31T17:05:43Z</dcterms:created>
  <dcterms:modified xsi:type="dcterms:W3CDTF">2026-07-31T17:05:43Z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