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9fade83a650689bd93a0281cf35a8bc1031f3d"/>
    <w:p>
      <w:pPr>
        <w:pStyle w:val="Heading1"/>
      </w:pPr>
      <w:r>
        <w:rPr>
          <w:b/>
          <w:bCs/>
        </w:rPr>
        <w:t xml:space="preserve">The Divine Comedy</w:t>
      </w:r>
      <w:r>
        <w:br/>
      </w:r>
      <w:r>
        <w:rPr>
          <w:i/>
          <w:iCs/>
        </w:rPr>
        <w:t xml:space="preserve">Dante Alighieri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does little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allay</w:t>
      </w:r>
      <w:r>
        <w:rPr>
          <w:b/>
          <w:bCs/>
        </w:rPr>
        <w:t xml:space="preserve"> </w:t>
      </w:r>
      <w:r>
        <w:rPr>
          <w:b/>
          <w:bCs/>
        </w:rPr>
        <w:t xml:space="preserve">Israeli fears.</w:t>
      </w:r>
      <w:r>
        <w:br/>
      </w:r>
      <w:r>
        <w:t xml:space="preserve">    (a) distract from</w:t>
      </w:r>
      <w:r>
        <w:br/>
      </w:r>
      <w:r>
        <w:t xml:space="preserve">    (b) reduce</w:t>
      </w:r>
      <w:r>
        <w:br/>
      </w:r>
      <w:r>
        <w:t xml:space="preserve">    (c) increase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circuit's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amplitude</w:t>
      </w:r>
      <w:r>
        <w:rPr>
          <w:b/>
          <w:bCs/>
        </w:rPr>
        <w:t xml:space="preserve"> </w:t>
      </w:r>
      <w:r>
        <w:rPr>
          <w:b/>
          <w:bCs/>
        </w:rPr>
        <w:t xml:space="preserve">adjustment response is not instantaneous.</w:t>
      </w:r>
      <w:r>
        <w:br/>
      </w:r>
      <w:r>
        <w:t xml:space="preserve">    (a) magnitude or strength</w:t>
      </w:r>
      <w:r>
        <w:br/>
      </w:r>
      <w:r>
        <w:t xml:space="preserve">    (b) a firm decision to do something</w:t>
      </w:r>
      <w:r>
        <w:br/>
      </w:r>
      <w:r>
        <w:t xml:space="preserve">    (c) measure of general intelligence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constraints</w:t>
      </w:r>
      <w:r>
        <w:rPr>
          <w:b/>
          <w:bCs/>
        </w:rPr>
        <w:t xml:space="preserve"> </w:t>
      </w:r>
      <w:r>
        <w:rPr>
          <w:b/>
          <w:bCs/>
        </w:rPr>
        <w:t xml:space="preserve">on her power to spend taxpayer funds.</w:t>
      </w:r>
      <w:r>
        <w:br/>
      </w:r>
      <w:r>
        <w:t xml:space="preserve">    (a) limitations</w:t>
      </w:r>
      <w:r>
        <w:br/>
      </w:r>
      <w:r>
        <w:t xml:space="preserve">    (b) increases</w:t>
      </w:r>
      <w:r>
        <w:br/>
      </w:r>
      <w:r>
        <w:t xml:space="preserve">    (c) flexibility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 served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amounts of food at the wedding reception.</w:t>
      </w:r>
      <w:r>
        <w:br/>
      </w:r>
      <w:r>
        <w:t xml:space="preserve">    (a) rare and unusual</w:t>
      </w:r>
      <w:r>
        <w:br/>
      </w:r>
      <w:r>
        <w:t xml:space="preserve">    (b) small in amount</w:t>
      </w:r>
      <w:r>
        <w:br/>
      </w:r>
      <w:r>
        <w:t xml:space="preserve">    (c) large in quantity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represent</w:t>
      </w:r>
      <w:r>
        <w:br/>
      </w:r>
      <w:r>
        <w:t xml:space="preserve">    (b) scatter</w:t>
      </w:r>
      <w:r>
        <w:br/>
      </w:r>
      <w:r>
        <w:t xml:space="preserve">    (c) confuse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company was halted in their tracks when the city had a cease-and-</w:t>
      </w:r>
      <w:r>
        <w:rPr>
          <w:b/>
          <w:bCs/>
          <w:u w:val="single"/>
        </w:rPr>
        <w:t xml:space="preserve">desist</w:t>
      </w:r>
      <w:r>
        <w:rPr>
          <w:b/>
          <w:bCs/>
        </w:rPr>
        <w:t xml:space="preserve"> </w:t>
      </w:r>
      <w:r>
        <w:rPr>
          <w:b/>
          <w:bCs/>
        </w:rPr>
        <w:t xml:space="preserve">order issued.</w:t>
      </w:r>
      <w:r>
        <w:br/>
      </w:r>
      <w:r>
        <w:t xml:space="preserve">    (a) to not do something</w:t>
      </w:r>
      <w:r>
        <w:br/>
      </w:r>
      <w:r>
        <w:t xml:space="preserve">    (b) gain advantage from</w:t>
      </w:r>
      <w:r>
        <w:br/>
      </w:r>
      <w:r>
        <w:t xml:space="preserve">    (c) influence or effect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artist captured the sun's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effulgent</w:t>
      </w:r>
      <w:r>
        <w:rPr>
          <w:b/>
          <w:bCs/>
        </w:rPr>
        <w:t xml:space="preserve"> </w:t>
      </w:r>
      <w:r>
        <w:rPr>
          <w:b/>
          <w:bCs/>
        </w:rPr>
        <w:t xml:space="preserve">rays as the sun rose over the mountain.</w:t>
      </w:r>
      <w:r>
        <w:br/>
      </w:r>
      <w:r>
        <w:t xml:space="preserve">    (a) brilliant</w:t>
      </w:r>
      <w:r>
        <w:br/>
      </w:r>
      <w:r>
        <w:t xml:space="preserve">    (b) weak</w:t>
      </w:r>
      <w:r>
        <w:br/>
      </w:r>
      <w:r>
        <w:t xml:space="preserve">    (c) yellow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sincere apology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engendered</w:t>
      </w:r>
      <w:r>
        <w:rPr>
          <w:b/>
          <w:bCs/>
        </w:rPr>
        <w:t xml:space="preserve"> </w:t>
      </w:r>
      <w:r>
        <w:rPr>
          <w:b/>
          <w:bCs/>
        </w:rPr>
        <w:t xml:space="preserve">forgiveness from the people she had hurt.</w:t>
      </w:r>
      <w:r>
        <w:br/>
      </w:r>
      <w:r>
        <w:t xml:space="preserve">    (a) refused to accept</w:t>
      </w:r>
      <w:r>
        <w:br/>
      </w:r>
      <w:r>
        <w:t xml:space="preserve">    (b) tried to hide</w:t>
      </w:r>
      <w:r>
        <w:br/>
      </w:r>
      <w:r>
        <w:t xml:space="preserve">    (c) caused to develop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Concern for her children's safety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her to take action and confront the intruder.</w:t>
      </w:r>
      <w:r>
        <w:br/>
      </w:r>
      <w:r>
        <w:t xml:space="preserve">    (a) slowed</w:t>
      </w:r>
      <w:r>
        <w:br/>
      </w:r>
      <w:r>
        <w:t xml:space="preserve">    (b) prevented</w:t>
      </w:r>
      <w:r>
        <w:br/>
      </w:r>
      <w:r>
        <w:t xml:space="preserve">    (c) drove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effect of music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ineffable</w:t>
      </w:r>
      <w:r>
        <w:rPr>
          <w:b/>
          <w:bCs/>
        </w:rPr>
        <w:t xml:space="preserve"> </w:t>
      </w:r>
      <w:r>
        <w:rPr>
          <w:b/>
          <w:bCs/>
        </w:rPr>
        <w:t xml:space="preserve">because we can't understand how it resonates within us.</w:t>
      </w:r>
      <w:r>
        <w:br/>
      </w:r>
      <w:r>
        <w:t xml:space="preserve">    (a) indescribable</w:t>
      </w:r>
      <w:r>
        <w:br/>
      </w:r>
      <w:r>
        <w:t xml:space="preserve">    (b) not important</w:t>
      </w:r>
      <w:r>
        <w:br/>
      </w:r>
      <w:r>
        <w:t xml:space="preserve">    (c) forgettable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date which will live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infamy</w:t>
      </w:r>
      <w:r>
        <w:br/>
      </w:r>
      <w:r>
        <w:t xml:space="preserve">    (a) fame for something exciting</w:t>
      </w:r>
      <w:r>
        <w:br/>
      </w:r>
      <w:r>
        <w:t xml:space="preserve">    (b) fame for something good</w:t>
      </w:r>
      <w:r>
        <w:br/>
      </w:r>
      <w:r>
        <w:t xml:space="preserve">    (c) fame for something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 way of arousing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ire</w:t>
      </w:r>
      <w:r>
        <w:rPr>
          <w:b/>
          <w:bCs/>
        </w:rPr>
        <w:t xml:space="preserve">.</w:t>
      </w:r>
      <w:r>
        <w:br/>
      </w:r>
      <w:r>
        <w:t xml:space="preserve">    (a) guilt</w:t>
      </w:r>
      <w:r>
        <w:br/>
      </w:r>
      <w:r>
        <w:t xml:space="preserve">    (b) curiosity</w:t>
      </w:r>
      <w:r>
        <w:br/>
      </w:r>
      <w:r>
        <w:t xml:space="preserve">    (c)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days of fighting, the generals decided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parley</w:t>
      </w:r>
      <w:r>
        <w:rPr>
          <w:b/>
          <w:bCs/>
        </w:rPr>
        <w:t xml:space="preserve"> </w:t>
      </w:r>
      <w:r>
        <w:rPr>
          <w:b/>
          <w:bCs/>
        </w:rPr>
        <w:t xml:space="preserve">at dawn to seek a peaceful resolution.</w:t>
      </w:r>
      <w:r>
        <w:br/>
      </w:r>
      <w:r>
        <w:t xml:space="preserve">    (a) retreat</w:t>
      </w:r>
      <w:r>
        <w:br/>
      </w:r>
      <w:r>
        <w:t xml:space="preserve">    (b) negotiate</w:t>
      </w:r>
      <w:r>
        <w:br/>
      </w:r>
      <w:r>
        <w:t xml:space="preserve">    (c) duel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feeling regret for wrongdoing</w:t>
      </w:r>
      <w:r>
        <w:br/>
      </w:r>
      <w:r>
        <w:t xml:space="preserve">    (b) confused about the rules</w:t>
      </w:r>
      <w:r>
        <w:br/>
      </w:r>
      <w:r>
        <w:t xml:space="preserve">    (c) proud of one's actions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Thomas Edison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prolific</w:t>
      </w:r>
      <w:r>
        <w:rPr>
          <w:b/>
          <w:bCs/>
        </w:rPr>
        <w:t xml:space="preserve"> </w:t>
      </w:r>
      <w:r>
        <w:rPr>
          <w:b/>
          <w:bCs/>
        </w:rPr>
        <w:t xml:space="preserve">inventor, holding over a thousand US patents.</w:t>
      </w:r>
      <w:r>
        <w:br/>
      </w:r>
      <w:r>
        <w:t xml:space="preserve">    (a) highly creative</w:t>
      </w:r>
      <w:r>
        <w:br/>
      </w:r>
      <w:r>
        <w:t xml:space="preserve">    (b) producing abundantly</w:t>
      </w:r>
      <w:r>
        <w:br/>
      </w:r>
      <w:r>
        <w:t xml:space="preserve">    (c) little understood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hours of sitting in the airport with no updates, the stranded travelers described the experience as pure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purgatory</w:t>
      </w:r>
      <w:r>
        <w:rPr>
          <w:b/>
          <w:bCs/>
        </w:rPr>
        <w:t xml:space="preserve">.</w:t>
      </w:r>
      <w:r>
        <w:br/>
      </w:r>
      <w:r>
        <w:t xml:space="preserve">    (a) a state of excitement</w:t>
      </w:r>
      <w:r>
        <w:br/>
      </w:r>
      <w:r>
        <w:t xml:space="preserve">    (b) a state of suffering</w:t>
      </w:r>
      <w:r>
        <w:br/>
      </w:r>
      <w:r>
        <w:t xml:space="preserve">    (c) a state of ignorance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admired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sapient</w:t>
      </w:r>
      <w:r>
        <w:rPr>
          <w:b/>
          <w:bCs/>
        </w:rPr>
        <w:t xml:space="preserve"> </w:t>
      </w:r>
      <w:r>
        <w:rPr>
          <w:b/>
          <w:bCs/>
        </w:rPr>
        <w:t xml:space="preserve">reflections on human nature and society.</w:t>
      </w:r>
      <w:r>
        <w:br/>
      </w:r>
      <w:r>
        <w:t xml:space="preserve">    (a) wise</w:t>
      </w:r>
      <w:r>
        <w:br/>
      </w:r>
      <w:r>
        <w:t xml:space="preserve">    (b) not straightforward</w:t>
      </w:r>
      <w:r>
        <w:br/>
      </w:r>
      <w:r>
        <w:t xml:space="preserve">    (c) not done on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visited every art museum in New York City, and she still wasn't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satiated</w:t>
      </w:r>
      <w:r>
        <w:rPr>
          <w:b/>
          <w:bCs/>
        </w:rPr>
        <w:t xml:space="preserve">.</w:t>
      </w:r>
      <w:r>
        <w:br/>
      </w:r>
      <w:r>
        <w:t xml:space="preserve">    (a) tired</w:t>
      </w:r>
      <w:r>
        <w:br/>
      </w:r>
      <w:r>
        <w:t xml:space="preserve">    (b) knowledgeable</w:t>
      </w:r>
      <w:r>
        <w:br/>
      </w:r>
      <w:r>
        <w:t xml:space="preserve">    (c) satisfied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appreciated</w:t>
      </w:r>
      <w:r>
        <w:br/>
      </w:r>
      <w:r>
        <w:t xml:space="preserve">    (b) important</w:t>
      </w:r>
      <w:r>
        <w:br/>
      </w:r>
      <w:r>
        <w:t xml:space="preserve">    (c) unnecessary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suffers the despair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unrequited</w:t>
      </w:r>
      <w:r>
        <w:rPr>
          <w:b/>
          <w:bCs/>
        </w:rPr>
        <w:t xml:space="preserve"> </w:t>
      </w:r>
      <w:r>
        <w:rPr>
          <w:b/>
          <w:bCs/>
        </w:rPr>
        <w:t xml:space="preserve">love.</w:t>
      </w:r>
      <w:r>
        <w:br/>
      </w:r>
      <w:r>
        <w:t xml:space="preserve">    (a) unreturned</w:t>
      </w:r>
      <w:r>
        <w:br/>
      </w:r>
      <w:r>
        <w:t xml:space="preserve">    (b) beyond normal limits</w:t>
      </w:r>
      <w:r>
        <w:br/>
      </w:r>
      <w:r>
        <w:t xml:space="preserve">    (c) loss (through death)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2026-07-31T17:04:31Z</dcterms:created>
  <dcterms:modified xsi:type="dcterms:W3CDTF">2026-07-31T17:04:31Z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