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fce8a3c5ba2effbea9a84164fae380d287172b"/>
    <w:p>
      <w:pPr>
        <w:pStyle w:val="Heading1"/>
      </w:pPr>
      <w:r>
        <w:rPr>
          <w:b/>
          <w:bCs/>
        </w:rPr>
        <w:t xml:space="preserve">The Devil's Arithmetic</w:t>
      </w:r>
      <w:r>
        <w:br/>
      </w:r>
      <w:r>
        <w:rPr>
          <w:i/>
          <w:iCs/>
        </w:rPr>
        <w:t xml:space="preserve">Jane Yolen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constant complaining started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alienate</w:t>
      </w:r>
      <w:r>
        <w:rPr>
          <w:b/>
          <w:bCs/>
        </w:rPr>
        <w:t xml:space="preserve"> </w:t>
      </w:r>
      <w:r>
        <w:rPr>
          <w:b/>
          <w:bCs/>
        </w:rPr>
        <w:t xml:space="preserve">her coworkers, who found her difficult to be around.</w:t>
      </w:r>
      <w:r>
        <w:br/>
      </w:r>
      <w:r>
        <w:t xml:space="preserve">    (a) make feel angry or upset at</w:t>
      </w:r>
      <w:r>
        <w:br/>
      </w:r>
      <w:r>
        <w:t xml:space="preserve">    (b) make feel emotionally separated from</w:t>
      </w:r>
      <w:r>
        <w:br/>
      </w:r>
      <w:r>
        <w:t xml:space="preserve">    (c) make feel emotionally closer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rules felt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arbitrary</w:t>
      </w:r>
      <w:r>
        <w:rPr>
          <w:b/>
          <w:bCs/>
        </w:rPr>
        <w:t xml:space="preserve">, changing from one day to the next without clear explanation.</w:t>
      </w:r>
      <w:r>
        <w:br/>
      </w:r>
      <w:r>
        <w:t xml:space="preserve">    (a) strict</w:t>
      </w:r>
      <w:r>
        <w:br/>
      </w:r>
      <w:r>
        <w:t xml:space="preserve">    (b) impulsive</w:t>
      </w:r>
      <w:r>
        <w:br/>
      </w:r>
      <w:r>
        <w:t xml:space="preserve">    (c) cruel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singer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assented</w:t>
      </w:r>
      <w:r>
        <w:rPr>
          <w:b/>
          <w:bCs/>
        </w:rPr>
        <w:t xml:space="preserve"> </w:t>
      </w:r>
      <w:r>
        <w:rPr>
          <w:b/>
          <w:bCs/>
        </w:rPr>
        <w:t xml:space="preserve">to the request for an encore.</w:t>
      </w:r>
      <w:r>
        <w:br/>
      </w:r>
      <w:r>
        <w:t xml:space="preserve">    (a) dislike or resented</w:t>
      </w:r>
      <w:r>
        <w:br/>
      </w:r>
      <w:r>
        <w:t xml:space="preserve">    (b) consented or agreed</w:t>
      </w:r>
      <w:r>
        <w:br/>
      </w:r>
      <w:r>
        <w:t xml:space="preserve">    (c) declined or refused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deliberately</w:t>
      </w:r>
      <w:r>
        <w:rPr>
          <w:b/>
          <w:bCs/>
        </w:rPr>
        <w:t xml:space="preserve"> </w:t>
      </w:r>
      <w:r>
        <w:rPr>
          <w:b/>
          <w:bCs/>
        </w:rPr>
        <w:t xml:space="preserve">added false information to the Wikipedia page.</w:t>
      </w:r>
      <w:r>
        <w:br/>
      </w:r>
      <w:r>
        <w:t xml:space="preserve">    (a) accidentally</w:t>
      </w:r>
      <w:r>
        <w:br/>
      </w:r>
      <w:r>
        <w:t xml:space="preserve">    (b) carelessly</w:t>
      </w:r>
      <w:r>
        <w:br/>
      </w:r>
      <w:r>
        <w:t xml:space="preserve">    (c) intentionally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wasn't accustomed to cold weather, but she managed to cross the icy street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deliberate</w:t>
      </w:r>
      <w:r>
        <w:rPr>
          <w:b/>
          <w:bCs/>
        </w:rPr>
        <w:t xml:space="preserve"> </w:t>
      </w:r>
      <w:r>
        <w:rPr>
          <w:b/>
          <w:bCs/>
        </w:rPr>
        <w:t xml:space="preserve">care.</w:t>
      </w:r>
      <w:r>
        <w:br/>
      </w:r>
      <w:r>
        <w:t xml:space="preserve">    (a) slow and careful</w:t>
      </w:r>
      <w:r>
        <w:br/>
      </w:r>
      <w:r>
        <w:t xml:space="preserve">    (b) quick and energetic</w:t>
      </w:r>
      <w:r>
        <w:br/>
      </w:r>
      <w:r>
        <w:t xml:space="preserve">    (c) very little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medal is given only to a few who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demonstrated</w:t>
      </w:r>
      <w:r>
        <w:rPr>
          <w:b/>
          <w:bCs/>
        </w:rPr>
        <w:t xml:space="preserve"> </w:t>
      </w:r>
      <w:r>
        <w:rPr>
          <w:b/>
          <w:bCs/>
        </w:rPr>
        <w:t xml:space="preserve">extraordinary courage while defending their country.</w:t>
      </w:r>
      <w:r>
        <w:br/>
      </w:r>
      <w:r>
        <w:t xml:space="preserve">    (a) encouraged</w:t>
      </w:r>
      <w:r>
        <w:br/>
      </w:r>
      <w:r>
        <w:t xml:space="preserve">    (b) shown</w:t>
      </w:r>
      <w:r>
        <w:br/>
      </w:r>
      <w:r>
        <w:t xml:space="preserve">    (c) protested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completely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dominates</w:t>
      </w:r>
      <w:r>
        <w:rPr>
          <w:b/>
          <w:bCs/>
        </w:rPr>
        <w:t xml:space="preserve"> </w:t>
      </w:r>
      <w:r>
        <w:rPr>
          <w:b/>
          <w:bCs/>
        </w:rPr>
        <w:t xml:space="preserve">her boyfriend.</w:t>
      </w:r>
      <w:r>
        <w:br/>
      </w:r>
      <w:r>
        <w:t xml:space="preserve">    (a) worships</w:t>
      </w:r>
      <w:r>
        <w:br/>
      </w:r>
      <w:r>
        <w:t xml:space="preserve">    (b) obeys</w:t>
      </w:r>
      <w:r>
        <w:br/>
      </w:r>
      <w:r>
        <w:t xml:space="preserve">    (c) controls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culture has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elaborate</w:t>
      </w:r>
      <w:r>
        <w:rPr>
          <w:b/>
          <w:bCs/>
        </w:rPr>
        <w:t xml:space="preserve"> </w:t>
      </w:r>
      <w:r>
        <w:rPr>
          <w:b/>
          <w:bCs/>
        </w:rPr>
        <w:t xml:space="preserve">wedding ceremonies.</w:t>
      </w:r>
      <w:r>
        <w:br/>
      </w:r>
      <w:r>
        <w:t xml:space="preserve">    (a) exciting</w:t>
      </w:r>
      <w:r>
        <w:br/>
      </w:r>
      <w:r>
        <w:t xml:space="preserve">    (b) detailed</w:t>
      </w:r>
      <w:r>
        <w:br/>
      </w:r>
      <w:r>
        <w:t xml:space="preserve">    (c) generous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genuine</w:t>
      </w:r>
      <w:r>
        <w:rPr>
          <w:b/>
          <w:bCs/>
        </w:rPr>
        <w:t xml:space="preserve"> </w:t>
      </w:r>
      <w:r>
        <w:rPr>
          <w:b/>
          <w:bCs/>
        </w:rPr>
        <w:t xml:space="preserve">interest in each of her students.</w:t>
      </w:r>
      <w:r>
        <w:br/>
      </w:r>
      <w:r>
        <w:t xml:space="preserve">    (a) sincere (real)</w:t>
      </w:r>
      <w:r>
        <w:br/>
      </w:r>
      <w:r>
        <w:t xml:space="preserve">    (b) fake</w:t>
      </w:r>
      <w:r>
        <w:br/>
      </w:r>
      <w:r>
        <w:t xml:space="preserve">    (c) generous (giving)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worst legislation is passed when voters are whipped into a state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hysteria</w:t>
      </w:r>
      <w:r>
        <w:rPr>
          <w:b/>
          <w:bCs/>
        </w:rPr>
        <w:t xml:space="preserve">.</w:t>
      </w:r>
      <w:r>
        <w:br/>
      </w:r>
      <w:r>
        <w:t xml:space="preserve">    (a) complete confusion</w:t>
      </w:r>
      <w:r>
        <w:br/>
      </w:r>
      <w:r>
        <w:t xml:space="preserve">    (b) uncontrollable emotion</w:t>
      </w:r>
      <w:r>
        <w:br/>
      </w:r>
      <w:r>
        <w:t xml:space="preserve">    (c) extreme 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impudent</w:t>
      </w:r>
      <w:r>
        <w:rPr>
          <w:b/>
          <w:bCs/>
        </w:rPr>
        <w:t xml:space="preserve"> </w:t>
      </w:r>
      <w:r>
        <w:rPr>
          <w:b/>
          <w:bCs/>
        </w:rPr>
        <w:t xml:space="preserve">reply to the manager shocked everyone in the meeting.</w:t>
      </w:r>
      <w:r>
        <w:br/>
      </w:r>
      <w:r>
        <w:t xml:space="preserve">    (a) extremely quiet</w:t>
      </w:r>
      <w:r>
        <w:br/>
      </w:r>
      <w:r>
        <w:t xml:space="preserve">    (b) disrespectfully bold</w:t>
      </w:r>
      <w:r>
        <w:br/>
      </w:r>
      <w:r>
        <w:t xml:space="preserve">    (c) thoughtfully kind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Ironically</w:t>
      </w:r>
      <w:r>
        <w:rPr>
          <w:b/>
          <w:bCs/>
        </w:rPr>
        <w:t xml:space="preserve">, her strongest supporters undermined her popularity through their extremism.</w:t>
      </w:r>
      <w:r>
        <w:br/>
      </w:r>
      <w:r>
        <w:t xml:space="preserve">    (a) when what happens is very fitting for the situation</w:t>
      </w:r>
      <w:r>
        <w:br/>
      </w:r>
      <w:r>
        <w:t xml:space="preserve">    (b) when what happens is very different than what might be expected</w:t>
      </w:r>
      <w:r>
        <w:br/>
      </w:r>
      <w:r>
        <w:t xml:space="preserve">    (c) when what happens is exactly what usually happens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patient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lucid</w:t>
      </w:r>
      <w:r>
        <w:rPr>
          <w:b/>
          <w:bCs/>
        </w:rPr>
        <w:t xml:space="preserve"> </w:t>
      </w:r>
      <w:r>
        <w:rPr>
          <w:b/>
          <w:bCs/>
        </w:rPr>
        <w:t xml:space="preserve">moment between bouts of deep confusion.</w:t>
      </w:r>
      <w:r>
        <w:br/>
      </w:r>
      <w:r>
        <w:t xml:space="preserve">    (a) clear-thinking</w:t>
      </w:r>
      <w:r>
        <w:br/>
      </w:r>
      <w:r>
        <w:t xml:space="preserve">    (b) half-asleep</w:t>
      </w:r>
      <w:r>
        <w:br/>
      </w:r>
      <w:r>
        <w:t xml:space="preserve">    (c) very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dancer’s graceful movements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mesmerized</w:t>
      </w:r>
      <w:r>
        <w:rPr>
          <w:b/>
          <w:bCs/>
        </w:rPr>
        <w:t xml:space="preserve"> </w:t>
      </w:r>
      <w:r>
        <w:rPr>
          <w:b/>
          <w:bCs/>
        </w:rPr>
        <w:t xml:space="preserve">the audience.</w:t>
      </w:r>
      <w:r>
        <w:br/>
      </w:r>
      <w:r>
        <w:t xml:space="preserve">    (a) distracted or amused</w:t>
      </w:r>
      <w:r>
        <w:br/>
      </w:r>
      <w:r>
        <w:t xml:space="preserve">    (b) shocked or surprised</w:t>
      </w:r>
      <w:r>
        <w:br/>
      </w:r>
      <w:r>
        <w:t xml:space="preserve">    (c) spellbound or enthralled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him.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she is determined to stop seeing him unless he stops drinking.</w:t>
      </w:r>
      <w:r>
        <w:br/>
      </w:r>
      <w:r>
        <w:t xml:space="preserve">    (a) also</w:t>
      </w:r>
      <w:r>
        <w:br/>
      </w:r>
      <w:r>
        <w:t xml:space="preserve">    (b) despite that</w:t>
      </w:r>
      <w:r>
        <w:br/>
      </w:r>
      <w:r>
        <w:t xml:space="preserve">    (c) in addition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the clouds looking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ominous</w:t>
      </w:r>
      <w:r>
        <w:rPr>
          <w:b/>
          <w:bCs/>
        </w:rPr>
        <w:t xml:space="preserve">, I'm afraid there will be a bad storm.</w:t>
      </w:r>
      <w:r>
        <w:br/>
      </w:r>
      <w:r>
        <w:t xml:space="preserve">    (a) threatening</w:t>
      </w:r>
      <w:r>
        <w:br/>
      </w:r>
      <w:r>
        <w:t xml:space="preserve">    (b) fast-moving</w:t>
      </w:r>
      <w:r>
        <w:br/>
      </w:r>
      <w:r>
        <w:t xml:space="preserve">    (c) huge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children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recited</w:t>
      </w:r>
      <w:r>
        <w:rPr>
          <w:b/>
          <w:bCs/>
        </w:rPr>
        <w:t xml:space="preserve"> </w:t>
      </w:r>
      <w:r>
        <w:rPr>
          <w:b/>
          <w:bCs/>
        </w:rPr>
        <w:t xml:space="preserve">the Pledge of Allegiance.</w:t>
      </w:r>
      <w:r>
        <w:br/>
      </w:r>
      <w:r>
        <w:t xml:space="preserve">    (a) memorized</w:t>
      </w:r>
      <w:r>
        <w:br/>
      </w:r>
      <w:r>
        <w:t xml:space="preserve">    (b) said aloud</w:t>
      </w:r>
      <w:r>
        <w:br/>
      </w:r>
      <w:r>
        <w:t xml:space="preserve">    (c) listened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 </w:t>
      </w:r>
      <w:r>
        <w:rPr>
          <w:b/>
          <w:bCs/>
        </w:rPr>
        <w:t xml:space="preserve">to never drink again.</w:t>
      </w:r>
      <w:r>
        <w:br/>
      </w:r>
      <w:r>
        <w:t xml:space="preserve">    (a) firmly decided</w:t>
      </w:r>
      <w:r>
        <w:br/>
      </w:r>
      <w:r>
        <w:t xml:space="preserve">    (b) was forced</w:t>
      </w:r>
      <w:r>
        <w:br/>
      </w:r>
      <w:r>
        <w:t xml:space="preserve">    (c) was encouraged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solemn</w:t>
      </w:r>
      <w:r>
        <w:rPr>
          <w:b/>
          <w:bCs/>
        </w:rPr>
        <w:t xml:space="preserve"> </w:t>
      </w:r>
      <w:r>
        <w:rPr>
          <w:b/>
          <w:bCs/>
        </w:rPr>
        <w:t xml:space="preserve">at the funeral.</w:t>
      </w:r>
      <w:r>
        <w:br/>
      </w:r>
      <w:r>
        <w:t xml:space="preserve">    (a) teary eyed</w:t>
      </w:r>
      <w:r>
        <w:br/>
      </w:r>
      <w:r>
        <w:t xml:space="preserve">    (b) serious and dignified</w:t>
      </w:r>
      <w:r>
        <w:br/>
      </w:r>
      <w:r>
        <w:t xml:space="preserve">    (c) dressed in dark colors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his speech 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synagogue</w:t>
      </w:r>
      <w:r>
        <w:rPr>
          <w:b/>
          <w:bCs/>
        </w:rPr>
        <w:t xml:space="preserve">, the President repeated that the United States will support Israel.</w:t>
      </w:r>
      <w:r>
        <w:br/>
      </w:r>
      <w:r>
        <w:t xml:space="preserve">    (a) universal religious building</w:t>
      </w:r>
      <w:r>
        <w:br/>
      </w:r>
      <w:r>
        <w:t xml:space="preserve">    (b) Jewish house of worship</w:t>
      </w:r>
      <w:r>
        <w:br/>
      </w:r>
      <w:r>
        <w:t xml:space="preserve">    (c) Jewish school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2026-07-31T16:54:44Z</dcterms:created>
  <dcterms:modified xsi:type="dcterms:W3CDTF">2026-07-31T16:54:44Z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