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a0632e64a308b2840f66b7fef2657c76d02794"/>
    <w:p>
      <w:pPr>
        <w:pStyle w:val="Heading1"/>
      </w:pPr>
      <w:r>
        <w:rPr>
          <w:b/>
          <w:bCs/>
        </w:rPr>
        <w:t xml:space="preserve">The Devil's Arithmetic</w:t>
      </w:r>
      <w:r>
        <w:br/>
      </w:r>
      <w:r>
        <w:rPr>
          <w:i/>
          <w:iCs/>
        </w:rPr>
        <w:t xml:space="preserve">Jane Yolen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grandfather taught her to play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accordion</w:t>
      </w:r>
      <w:r>
        <w:rPr>
          <w:b/>
          <w:bCs/>
        </w:rPr>
        <w:t xml:space="preserve"> </w:t>
      </w:r>
      <w:r>
        <w:rPr>
          <w:b/>
          <w:bCs/>
        </w:rPr>
        <w:t xml:space="preserve">at age seven.</w:t>
      </w:r>
      <w:r>
        <w:br/>
      </w:r>
      <w:r>
        <w:t xml:space="preserve">    (a) brass instrument</w:t>
      </w:r>
      <w:r>
        <w:br/>
      </w:r>
      <w:r>
        <w:t xml:space="preserve">    (b) bellows-based instrument</w:t>
      </w:r>
      <w:r>
        <w:br/>
      </w:r>
      <w:r>
        <w:t xml:space="preserve">    (c) stringed instrument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spent hours trying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burnish</w:t>
      </w:r>
      <w:r>
        <w:rPr>
          <w:b/>
          <w:bCs/>
        </w:rPr>
        <w:t xml:space="preserve"> </w:t>
      </w:r>
      <w:r>
        <w:rPr>
          <w:b/>
          <w:bCs/>
        </w:rPr>
        <w:t xml:space="preserve">the old brass lamp until it gleamed.</w:t>
      </w:r>
      <w:r>
        <w:br/>
      </w:r>
      <w:r>
        <w:t xml:space="preserve">    (a) shine up</w:t>
      </w:r>
      <w:r>
        <w:br/>
      </w:r>
      <w:r>
        <w:t xml:space="preserve">    (b) throw out</w:t>
      </w:r>
      <w:r>
        <w:br/>
      </w:r>
      <w:r>
        <w:t xml:space="preserve">    (c) wear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cloying</w:t>
      </w:r>
      <w:r>
        <w:rPr>
          <w:b/>
          <w:bCs/>
        </w:rPr>
        <w:t xml:space="preserve"> </w:t>
      </w:r>
      <w:r>
        <w:rPr>
          <w:b/>
          <w:bCs/>
        </w:rPr>
        <w:t xml:space="preserve">compliments felt fake after a while.</w:t>
      </w:r>
      <w:r>
        <w:br/>
      </w:r>
      <w:r>
        <w:t xml:space="preserve">    (a) too vague and confusing</w:t>
      </w:r>
      <w:r>
        <w:br/>
      </w:r>
      <w:r>
        <w:t xml:space="preserve">    (b) overly harsh and critical</w:t>
      </w:r>
      <w:r>
        <w:br/>
      </w:r>
      <w:r>
        <w:t xml:space="preserve">    (c) overly sweet or sentimental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U.S., the protected right of free speech makes it legal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desecrate</w:t>
      </w:r>
      <w:r>
        <w:rPr>
          <w:b/>
          <w:bCs/>
        </w:rPr>
        <w:t xml:space="preserve"> </w:t>
      </w:r>
      <w:r>
        <w:rPr>
          <w:b/>
          <w:bCs/>
        </w:rPr>
        <w:t xml:space="preserve">the flag and other sacred symbols.</w:t>
      </w:r>
      <w:r>
        <w:br/>
      </w:r>
      <w:r>
        <w:t xml:space="preserve">    (a) burn</w:t>
      </w:r>
      <w:r>
        <w:br/>
      </w:r>
      <w:r>
        <w:t xml:space="preserve">    (b) disrespect</w:t>
      </w:r>
      <w:r>
        <w:br/>
      </w:r>
      <w:r>
        <w:t xml:space="preserve">    (c) oppose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dour</w:t>
      </w:r>
      <w:r>
        <w:rPr>
          <w:b/>
          <w:bCs/>
        </w:rPr>
        <w:t xml:space="preserve"> </w:t>
      </w:r>
      <w:r>
        <w:rPr>
          <w:b/>
          <w:bCs/>
        </w:rPr>
        <w:t xml:space="preserve">guard frowned at every joke and ordered the students to be quiet.</w:t>
      </w:r>
      <w:r>
        <w:br/>
      </w:r>
      <w:r>
        <w:t xml:space="preserve">    (a) grim and unfriendly</w:t>
      </w:r>
      <w:r>
        <w:br/>
      </w:r>
      <w:r>
        <w:t xml:space="preserve">    (b) cheerful and playful</w:t>
      </w:r>
      <w:r>
        <w:br/>
      </w:r>
      <w:r>
        <w:t xml:space="preserve">    (c) confused and lost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novel ends with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epilogue</w:t>
      </w:r>
      <w:r>
        <w:rPr>
          <w:b/>
          <w:bCs/>
        </w:rPr>
        <w:t xml:space="preserve"> </w:t>
      </w:r>
      <w:r>
        <w:rPr>
          <w:b/>
          <w:bCs/>
        </w:rPr>
        <w:t xml:space="preserve">that tells what happened years later.</w:t>
      </w:r>
      <w:r>
        <w:br/>
      </w:r>
      <w:r>
        <w:t xml:space="preserve">    (a) main conflict</w:t>
      </w:r>
      <w:r>
        <w:br/>
      </w:r>
      <w:r>
        <w:t xml:space="preserve">    (b) opening scene</w:t>
      </w:r>
      <w:r>
        <w:br/>
      </w:r>
      <w:r>
        <w:t xml:space="preserve">    (c) final section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a large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exodus</w:t>
      </w:r>
      <w:r>
        <w:rPr>
          <w:b/>
          <w:bCs/>
        </w:rPr>
        <w:t xml:space="preserve"> </w:t>
      </w:r>
      <w:r>
        <w:rPr>
          <w:b/>
          <w:bCs/>
        </w:rPr>
        <w:t xml:space="preserve">of Jews from Arab countries to Israel in the mid-20th century.</w:t>
      </w:r>
      <w:r>
        <w:br/>
      </w:r>
      <w:r>
        <w:t xml:space="preserve">    (a) departure</w:t>
      </w:r>
      <w:r>
        <w:br/>
      </w:r>
      <w:r>
        <w:t xml:space="preserve">    (b) expelling</w:t>
      </w:r>
      <w:r>
        <w:br/>
      </w:r>
      <w:r>
        <w:t xml:space="preserve">    (c) visitation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spoke about her cause with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fervor</w:t>
      </w:r>
      <w:r>
        <w:rPr>
          <w:b/>
          <w:bCs/>
        </w:rPr>
        <w:t xml:space="preserve">.</w:t>
      </w:r>
      <w:r>
        <w:br/>
      </w:r>
      <w:r>
        <w:t xml:space="preserve">    (a) strong passion</w:t>
      </w:r>
      <w:r>
        <w:br/>
      </w:r>
      <w:r>
        <w:t xml:space="preserve">    (b) calm boredom</w:t>
      </w:r>
      <w:r>
        <w:br/>
      </w:r>
      <w:r>
        <w:t xml:space="preserve">    (c) mild dislike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garish</w:t>
      </w:r>
      <w:r>
        <w:rPr>
          <w:b/>
          <w:bCs/>
        </w:rPr>
        <w:t xml:space="preserve"> </w:t>
      </w:r>
      <w:r>
        <w:rPr>
          <w:b/>
          <w:bCs/>
        </w:rPr>
        <w:t xml:space="preserve">neon lights of the casino were visible from miles away.</w:t>
      </w:r>
      <w:r>
        <w:br/>
      </w:r>
      <w:r>
        <w:t xml:space="preserve">    (a) cheerfully tasteful</w:t>
      </w:r>
      <w:r>
        <w:br/>
      </w:r>
      <w:r>
        <w:t xml:space="preserve">    (b) tastelessly showy</w:t>
      </w:r>
      <w:r>
        <w:br/>
      </w:r>
      <w:r>
        <w:t xml:space="preserve">    (c) hard to see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actor wore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gaudy</w:t>
      </w:r>
      <w:r>
        <w:rPr>
          <w:b/>
          <w:bCs/>
        </w:rPr>
        <w:t xml:space="preserve"> </w:t>
      </w:r>
      <w:r>
        <w:rPr>
          <w:b/>
          <w:bCs/>
        </w:rPr>
        <w:t xml:space="preserve">jacket covered with bright sequins and gold trim.</w:t>
      </w:r>
      <w:r>
        <w:br/>
      </w:r>
      <w:r>
        <w:t xml:space="preserve">    (a) plain and modest</w:t>
      </w:r>
      <w:r>
        <w:br/>
      </w:r>
      <w:r>
        <w:t xml:space="preserve">    (b) tastelessly showy</w:t>
      </w:r>
      <w:r>
        <w:br/>
      </w:r>
      <w:r>
        <w:t xml:space="preserve">    (c) old and worn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seems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illogical</w:t>
      </w:r>
      <w:r>
        <w:rPr>
          <w:b/>
          <w:bCs/>
        </w:rPr>
        <w:t xml:space="preserve"> </w:t>
      </w:r>
      <w:r>
        <w:rPr>
          <w:b/>
          <w:bCs/>
        </w:rPr>
        <w:t xml:space="preserve">to drive an hour to save five minutes.</w:t>
      </w:r>
      <w:r>
        <w:br/>
      </w:r>
      <w:r>
        <w:t xml:space="preserve">    (a) perfectly reasoned</w:t>
      </w:r>
      <w:r>
        <w:br/>
      </w:r>
      <w:r>
        <w:t xml:space="preserve">    (b) without good logic</w:t>
      </w:r>
      <w:r>
        <w:br/>
      </w:r>
      <w:r>
        <w:t xml:space="preserve">    (c) highly emotional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exercises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infrequently</w:t>
      </w:r>
      <w:r>
        <w:rPr>
          <w:b/>
          <w:bCs/>
        </w:rPr>
        <w:t xml:space="preserve"> </w:t>
      </w:r>
      <w:r>
        <w:rPr>
          <w:b/>
          <w:bCs/>
        </w:rPr>
        <w:t xml:space="preserve">to maintain good health.</w:t>
      </w:r>
      <w:r>
        <w:br/>
      </w:r>
      <w:r>
        <w:t xml:space="preserve">    (a) hard</w:t>
      </w:r>
      <w:r>
        <w:br/>
      </w:r>
      <w:r>
        <w:t xml:space="preserve">    (b) not often</w:t>
      </w:r>
      <w:r>
        <w:br/>
      </w:r>
      <w:r>
        <w:t xml:space="preserve">    (c) lightly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the funniest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parody</w:t>
      </w:r>
      <w:r>
        <w:rPr>
          <w:b/>
          <w:bCs/>
        </w:rPr>
        <w:t xml:space="preserve"> </w:t>
      </w:r>
      <w:r>
        <w:rPr>
          <w:b/>
          <w:bCs/>
        </w:rPr>
        <w:t xml:space="preserve">on YouTube.</w:t>
      </w:r>
      <w:r>
        <w:br/>
      </w:r>
      <w:r>
        <w:t xml:space="preserve">    (a) jokes by a comedian</w:t>
      </w:r>
      <w:r>
        <w:br/>
      </w:r>
      <w:r>
        <w:t xml:space="preserve">    (b) skit using understatement</w:t>
      </w:r>
      <w:r>
        <w:br/>
      </w:r>
      <w:r>
        <w:t xml:space="preserve">    (c) exaggeration of somebody's style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partisans</w:t>
      </w:r>
      <w:r>
        <w:rPr>
          <w:b/>
          <w:bCs/>
        </w:rPr>
        <w:t xml:space="preserve"> </w:t>
      </w:r>
      <w:r>
        <w:rPr>
          <w:b/>
          <w:bCs/>
        </w:rPr>
        <w:t xml:space="preserve">of the two opposing candidates were engaged in a heated debate.</w:t>
      </w:r>
      <w:r>
        <w:br/>
      </w:r>
      <w:r>
        <w:t xml:space="preserve">    (a) opponents</w:t>
      </w:r>
      <w:r>
        <w:br/>
      </w:r>
      <w:r>
        <w:t xml:space="preserve">    (b) employees</w:t>
      </w:r>
      <w:r>
        <w:br/>
      </w:r>
      <w:r>
        <w:t xml:space="preserve">    (c) supporters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plaintive</w:t>
      </w:r>
      <w:r>
        <w:rPr>
          <w:b/>
          <w:bCs/>
        </w:rPr>
        <w:t xml:space="preserve"> </w:t>
      </w:r>
      <w:r>
        <w:rPr>
          <w:b/>
          <w:bCs/>
        </w:rPr>
        <w:t xml:space="preserve">poem</w:t>
      </w:r>
      <w:r>
        <w:br/>
      </w:r>
      <w:r>
        <w:t xml:space="preserve">    (a) sad</w:t>
      </w:r>
      <w:r>
        <w:br/>
      </w:r>
      <w:r>
        <w:t xml:space="preserve">    (b) dramatic</w:t>
      </w:r>
      <w:r>
        <w:br/>
      </w:r>
      <w:r>
        <w:t xml:space="preserve">    (c) joyful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sudden appearance of dark clouds served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portent</w:t>
      </w:r>
      <w:r>
        <w:rPr>
          <w:b/>
          <w:bCs/>
        </w:rPr>
        <w:t xml:space="preserve"> </w:t>
      </w:r>
      <w:r>
        <w:rPr>
          <w:b/>
          <w:bCs/>
        </w:rPr>
        <w:t xml:space="preserve">of the impending storm.</w:t>
      </w:r>
      <w:r>
        <w:br/>
      </w:r>
      <w:r>
        <w:t xml:space="preserve">    (a) beginning</w:t>
      </w:r>
      <w:r>
        <w:br/>
      </w:r>
      <w:r>
        <w:t xml:space="preserve">    (b) darkness</w:t>
      </w:r>
      <w:r>
        <w:br/>
      </w:r>
      <w:r>
        <w:t xml:space="preserve">    (c) sign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"It takes a village to raise a child," goes the African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proverb</w:t>
      </w:r>
      <w:r>
        <w:rPr>
          <w:b/>
          <w:bCs/>
        </w:rPr>
        <w:t xml:space="preserve">.</w:t>
      </w:r>
      <w:r>
        <w:br/>
      </w:r>
      <w:r>
        <w:t xml:space="preserve">    (a) a portable platform for storing or moving goods that are stacked on it</w:t>
      </w:r>
      <w:r>
        <w:br/>
      </w:r>
      <w:r>
        <w:t xml:space="preserve">    (b) a legislative assembly in certain countries (that can pass laws)</w:t>
      </w:r>
      <w:r>
        <w:br/>
      </w:r>
      <w:r>
        <w:t xml:space="preserve">    (c) a well-known, short saying that is thought to communicate wisdom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flock of seagulls made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raucous</w:t>
      </w:r>
      <w:r>
        <w:rPr>
          <w:b/>
          <w:bCs/>
        </w:rPr>
        <w:t xml:space="preserve"> </w:t>
      </w:r>
      <w:r>
        <w:rPr>
          <w:b/>
          <w:bCs/>
        </w:rPr>
        <w:t xml:space="preserve">noise as they fought over scraps of food.</w:t>
      </w:r>
      <w:r>
        <w:br/>
      </w:r>
      <w:r>
        <w:t xml:space="preserve">    (a) the state of being aware of one's mental activity</w:t>
      </w:r>
      <w:r>
        <w:br/>
      </w:r>
      <w:r>
        <w:t xml:space="preserve">    (b) the quality of being without boundaries or limits</w:t>
      </w:r>
      <w:r>
        <w:br/>
      </w:r>
      <w:r>
        <w:t xml:space="preserve">    (c) loud and disturbing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Although she learned the historical dates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rote</w:t>
      </w:r>
      <w:r>
        <w:rPr>
          <w:b/>
          <w:bCs/>
        </w:rPr>
        <w:t xml:space="preserve">, she couldn’t explain why those events mattered.</w:t>
      </w:r>
      <w:r>
        <w:br/>
      </w:r>
      <w:r>
        <w:t xml:space="preserve">    (a) group discussion</w:t>
      </w:r>
      <w:r>
        <w:br/>
      </w:r>
      <w:r>
        <w:t xml:space="preserve">    (b) memorization by repetition</w:t>
      </w:r>
      <w:r>
        <w:br/>
      </w:r>
      <w:r>
        <w:t xml:space="preserve">    (c) personal reflection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shared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saga</w:t>
      </w:r>
      <w:r>
        <w:rPr>
          <w:b/>
          <w:bCs/>
        </w:rPr>
        <w:t xml:space="preserve"> </w:t>
      </w:r>
      <w:r>
        <w:rPr>
          <w:b/>
          <w:bCs/>
        </w:rPr>
        <w:t xml:space="preserve">of her life.</w:t>
      </w:r>
      <w:r>
        <w:br/>
      </w:r>
      <w:r>
        <w:t xml:space="preserve">    (a) long involved story</w:t>
      </w:r>
      <w:r>
        <w:br/>
      </w:r>
      <w:r>
        <w:t xml:space="preserve">    (b) lessons learned</w:t>
      </w:r>
      <w:r>
        <w:br/>
      </w:r>
      <w:r>
        <w:t xml:space="preserve">    (c) plentiful rewards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2026-07-31T16:54:45Z</dcterms:created>
  <dcterms:modified xsi:type="dcterms:W3CDTF">2026-07-31T16:54:45Z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