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b4754d0c2594bfc803afd95ab514a82ed529d3"/>
    <w:p>
      <w:pPr>
        <w:pStyle w:val="Heading1"/>
      </w:pPr>
      <w:r>
        <w:rPr>
          <w:b/>
          <w:bCs/>
        </w:rPr>
        <w:t xml:space="preserve">The Devil's Arithmetic</w:t>
      </w:r>
      <w:r>
        <w:br/>
      </w:r>
      <w:r>
        <w:rPr>
          <w:i/>
          <w:iCs/>
        </w:rPr>
        <w:t xml:space="preserve">Jane Yolen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know it's Passover," her mother said, sighing, in a voice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low.</w:t>
      </w:r>
      <w:r>
        <w:br/>
      </w:r>
      <w:r>
        <w:t xml:space="preserve">    (a) with distaste</w:t>
      </w:r>
      <w:r>
        <w:br/>
      </w:r>
      <w:r>
        <w:t xml:space="preserve">    (b) unemotionally</w:t>
      </w:r>
      <w:r>
        <w:br/>
      </w:r>
      <w:r>
        <w:t xml:space="preserve">    (c) intentionally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still no one moved, the officer very slowly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removed the pistol from his holster and pointed it at the feet of a man standing near the edge of the crowd.</w:t>
      </w:r>
      <w:r>
        <w:br/>
      </w:r>
      <w:r>
        <w:t xml:space="preserve">    (a) with great care</w:t>
      </w:r>
      <w:r>
        <w:br/>
      </w:r>
      <w:r>
        <w:t xml:space="preserve">    (b) in a manner that does not find fault</w:t>
      </w:r>
      <w:r>
        <w:br/>
      </w:r>
      <w:r>
        <w:t xml:space="preserve">    (c) in a manner that is likely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it was a dream or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 </w:t>
      </w:r>
      <w:r>
        <w:rPr>
          <w:b/>
          <w:bCs/>
        </w:rPr>
        <w:t xml:space="preserve">game, she'd show them all she was a good sport.</w:t>
      </w:r>
      <w:r>
        <w:br/>
      </w:r>
      <w:r>
        <w:t xml:space="preserve">    (a) without gender classification</w:t>
      </w:r>
      <w:r>
        <w:br/>
      </w:r>
      <w:r>
        <w:t xml:space="preserve">    (b) detailed and complicated</w:t>
      </w:r>
      <w:r>
        <w:br/>
      </w:r>
      <w:r>
        <w:t xml:space="preserve">    (c) overly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Shmuel's smile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</w:t>
      </w:r>
      <w:r>
        <w:rPr>
          <w:b/>
          <w:bCs/>
        </w:rPr>
        <w:t xml:space="preserve">.</w:t>
      </w:r>
      <w:r>
        <w:br/>
      </w:r>
      <w:r>
        <w:t xml:space="preserve">    (a) lazy</w:t>
      </w:r>
      <w:r>
        <w:br/>
      </w:r>
      <w:r>
        <w:t xml:space="preserve">    (b) real</w:t>
      </w:r>
      <w:r>
        <w:br/>
      </w:r>
      <w:r>
        <w:t xml:space="preserve">    (c) 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hear Reb Boruch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 </w:t>
      </w:r>
      <w:r>
        <w:rPr>
          <w:b/>
          <w:bCs/>
        </w:rPr>
        <w:t xml:space="preserve">man," Gitl said carefully.</w:t>
      </w:r>
      <w:r>
        <w:br/>
      </w:r>
      <w:r>
        <w:t xml:space="preserve">    (a) very serious</w:t>
      </w:r>
      <w:r>
        <w:br/>
      </w:r>
      <w:r>
        <w:t xml:space="preserve">    (b) indicating approval or agreement</w:t>
      </w:r>
      <w:r>
        <w:br/>
      </w:r>
      <w:r>
        <w:t xml:space="preserve">    (c) able to be taken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"Maybe there's something everyone is afraid of. With you it's getting married. With me it's shots."</w:t>
      </w:r>
      <w:r>
        <w:br/>
      </w:r>
      <w:r>
        <w:rPr>
          <w:b/>
          <w:bCs/>
        </w:rPr>
        <w:t xml:space="preserve">"Shots?"</w:t>
      </w:r>
      <w:r>
        <w:br/>
      </w:r>
      <w:r>
        <w:rPr>
          <w:b/>
          <w:bCs/>
        </w:rPr>
        <w:t xml:space="preserve">"Shots. You know. Needles?" She jabbed her right finger into her left arm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</w:t>
      </w:r>
      <w:r>
        <w:rPr>
          <w:b/>
          <w:bCs/>
        </w:rPr>
        <w:t xml:space="preserve">.</w:t>
      </w:r>
      <w:r>
        <w:br/>
      </w:r>
      <w:r>
        <w:t xml:space="preserve">    (a) draw</w:t>
      </w:r>
      <w:r>
        <w:br/>
      </w:r>
      <w:r>
        <w:t xml:space="preserve">    (b) quit</w:t>
      </w:r>
      <w:r>
        <w:br/>
      </w:r>
      <w:r>
        <w:t xml:space="preserve">    (c) show or exhibit (how something works)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mesmerized</w:t>
      </w:r>
      <w:r>
        <w:rPr>
          <w:b/>
          <w:bCs/>
        </w:rPr>
        <w:t xml:space="preserve"> </w:t>
      </w:r>
      <w:r>
        <w:rPr>
          <w:b/>
          <w:bCs/>
        </w:rPr>
        <w:t xml:space="preserve">them with her tellings.</w:t>
      </w:r>
      <w:r>
        <w:br/>
      </w:r>
      <w:r>
        <w:t xml:space="preserve">    (a) distracted or amused</w:t>
      </w:r>
      <w:r>
        <w:br/>
      </w:r>
      <w:r>
        <w:t xml:space="preserve">    (b) spellbound or enthralled</w:t>
      </w:r>
      <w:r>
        <w:br/>
      </w:r>
      <w:r>
        <w:t xml:space="preserve">    (c) shocked or surprised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dominant</w:t>
      </w:r>
      <w:r>
        <w:rPr>
          <w:b/>
          <w:bCs/>
        </w:rPr>
        <w:t xml:space="preserve"> </w:t>
      </w:r>
      <w:r>
        <w:rPr>
          <w:b/>
          <w:bCs/>
        </w:rPr>
        <w:t xml:space="preserve">color was brown:</w:t>
      </w:r>
      <w:r>
        <w:br/>
      </w:r>
      <w:r>
        <w:t xml:space="preserve">    (a) a solution that is simpler (and often more comprehensive) than most would anticipate</w:t>
      </w:r>
      <w:r>
        <w:br/>
      </w:r>
      <w:r>
        <w:t xml:space="preserve">    (b) the state of not representing or imitating external reality or the objects of nature</w:t>
      </w:r>
      <w:r>
        <w:br/>
      </w:r>
      <w:r>
        <w:t xml:space="preserve">    (c) most conspicuous or influential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lucid</w:t>
      </w:r>
      <w:r>
        <w:rPr>
          <w:b/>
          <w:bCs/>
        </w:rPr>
        <w:t xml:space="preserve">, other times she talks of Rochelles and needles and snakes.</w:t>
      </w:r>
      <w:r>
        <w:br/>
      </w:r>
      <w:r>
        <w:t xml:space="preserve">    (a) cheerful and optimistic; or a tendency to maintain or quickly recover cheerfulness and optimism after setbacks</w:t>
      </w:r>
      <w:r>
        <w:br/>
      </w:r>
      <w:r>
        <w:t xml:space="preserve">    (b) capable of thinking clearly</w:t>
      </w:r>
      <w:r>
        <w:br/>
      </w:r>
      <w:r>
        <w:t xml:space="preserve">    (c) able to be portrayed or created in a particular way  OR  able to be interpreted, translated, or extracted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made a perfect half circle in front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synagogue</w:t>
      </w:r>
      <w:r>
        <w:rPr>
          <w:b/>
          <w:bCs/>
        </w:rPr>
        <w:t xml:space="preserve"> </w:t>
      </w:r>
      <w:r>
        <w:rPr>
          <w:b/>
          <w:bCs/>
        </w:rPr>
        <w:t xml:space="preserve">doors, like a steel trap with gaping jaws ready to be sprung.</w:t>
      </w:r>
      <w:r>
        <w:br/>
      </w:r>
      <w:r>
        <w:t xml:space="preserve">    (a) a place where members of the Jewish faith worship</w:t>
      </w:r>
      <w:r>
        <w:br/>
      </w:r>
      <w:r>
        <w:t xml:space="preserve">    (b) collection of star systems held together by gravity</w:t>
      </w:r>
      <w:r>
        <w:br/>
      </w:r>
      <w:r>
        <w:t xml:space="preserve">    (c) a particular way of seeing or thinking about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murmur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men.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to express agreement -- especially with a statement or proposal to do something</w:t>
      </w:r>
      <w:r>
        <w:br/>
      </w:r>
      <w:r>
        <w:t xml:space="preserve">    (c) to release from slavery or servitude; or (metaphorically) from social restraints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woman, her voice edged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, said, "You heard, you heard, but if they were all dead, how could anyone know for sure?"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a state of excessive, uncontrollable emotion</w:t>
      </w:r>
      <w:r>
        <w:br/>
      </w:r>
      <w:r>
        <w:t xml:space="preserve">    (c) Nazi organization for children aged 10 to 18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proverbs say 'He who harps on a matter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alienates</w:t>
      </w:r>
      <w:r>
        <w:rPr>
          <w:b/>
          <w:bCs/>
        </w:rPr>
        <w:t xml:space="preserve"> </w:t>
      </w:r>
      <w:r>
        <w:rPr>
          <w:b/>
          <w:bCs/>
        </w:rPr>
        <w:t xml:space="preserve">his friend.'</w:t>
      </w:r>
      <w:r>
        <w:br/>
      </w:r>
      <w:r>
        <w:t xml:space="preserve">    (a) takes (power or responsibility)</w:t>
      </w:r>
      <w:r>
        <w:br/>
      </w:r>
      <w:r>
        <w:t xml:space="preserve">    (b) make feel emotionally separated</w:t>
      </w:r>
      <w:r>
        <w:br/>
      </w:r>
      <w:r>
        <w:t xml:space="preserve">    (c) accepts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not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.</w:t>
      </w:r>
      <w:r>
        <w:br/>
      </w:r>
      <w:r>
        <w:t xml:space="preserve">    (a) working against psychosis (any severe mental disorder in which contact with reality is lost or highly distorted)</w:t>
      </w:r>
      <w:r>
        <w:br/>
      </w:r>
      <w:r>
        <w:t xml:space="preserve">    (b) alternative medicine using extremely diluted doses of a substance to treat the same symptoms larger doses cause</w:t>
      </w:r>
      <w:r>
        <w:br/>
      </w:r>
      <w:r>
        <w:t xml:space="preserve">    (c) improperly bold or disrespectful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smokestack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 </w:t>
      </w:r>
      <w:r>
        <w:rPr>
          <w:b/>
          <w:bCs/>
        </w:rPr>
        <w:t xml:space="preserve">black curl emerging from it, dissipating against the bright blue sky,</w:t>
      </w:r>
      <w:r>
        <w:br/>
      </w:r>
      <w:r>
        <w:t xml:space="preserve">    (a) threatening; or suggestive of bad things to come</w:t>
      </w:r>
      <w:r>
        <w:br/>
      </w:r>
      <w:r>
        <w:t xml:space="preserve">    (b) comforting</w:t>
      </w:r>
      <w:r>
        <w:br/>
      </w:r>
      <w:r>
        <w:t xml:space="preserve">    (c) huge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obvious she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recited</w:t>
      </w:r>
      <w:r>
        <w:rPr>
          <w:b/>
          <w:bCs/>
        </w:rPr>
        <w:t xml:space="preserve"> </w:t>
      </w:r>
      <w:r>
        <w:rPr>
          <w:b/>
          <w:bCs/>
        </w:rPr>
        <w:t xml:space="preserve">these same words to each group of newcomers, yet her voice held a sweetness and a patience quite out of keeping with the information she delivered.</w:t>
      </w:r>
      <w:r>
        <w:br/>
      </w:r>
      <w:r>
        <w:t xml:space="preserve">    (a) recommended or required what should be done  OR  (of a medical doctor) gave medical instructions -- such as writing that a patient should take antibiotics</w:t>
      </w:r>
      <w:r>
        <w:br/>
      </w:r>
      <w:r>
        <w:t xml:space="preserve">    (b) said aloud</w:t>
      </w:r>
      <w:r>
        <w:br/>
      </w:r>
      <w:r>
        <w:t xml:space="preserve">    (c) injured the ligaments of a joint by stretching them too far (ligaments are the tough, fibrous bands that connect bones across joints)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meal, the zugangi were lined up again in what seemed to Hannah to be a totally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arbitrary</w:t>
      </w:r>
      <w:r>
        <w:rPr>
          <w:b/>
          <w:bCs/>
        </w:rPr>
        <w:t xml:space="preserve"> </w:t>
      </w:r>
      <w:r>
        <w:rPr>
          <w:b/>
          <w:bCs/>
        </w:rPr>
        <w:t xml:space="preserve">order, orchestrated by the same three-fingered woman.</w:t>
      </w:r>
      <w:r>
        <w:br/>
      </w:r>
      <w:r>
        <w:t xml:space="preserve">    (a) able to meet and talk with</w:t>
      </w:r>
      <w:r>
        <w:br/>
      </w:r>
      <w:r>
        <w:t xml:space="preserve">    (b) the quality of disagreeing</w:t>
      </w:r>
      <w:r>
        <w:br/>
      </w:r>
      <w:r>
        <w:t xml:space="preserve">    (c) based on chance or impulse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wondered if Gitl would know what it was,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ask her.</w:t>
      </w:r>
      <w:r>
        <w:br/>
      </w:r>
      <w:r>
        <w:t xml:space="preserve">    (a) changed</w:t>
      </w:r>
      <w:r>
        <w:br/>
      </w:r>
      <w:r>
        <w:t xml:space="preserve">    (b) definitely decided</w:t>
      </w:r>
      <w:r>
        <w:br/>
      </w:r>
      <w:r>
        <w:t xml:space="preserve">    (c)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you must learn them," Rivka said.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name was Wolfe. Wolfe!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irony</w:t>
      </w:r>
      <w:r>
        <w:rPr>
          <w:b/>
          <w:bCs/>
        </w:rPr>
        <w:t xml:space="preserve"> </w:t>
      </w:r>
      <w:r>
        <w:rPr>
          <w:b/>
          <w:bCs/>
        </w:rPr>
        <w:t xml:space="preserve">of it was that he was as gentle as a lamb.</w:t>
      </w:r>
      <w:r>
        <w:br/>
      </w:r>
      <w:r>
        <w:t xml:space="preserve">    (a) when things are together that seem like they don't belong together</w:t>
      </w:r>
      <w:r>
        <w:br/>
      </w:r>
      <w:r>
        <w:t xml:space="preserve">    (b) someone who believe behavior should be guided by high ideals or standards -- often with the implication that the person is unrealistic</w:t>
      </w:r>
      <w:r>
        <w:br/>
      </w:r>
      <w:r>
        <w:t xml:space="preserve">    (c) lymph node -- one of many bean-sized organs that filter bacteria and other toxins from circulating white-blood-cell filled lymph fluid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2026-05-20T03:31:22Z</dcterms:created>
  <dcterms:modified xsi:type="dcterms:W3CDTF">2026-05-20T03:31:22Z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