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4972922b4683461b94ab3549d6c159a6998c1e"/>
    <w:p>
      <w:pPr>
        <w:pStyle w:val="Heading1"/>
      </w:pPr>
      <w:r>
        <w:rPr>
          <w:b/>
          <w:bCs/>
        </w:rPr>
        <w:t xml:space="preserve">The Demolished Man</w:t>
      </w:r>
      <w:r>
        <w:br/>
      </w:r>
      <w:r>
        <w:rPr>
          <w:i/>
          <w:iCs/>
        </w:rPr>
        <w:t xml:space="preserve">Alfred Bester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dictator's first move was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abolish</w:t>
      </w:r>
      <w:r>
        <w:rPr>
          <w:b/>
          <w:bCs/>
        </w:rPr>
        <w:t xml:space="preserve"> </w:t>
      </w:r>
      <w:r>
        <w:rPr>
          <w:b/>
          <w:bCs/>
        </w:rPr>
        <w:t xml:space="preserve">free speech and a free press.</w:t>
      </w:r>
      <w:r>
        <w:br/>
      </w:r>
      <w:r>
        <w:t xml:space="preserve">    (a) eliminate</w:t>
      </w:r>
      <w:r>
        <w:br/>
      </w:r>
      <w:r>
        <w:t xml:space="preserve">    (b) restore</w:t>
      </w:r>
      <w:r>
        <w:br/>
      </w:r>
      <w:r>
        <w:t xml:space="preserve">    (c) encourage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shared an intimate dinner in one of the restaurant's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alcoves</w:t>
      </w:r>
      <w:r>
        <w:rPr>
          <w:b/>
          <w:bCs/>
        </w:rPr>
        <w:t xml:space="preserve">.</w:t>
      </w:r>
      <w:r>
        <w:br/>
      </w:r>
      <w:r>
        <w:t xml:space="preserve">    (a) spacious rooms</w:t>
      </w:r>
      <w:r>
        <w:br/>
      </w:r>
      <w:r>
        <w:t xml:space="preserve">    (b) outdoor patios</w:t>
      </w:r>
      <w:r>
        <w:br/>
      </w:r>
      <w:r>
        <w:t xml:space="preserve">    (c) recessed or secluded spaces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kept me waiting an hour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anteroom</w:t>
      </w:r>
      <w:r>
        <w:rPr>
          <w:b/>
          <w:bCs/>
        </w:rPr>
        <w:t xml:space="preserve"> </w:t>
      </w:r>
      <w:r>
        <w:rPr>
          <w:b/>
          <w:bCs/>
        </w:rPr>
        <w:t xml:space="preserve">for my long-scheduled ten-minute appointment.</w:t>
      </w:r>
      <w:r>
        <w:br/>
      </w:r>
      <w:r>
        <w:t xml:space="preserve">    (a) a house or shelter in which someone lives</w:t>
      </w:r>
      <w:r>
        <w:br/>
      </w:r>
      <w:r>
        <w:t xml:space="preserve">    (b) the residence of a religious community</w:t>
      </w:r>
      <w:r>
        <w:br/>
      </w:r>
      <w:r>
        <w:t xml:space="preserve">    (c) a room leading to a larger or more important room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looked forward to meeting his parents, but not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apprehension</w:t>
      </w:r>
      <w:r>
        <w:rPr>
          <w:b/>
          <w:bCs/>
        </w:rPr>
        <w:t xml:space="preserve">.</w:t>
      </w:r>
      <w:r>
        <w:br/>
      </w:r>
      <w:r>
        <w:t xml:space="preserve">    (a) preparation</w:t>
      </w:r>
      <w:r>
        <w:br/>
      </w:r>
      <w:r>
        <w:t xml:space="preserve">    (b) excitement</w:t>
      </w:r>
      <w:r>
        <w:br/>
      </w:r>
      <w:r>
        <w:t xml:space="preserve">    (c) nervousness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audacious</w:t>
      </w:r>
      <w:r>
        <w:rPr>
          <w:b/>
          <w:bCs/>
        </w:rPr>
        <w:t xml:space="preserve"> </w:t>
      </w:r>
      <w:r>
        <w:rPr>
          <w:b/>
          <w:bCs/>
        </w:rPr>
        <w:t xml:space="preserve">plan.</w:t>
      </w:r>
      <w:r>
        <w:br/>
      </w:r>
      <w:r>
        <w:t xml:space="preserve">    (a) likely to succeed</w:t>
      </w:r>
      <w:r>
        <w:br/>
      </w:r>
      <w:r>
        <w:t xml:space="preserve">    (b) improperly considered</w:t>
      </w:r>
      <w:r>
        <w:br/>
      </w:r>
      <w:r>
        <w:t xml:space="preserve">    (c) bold and daring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These rules are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bastion</w:t>
      </w:r>
      <w:r>
        <w:rPr>
          <w:b/>
          <w:bCs/>
        </w:rPr>
        <w:t xml:space="preserve"> </w:t>
      </w:r>
      <w:r>
        <w:rPr>
          <w:b/>
          <w:bCs/>
        </w:rPr>
        <w:t xml:space="preserve">against corruption.</w:t>
      </w:r>
      <w:r>
        <w:br/>
      </w:r>
      <w:r>
        <w:t xml:space="preserve">    (a) weak spot</w:t>
      </w:r>
      <w:r>
        <w:br/>
      </w:r>
      <w:r>
        <w:t xml:space="preserve">    (b) defensive fortification</w:t>
      </w:r>
      <w:r>
        <w:br/>
      </w:r>
      <w:r>
        <w:t xml:space="preserve">    (c) prime example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movie portrayed the villain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caricature</w:t>
      </w:r>
      <w:r>
        <w:rPr>
          <w:b/>
          <w:bCs/>
        </w:rPr>
        <w:t xml:space="preserve">, lacking depth and complexity.</w:t>
      </w:r>
      <w:r>
        <w:br/>
      </w:r>
      <w:r>
        <w:t xml:space="preserve">    (a) complex human being</w:t>
      </w:r>
      <w:r>
        <w:br/>
      </w:r>
      <w:r>
        <w:t xml:space="preserve">    (b) silly clown</w:t>
      </w:r>
      <w:r>
        <w:br/>
      </w:r>
      <w:r>
        <w:t xml:space="preserve">    (c) exaggerated representation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bomb was planted under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dais</w:t>
      </w:r>
      <w:r>
        <w:rPr>
          <w:b/>
          <w:bCs/>
        </w:rPr>
        <w:t xml:space="preserve">.</w:t>
      </w:r>
      <w:r>
        <w:br/>
      </w:r>
      <w:r>
        <w:t xml:space="preserve">    (a) large truck</w:t>
      </w:r>
      <w:r>
        <w:br/>
      </w:r>
      <w:r>
        <w:t xml:space="preserve">    (b) park bench</w:t>
      </w:r>
      <w:r>
        <w:br/>
      </w:r>
      <w:r>
        <w:t xml:space="preserve">    (c) raised platform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Supreme Court was unanimous except for one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dissenting</w:t>
      </w:r>
      <w:r>
        <w:rPr>
          <w:b/>
          <w:bCs/>
        </w:rPr>
        <w:t xml:space="preserve"> </w:t>
      </w:r>
      <w:r>
        <w:rPr>
          <w:b/>
          <w:bCs/>
        </w:rPr>
        <w:t xml:space="preserve">opinion.</w:t>
      </w:r>
      <w:r>
        <w:br/>
      </w:r>
      <w:r>
        <w:t xml:space="preserve">    (a) supporting</w:t>
      </w:r>
      <w:r>
        <w:br/>
      </w:r>
      <w:r>
        <w:t xml:space="preserve">    (b) disagreeing</w:t>
      </w:r>
      <w:r>
        <w:br/>
      </w:r>
      <w:r>
        <w:t xml:space="preserve">    (c) withheld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funhouse mirror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distorted</w:t>
      </w:r>
      <w:r>
        <w:rPr>
          <w:b/>
          <w:bCs/>
        </w:rPr>
        <w:t xml:space="preserve"> </w:t>
      </w:r>
      <w:r>
        <w:rPr>
          <w:b/>
          <w:bCs/>
        </w:rPr>
        <w:t xml:space="preserve">her reflection, making her head look huge.</w:t>
      </w:r>
      <w:r>
        <w:br/>
      </w:r>
      <w:r>
        <w:t xml:space="preserve">    (a) reflected</w:t>
      </w:r>
      <w:r>
        <w:br/>
      </w:r>
      <w:r>
        <w:t xml:space="preserve">    (b) improved</w:t>
      </w:r>
      <w:r>
        <w:br/>
      </w:r>
      <w:r>
        <w:t xml:space="preserve">    (c) altered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plant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emits</w:t>
      </w:r>
      <w:r>
        <w:rPr>
          <w:b/>
          <w:bCs/>
        </w:rPr>
        <w:t xml:space="preserve"> </w:t>
      </w:r>
      <w:r>
        <w:rPr>
          <w:b/>
          <w:bCs/>
        </w:rPr>
        <w:t xml:space="preserve">a noxious odor.</w:t>
      </w:r>
      <w:r>
        <w:br/>
      </w:r>
      <w:r>
        <w:t xml:space="preserve">    (a) hates or detests</w:t>
      </w:r>
      <w:r>
        <w:br/>
      </w:r>
      <w:r>
        <w:t xml:space="preserve">    (b) produces (sends out)</w:t>
      </w:r>
      <w:r>
        <w:br/>
      </w:r>
      <w:r>
        <w:t xml:space="preserve">    (c) questions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latent</w:t>
      </w:r>
      <w:r>
        <w:rPr>
          <w:b/>
          <w:bCs/>
        </w:rPr>
        <w:t xml:space="preserve"> </w:t>
      </w:r>
      <w:r>
        <w:rPr>
          <w:b/>
          <w:bCs/>
        </w:rPr>
        <w:t xml:space="preserve">HPV infection reactivated when her immune system weakened with age.</w:t>
      </w:r>
      <w:r>
        <w:br/>
      </w:r>
      <w:r>
        <w:t xml:space="preserve">    (a) inactive</w:t>
      </w:r>
      <w:r>
        <w:br/>
      </w:r>
      <w:r>
        <w:t xml:space="preserve">    (b) common</w:t>
      </w:r>
      <w:r>
        <w:br/>
      </w:r>
      <w:r>
        <w:t xml:space="preserve">    (c) severe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were lots of rumors, but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objective</w:t>
      </w:r>
      <w:r>
        <w:rPr>
          <w:b/>
          <w:bCs/>
        </w:rPr>
        <w:t xml:space="preserve"> </w:t>
      </w:r>
      <w:r>
        <w:rPr>
          <w:b/>
          <w:bCs/>
        </w:rPr>
        <w:t xml:space="preserve">evidence.</w:t>
      </w:r>
      <w:r>
        <w:br/>
      </w:r>
      <w:r>
        <w:t xml:space="preserve">    (a) done by an expert</w:t>
      </w:r>
      <w:r>
        <w:br/>
      </w:r>
      <w:r>
        <w:t xml:space="preserve">    (b) important</w:t>
      </w:r>
      <w:r>
        <w:br/>
      </w:r>
      <w:r>
        <w:t xml:space="preserve">    (c) fact-based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pawn shop</w:t>
      </w:r>
      <w:r>
        <w:rPr>
          <w:b/>
          <w:bCs/>
        </w:rPr>
        <w:t xml:space="preserve"> </w:t>
      </w:r>
      <w:r>
        <w:rPr>
          <w:b/>
          <w:bCs/>
        </w:rPr>
        <w:t xml:space="preserve">wanted to charge too much interest.</w:t>
      </w:r>
      <w:r>
        <w:br/>
      </w:r>
      <w:r>
        <w:t xml:space="preserve">    (a) a lender that does all business over the internet</w:t>
      </w:r>
      <w:r>
        <w:br/>
      </w:r>
      <w:r>
        <w:t xml:space="preserve">    (b) a lender that holds personal property as collateral</w:t>
      </w:r>
      <w:r>
        <w:br/>
      </w:r>
      <w:r>
        <w:t xml:space="preserve">    (c) a shop that sells household goods via monthly payments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plaintive</w:t>
      </w:r>
      <w:r>
        <w:rPr>
          <w:b/>
          <w:bCs/>
        </w:rPr>
        <w:t xml:space="preserve"> </w:t>
      </w:r>
      <w:r>
        <w:rPr>
          <w:b/>
          <w:bCs/>
        </w:rPr>
        <w:t xml:space="preserve">poem</w:t>
      </w:r>
      <w:r>
        <w:br/>
      </w:r>
      <w:r>
        <w:t xml:space="preserve">    (a) joyful</w:t>
      </w:r>
      <w:r>
        <w:br/>
      </w:r>
      <w:r>
        <w:t xml:space="preserve">    (b) dramatic</w:t>
      </w:r>
      <w:r>
        <w:br/>
      </w:r>
      <w:r>
        <w:t xml:space="preserve">    (c) sad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Workers use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pneumatic</w:t>
      </w:r>
      <w:r>
        <w:rPr>
          <w:b/>
          <w:bCs/>
        </w:rPr>
        <w:t xml:space="preserve"> </w:t>
      </w:r>
      <w:r>
        <w:rPr>
          <w:b/>
          <w:bCs/>
        </w:rPr>
        <w:t xml:space="preserve">drills to break up the concrete sidewalk.</w:t>
      </w:r>
      <w:r>
        <w:br/>
      </w:r>
      <w:r>
        <w:t xml:space="preserve">    (a) air-powered</w:t>
      </w:r>
      <w:r>
        <w:br/>
      </w:r>
      <w:r>
        <w:t xml:space="preserve">    (b) water-cooled</w:t>
      </w:r>
      <w:r>
        <w:br/>
      </w:r>
      <w:r>
        <w:t xml:space="preserve">    (c) battery-operated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the episode, he became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psychotic</w:t>
      </w:r>
      <w:r>
        <w:rPr>
          <w:b/>
          <w:bCs/>
        </w:rPr>
        <w:t xml:space="preserve"> </w:t>
      </w:r>
      <w:r>
        <w:rPr>
          <w:b/>
          <w:bCs/>
        </w:rPr>
        <w:t xml:space="preserve">and could not tell what was real.</w:t>
      </w:r>
      <w:r>
        <w:br/>
      </w:r>
      <w:r>
        <w:t xml:space="preserve">    (a) angry without reason</w:t>
      </w:r>
      <w:r>
        <w:br/>
      </w:r>
      <w:r>
        <w:t xml:space="preserve">    (b) unusually anxious</w:t>
      </w:r>
      <w:r>
        <w:br/>
      </w:r>
      <w:r>
        <w:t xml:space="preserve">    (c) detached from reality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Earth is one of several planets in 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solar system</w:t>
      </w:r>
      <w:r>
        <w:rPr>
          <w:b/>
          <w:bCs/>
        </w:rPr>
        <w:t xml:space="preserve">.</w:t>
      </w:r>
      <w:r>
        <w:br/>
      </w:r>
      <w:r>
        <w:t xml:space="preserve">    (a) star and its orbiting bodies</w:t>
      </w:r>
      <w:r>
        <w:br/>
      </w:r>
      <w:r>
        <w:t xml:space="preserve">    (b) one planet's weather</w:t>
      </w:r>
      <w:r>
        <w:br/>
      </w:r>
      <w:r>
        <w:t xml:space="preserve">    (c) a single galaxy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Scammers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swindle</w:t>
      </w:r>
      <w:r>
        <w:rPr>
          <w:b/>
          <w:bCs/>
        </w:rPr>
        <w:t xml:space="preserve"> </w:t>
      </w:r>
      <w:r>
        <w:rPr>
          <w:b/>
          <w:bCs/>
        </w:rPr>
        <w:t xml:space="preserve">people through fake phone calls.</w:t>
      </w:r>
      <w:r>
        <w:br/>
      </w:r>
      <w:r>
        <w:t xml:space="preserve">    (a) pay back fully</w:t>
      </w:r>
      <w:r>
        <w:br/>
      </w:r>
      <w:r>
        <w:t xml:space="preserve">    (b) warn or protect</w:t>
      </w:r>
      <w:r>
        <w:br/>
      </w:r>
      <w:r>
        <w:t xml:space="preserve">    (c) cheat or defraud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Though popular in fiction,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telepathy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exist in the real world.</w:t>
      </w:r>
      <w:r>
        <w:br/>
      </w:r>
      <w:r>
        <w:t xml:space="preserve">    (a) unsophisticated (meant disapprovingly to refer to old-fashioned or narrow-minded attitudes and ideas)</w:t>
      </w:r>
      <w:r>
        <w:br/>
      </w:r>
      <w:r>
        <w:t xml:space="preserve">    (b) communication from one mind to another without using the known senses</w:t>
      </w:r>
      <w:r>
        <w:br/>
      </w:r>
      <w:r>
        <w:t xml:space="preserve">    (c) improperly bold or disrespectful -- especially toward someone who is older or considered to be of higher status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2026-07-31T16:29:05Z</dcterms:created>
  <dcterms:modified xsi:type="dcterms:W3CDTF">2026-07-31T16:29:05Z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