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175a10703a7cea9d7abe0bc7e1e48a059b011b"/>
    <w:p>
      <w:pPr>
        <w:pStyle w:val="Heading1"/>
      </w:pPr>
      <w:r>
        <w:rPr>
          <w:b/>
          <w:bCs/>
        </w:rPr>
        <w:t xml:space="preserve">The Demolished Man</w:t>
      </w:r>
      <w:r>
        <w:br/>
      </w:r>
      <w:r>
        <w:rPr>
          <w:i/>
          <w:iCs/>
        </w:rPr>
        <w:t xml:space="preserve">Alfred Bester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put on a gown and glanced at the clock, unaware that he was noting the time panorama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solar system</w:t>
      </w:r>
      <w:r>
        <w:rPr>
          <w:b/>
          <w:bCs/>
        </w:rPr>
        <w:t xml:space="preserve"> </w:t>
      </w:r>
      <w:r>
        <w:rPr>
          <w:b/>
          <w:bCs/>
        </w:rPr>
        <w:t xml:space="preserve">with an unconscious skill that would have baffled his ancestors.</w:t>
      </w:r>
      <w:r>
        <w:br/>
      </w:r>
      <w:r>
        <w:t xml:space="preserve">    (a) the area that includes the sun (or any star) and everything that revolves around it</w:t>
      </w:r>
      <w:r>
        <w:br/>
      </w:r>
      <w:r>
        <w:t xml:space="preserve">    (b) relating to the south Asian Muslim republic that is the fifth most populous country</w:t>
      </w:r>
      <w:r>
        <w:br/>
      </w:r>
      <w:r>
        <w:t xml:space="preserve">    (c) connected by blood or marriage; or a  plant or animal related by origin or grouping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 that Reich's secretary had sent an advance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telepathic</w:t>
      </w:r>
      <w:r>
        <w:rPr>
          <w:b/>
          <w:bCs/>
        </w:rPr>
        <w:t xml:space="preserve"> </w:t>
      </w:r>
      <w:r>
        <w:rPr>
          <w:b/>
          <w:bCs/>
        </w:rPr>
        <w:t xml:space="preserve">announcement of the visit made no difference to him.</w:t>
      </w:r>
      <w:r>
        <w:br/>
      </w:r>
      <w:r>
        <w:t xml:space="preserve">    (a) (adjective) of low quality, or of lower quality or rank than something else  OR  (more rarely as a noun) a person of lower rank or status</w:t>
      </w:r>
      <w:r>
        <w:br/>
      </w:r>
      <w:r>
        <w:t xml:space="preserve">    (b) communication from one mind to another without using the known senses (often used in fiction but not scientifically supported as real)</w:t>
      </w:r>
      <w:r>
        <w:br/>
      </w:r>
      <w:r>
        <w:t xml:space="preserve">    (c) related to an economic system based on voluntary exchange in a competitive environment with private ownership of property and businesses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"Esper evidence isn't admitted in court."</w:t>
      </w:r>
      <w:r>
        <w:br/>
      </w:r>
      <w:r>
        <w:rPr>
          <w:b/>
          <w:bCs/>
        </w:rPr>
        <w:t xml:space="preserve">"True, but once an Esper discovers guilt he can always uncover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objective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support his peeping."</w:t>
      </w:r>
      <w:r>
        <w:br/>
      </w:r>
      <w:r>
        <w:t xml:space="preserve">    (a) relating to a surface rather than to anything deep or penetrating</w:t>
      </w:r>
      <w:r>
        <w:br/>
      </w:r>
      <w:r>
        <w:t xml:space="preserve">    (b) fact-based and not influenced by personal feelings or preferences</w:t>
      </w:r>
      <w:r>
        <w:br/>
      </w:r>
      <w:r>
        <w:t xml:space="preserve">    (c) related to the spreading of a disease to another part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Lincoln Powell, the Prefect of the Police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Psychotic</w:t>
      </w:r>
      <w:r>
        <w:rPr>
          <w:b/>
          <w:bCs/>
        </w:rPr>
        <w:t xml:space="preserve"> </w:t>
      </w:r>
      <w:r>
        <w:rPr>
          <w:b/>
          <w:bCs/>
        </w:rPr>
        <w:t xml:space="preserve">Division, is deadly.</w:t>
      </w:r>
      <w:r>
        <w:br/>
      </w:r>
      <w:r>
        <w:t xml:space="preserve">    (a) inability to think clearly; or an instance of not thinking clearly; or describing parts as not fitting together in a consistent or pleasing manner</w:t>
      </w:r>
      <w:r>
        <w:br/>
      </w:r>
      <w:r>
        <w:t xml:space="preserve">    (b) group of people responsible for determining if early release from prison is permitted and if so, what conditions should be required of the prisoner</w:t>
      </w:r>
      <w:r>
        <w:br/>
      </w:r>
      <w:r>
        <w:t xml:space="preserve">    (c) related to psychosis or someone who suffers from a psychosis (any severe mental disorder in which contact with reality is lost or highly distorted)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 song-writer down on Melody Lane I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into helping me.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tricking or cheating someone -- usually to get money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in the kitchen, checking over the refreshment-dials in preparation for the party, whistling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plaintive</w:t>
      </w:r>
      <w:r>
        <w:rPr>
          <w:b/>
          <w:bCs/>
        </w:rPr>
        <w:t xml:space="preserve">, crooked tune.</w:t>
      </w:r>
      <w:r>
        <w:br/>
      </w:r>
      <w:r>
        <w:t xml:space="preserve">    (a) real</w:t>
      </w:r>
      <w:r>
        <w:br/>
      </w:r>
      <w:r>
        <w:t xml:space="preserve">    (b) sad</w:t>
      </w:r>
      <w:r>
        <w:br/>
      </w:r>
      <w:r>
        <w:t xml:space="preserve">    (c)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planned all through Monday,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audaciously</w:t>
      </w:r>
      <w:r>
        <w:rPr>
          <w:b/>
          <w:bCs/>
        </w:rPr>
        <w:t xml:space="preserve">, bravely, with confidence.</w:t>
      </w:r>
      <w:r>
        <w:br/>
      </w:r>
      <w:r>
        <w:t xml:space="preserve">    (a) in a manner that changes</w:t>
      </w:r>
      <w:r>
        <w:br/>
      </w:r>
      <w:r>
        <w:t xml:space="preserve">    (b) with boldness and daring</w:t>
      </w:r>
      <w:r>
        <w:br/>
      </w:r>
      <w:r>
        <w:t xml:space="preserve">    (c) in an understated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Tension,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apprehension</w:t>
      </w:r>
      <w:r>
        <w:rPr>
          <w:b/>
          <w:bCs/>
        </w:rPr>
        <w:t xml:space="preserve">, and dissension have begun.</w:t>
      </w:r>
      <w:r>
        <w:br/>
      </w:r>
      <w:r>
        <w:t xml:space="preserve">    (a) worry or concern about what will happen</w:t>
      </w:r>
      <w:r>
        <w:br/>
      </w:r>
      <w:r>
        <w:t xml:space="preserve">    (b) able to generate electricity from light</w:t>
      </w:r>
      <w:r>
        <w:br/>
      </w:r>
      <w:r>
        <w:t xml:space="preserve">    (c) vaccination (to protect from a disease)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Tension, apprehension,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dissension</w:t>
      </w:r>
      <w:r>
        <w:rPr>
          <w:b/>
          <w:bCs/>
        </w:rPr>
        <w:t xml:space="preserve"> </w:t>
      </w:r>
      <w:r>
        <w:rPr>
          <w:b/>
          <w:bCs/>
        </w:rPr>
        <w:t xml:space="preserve">have begun.</w:t>
      </w:r>
      <w:r>
        <w:br/>
      </w:r>
      <w:r>
        <w:t xml:space="preserve">    (a) social event or ceremony</w:t>
      </w:r>
      <w:r>
        <w:br/>
      </w:r>
      <w:r>
        <w:t xml:space="preserve">    (b) a positively charged ion</w:t>
      </w:r>
      <w:r>
        <w:br/>
      </w:r>
      <w:r>
        <w:t xml:space="preserve">    (c) disagreement or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embraced him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pneumatic</w:t>
      </w:r>
      <w:r>
        <w:rPr>
          <w:b/>
          <w:bCs/>
        </w:rPr>
        <w:t xml:space="preserve"> </w:t>
      </w:r>
      <w:r>
        <w:rPr>
          <w:b/>
          <w:bCs/>
        </w:rPr>
        <w:t xml:space="preserve">intensity, contriving to press his hand into her cleavage.</w:t>
      </w:r>
      <w:r>
        <w:br/>
      </w:r>
      <w:r>
        <w:t xml:space="preserve">    (a) the degree to which something can be solved or settled</w:t>
      </w:r>
      <w:r>
        <w:br/>
      </w:r>
      <w:r>
        <w:t xml:space="preserve">    (b) not capable of being suffered through (or put up with)</w:t>
      </w:r>
      <w:r>
        <w:br/>
      </w:r>
      <w:r>
        <w:t xml:space="preserve">    (c) of or relating to or using air (or gas) under pressure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shaped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distorted</w:t>
      </w:r>
      <w:r>
        <w:rPr>
          <w:b/>
          <w:bCs/>
        </w:rPr>
        <w:t xml:space="preserve"> </w:t>
      </w:r>
      <w:r>
        <w:rPr>
          <w:b/>
          <w:bCs/>
        </w:rPr>
        <w:t xml:space="preserve">face into a frozen smile and rejoined his hostess on a couch alongside one of the tables.</w:t>
      </w:r>
      <w:r>
        <w:br/>
      </w:r>
      <w:r>
        <w:t xml:space="preserve">    (a) altered in an unnatural or untrue way</w:t>
      </w:r>
      <w:r>
        <w:br/>
      </w:r>
      <w:r>
        <w:t xml:space="preserve">    (b) genetically changed through evolution</w:t>
      </w:r>
      <w:r>
        <w:br/>
      </w:r>
      <w:r>
        <w:t xml:space="preserve">    (c) said (or make a sound) with the voice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 a flight of steps to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.</w:t>
      </w:r>
      <w:r>
        <w:br/>
      </w:r>
      <w:r>
        <w:t xml:space="preserve">    (a) island (that is made of a coral reef)</w:t>
      </w:r>
      <w:r>
        <w:br/>
      </w:r>
      <w:r>
        <w:t xml:space="preserve">    (b) dense, rainy forest with many species</w:t>
      </w:r>
      <w:r>
        <w:br/>
      </w:r>
      <w:r>
        <w:t xml:space="preserve">    (c) a room leading to a larger or more important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Flushed and shining with perspiration, standing in the glare of a pink light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dais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two fountains, Maria clapped her hands for silence.</w:t>
      </w:r>
      <w:r>
        <w:br/>
      </w:r>
      <w:r>
        <w:t xml:space="preserve">    (a) raised platform</w:t>
      </w:r>
      <w:r>
        <w:br/>
      </w:r>
      <w:r>
        <w:t xml:space="preserve">    (b) in disagreement</w:t>
      </w:r>
      <w:r>
        <w:br/>
      </w:r>
      <w:r>
        <w:t xml:space="preserve">    (c) dramatic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faces were sagging, their vision destroyed, their time sense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abolished</w:t>
      </w:r>
      <w:r>
        <w:rPr>
          <w:b/>
          <w:bCs/>
        </w:rPr>
        <w:t xml:space="preserve">.</w:t>
      </w:r>
      <w:r>
        <w:br/>
      </w:r>
      <w:r>
        <w:t xml:space="preserve">    (a) translated</w:t>
      </w:r>
      <w:r>
        <w:br/>
      </w:r>
      <w:r>
        <w:t xml:space="preserve">    (b) subtracted</w:t>
      </w:r>
      <w:r>
        <w:br/>
      </w:r>
      <w:r>
        <w:t xml:space="preserve">    (c) eliminated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emitted</w:t>
      </w:r>
      <w:r>
        <w:rPr>
          <w:b/>
          <w:bCs/>
        </w:rPr>
        <w:t xml:space="preserve"> </w:t>
      </w:r>
      <w:r>
        <w:rPr>
          <w:b/>
          <w:bCs/>
        </w:rPr>
        <w:t xml:space="preserve">a hysterical sob.</w:t>
      </w:r>
      <w:r>
        <w:br/>
      </w:r>
      <w:r>
        <w:t xml:space="preserve">    (a) restored</w:t>
      </w:r>
      <w:r>
        <w:br/>
      </w:r>
      <w:r>
        <w:t xml:space="preserve">    (b) not said</w:t>
      </w:r>
      <w:r>
        <w:br/>
      </w:r>
      <w:r>
        <w:t xml:space="preserve">    (c) sent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too long a time, the image of Jerry Church appeared against a background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pawnshop</w:t>
      </w:r>
      <w:r>
        <w:rPr>
          <w:b/>
          <w:bCs/>
        </w:rPr>
        <w:t xml:space="preserve"> </w:t>
      </w:r>
      <w:r>
        <w:rPr>
          <w:b/>
          <w:bCs/>
        </w:rPr>
        <w:t xml:space="preserve">debris.</w:t>
      </w:r>
      <w:r>
        <w:br/>
      </w:r>
      <w:r>
        <w:t xml:space="preserve">    (a) a substance that stimulates the production of antibodies to protect against a disease</w:t>
      </w:r>
      <w:r>
        <w:br/>
      </w:r>
      <w:r>
        <w:t xml:space="preserve">    (b) a shop that offers loans to individuals who use their personal property as collateral</w:t>
      </w:r>
      <w:r>
        <w:br/>
      </w:r>
      <w:r>
        <w:t xml:space="preserve">    (c) the amount of money paid as earnings for each share of stock (usually paid quarterly)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Espers turned up infrequently.</w:t>
      </w:r>
      <w:r>
        <w:br/>
      </w:r>
      <w:r>
        <w:t xml:space="preserve">    (a) potentially existing but not presently evident or active</w:t>
      </w:r>
      <w:r>
        <w:br/>
      </w:r>
      <w:r>
        <w:t xml:space="preserve">    (b) relating to logical examination to improve understanding</w:t>
      </w:r>
      <w:r>
        <w:br/>
      </w:r>
      <w:r>
        <w:t xml:space="preserve">    (c) the characteristic of tending to think back about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—— 9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Bastion</w:t>
      </w:r>
      <w:r>
        <w:rPr>
          <w:b/>
          <w:bCs/>
        </w:rPr>
        <w:t xml:space="preserve"> </w:t>
      </w:r>
      <w:r>
        <w:rPr>
          <w:b/>
          <w:bCs/>
        </w:rPr>
        <w:t xml:space="preserve">West Side, famous last bulwark in the Siege of New York, was dedicated as a war memorial.</w:t>
      </w:r>
      <w:r>
        <w:br/>
      </w:r>
      <w:r>
        <w:t xml:space="preserve">    (a) a living organism such as a bacterium, or virus that is so small, it can be seen only with a microscope</w:t>
      </w:r>
      <w:r>
        <w:br/>
      </w:r>
      <w:r>
        <w:t xml:space="preserve">    (b) a strong defender or reliable example of something -- like a fortress or a person upholding a principle</w:t>
      </w:r>
      <w:r>
        <w:br/>
      </w:r>
      <w:r>
        <w:t xml:space="preserve">    (c) someone who specializes in a branch of psychology concerned with the links between biology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Powell loped down a hall toward the v-phone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alcove</w:t>
      </w:r>
      <w:r>
        <w:rPr>
          <w:b/>
          <w:bCs/>
        </w:rPr>
        <w:t xml:space="preserve">.</w:t>
      </w:r>
      <w:r>
        <w:br/>
      </w:r>
      <w:r>
        <w:t xml:space="preserve">    (a) a room leading to a larger or more important room</w:t>
      </w:r>
      <w:r>
        <w:br/>
      </w:r>
      <w:r>
        <w:t xml:space="preserve">    (b) extensive plain without trees (associated with eastern Russia and Siberia)</w:t>
      </w:r>
      <w:r>
        <w:br/>
      </w:r>
      <w:r>
        <w:t xml:space="preserve">    (c) a recessed or secluded space -- such as in a room or garden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image of Barbara D'Courtney appeared, now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caricature</w:t>
      </w:r>
      <w:r>
        <w:rPr>
          <w:b/>
          <w:bCs/>
        </w:rPr>
        <w:t xml:space="preserve"> </w:t>
      </w:r>
      <w:r>
        <w:rPr>
          <w:b/>
          <w:bCs/>
        </w:rPr>
        <w:t xml:space="preserve">of the sexual siren.</w:t>
      </w:r>
      <w:r>
        <w:br/>
      </w:r>
      <w:r>
        <w:t xml:space="preserve">    (a) (noun) something that is lighter and draws attention -- such as an area of a painting  OR  (verb) making something lighter -- such as an area of a painting</w:t>
      </w:r>
      <w:r>
        <w:br/>
      </w:r>
      <w:r>
        <w:t xml:space="preserve">    (b) recommend or require what should be done  OR  (of a medical doctor) give medical instructions -- such as writing that a patient should take antibiotics</w:t>
      </w:r>
      <w:r>
        <w:br/>
      </w:r>
      <w:r>
        <w:t xml:space="preserve">    (c) a representation that exaggerates or highlights certain aspects -- especially of a person for comic effect; or creating a drawing with such exaggeration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2026-07-31T16:29:06Z</dcterms:created>
  <dcterms:modified xsi:type="dcterms:W3CDTF">2026-07-31T16:29:06Z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