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44b5b07beaa7819a9194a5cb727b0999d4e888"/>
    <w:p>
      <w:pPr>
        <w:pStyle w:val="Heading1"/>
      </w:pPr>
      <w:r>
        <w:rPr>
          <w:b/>
          <w:bCs/>
        </w:rPr>
        <w:t xml:space="preserve">The Deerslayer</w:t>
      </w:r>
      <w:r>
        <w:br/>
      </w:r>
      <w:r>
        <w:rPr>
          <w:i/>
          <w:iCs/>
        </w:rPr>
        <w:t xml:space="preserve">James Fenimore Cooper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grew stern.</w:t>
      </w:r>
      <w:r>
        <w:br/>
      </w:r>
      <w:r>
        <w:t xml:space="preserve">    (a) facial expression</w:t>
      </w:r>
      <w:r>
        <w:br/>
      </w:r>
      <w:r>
        <w:t xml:space="preserve">    (b) voice</w:t>
      </w:r>
      <w:r>
        <w:br/>
      </w:r>
      <w:r>
        <w:t xml:space="preserve">    (c) a method of counting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algebra, letters often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denote</w:t>
      </w:r>
      <w:r>
        <w:rPr>
          <w:b/>
          <w:bCs/>
        </w:rPr>
        <w:t xml:space="preserve"> </w:t>
      </w:r>
      <w:r>
        <w:rPr>
          <w:b/>
          <w:bCs/>
        </w:rPr>
        <w:t xml:space="preserve">unknown numbers in equations.</w:t>
      </w:r>
      <w:r>
        <w:br/>
      </w:r>
      <w:r>
        <w:t xml:space="preserve">    (a) confuse</w:t>
      </w:r>
      <w:r>
        <w:br/>
      </w:r>
      <w:r>
        <w:t xml:space="preserve">    (b) represent</w:t>
      </w:r>
      <w:r>
        <w:br/>
      </w:r>
      <w:r>
        <w:t xml:space="preserve">    (c) scatter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can easily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distinguish</w:t>
      </w:r>
      <w:r>
        <w:rPr>
          <w:b/>
          <w:bCs/>
        </w:rPr>
        <w:t xml:space="preserve"> </w:t>
      </w:r>
      <w:r>
        <w:rPr>
          <w:b/>
          <w:bCs/>
        </w:rPr>
        <w:t xml:space="preserve">authentic paintings from forgeries by examining the brushwork.</w:t>
      </w:r>
      <w:r>
        <w:br/>
      </w:r>
      <w:r>
        <w:t xml:space="preserve">    (a) identify similarities</w:t>
      </w:r>
      <w:r>
        <w:br/>
      </w:r>
      <w:r>
        <w:t xml:space="preserve">    (b) recognize as different</w:t>
      </w:r>
      <w:r>
        <w:br/>
      </w:r>
      <w:r>
        <w:t xml:space="preserve">    (c) treat with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distance, we could just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distinguish</w:t>
      </w:r>
      <w:r>
        <w:rPr>
          <w:b/>
          <w:bCs/>
        </w:rPr>
        <w:t xml:space="preserve"> </w:t>
      </w:r>
      <w:r>
        <w:rPr>
          <w:b/>
          <w:bCs/>
        </w:rPr>
        <w:t xml:space="preserve">the sound of footsteps approaching through the fog.</w:t>
      </w:r>
      <w:r>
        <w:br/>
      </w:r>
      <w:r>
        <w:t xml:space="preserve">    (a) avoid</w:t>
      </w:r>
      <w:r>
        <w:br/>
      </w:r>
      <w:r>
        <w:t xml:space="preserve">    (b) detect</w:t>
      </w:r>
      <w:r>
        <w:br/>
      </w:r>
      <w:r>
        <w:t xml:space="preserve">    (c) make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smartphones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</w:t>
      </w:r>
      <w:r>
        <w:rPr>
          <w:b/>
          <w:bCs/>
        </w:rPr>
        <w:t xml:space="preserve"> </w:t>
      </w:r>
      <w:r>
        <w:rPr>
          <w:b/>
          <w:bCs/>
        </w:rPr>
        <w:t xml:space="preserve">people to work from almost anywhere.</w:t>
      </w:r>
      <w:r>
        <w:br/>
      </w:r>
      <w:r>
        <w:t xml:space="preserve">    (a) allow</w:t>
      </w:r>
      <w:r>
        <w:br/>
      </w:r>
      <w:r>
        <w:t xml:space="preserve">    (b) remind</w:t>
      </w:r>
      <w:r>
        <w:br/>
      </w:r>
      <w:r>
        <w:t xml:space="preserve">    (c) require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endeavor</w:t>
      </w:r>
      <w:r>
        <w:rPr>
          <w:b/>
          <w:bCs/>
        </w:rPr>
        <w:t xml:space="preserve"> </w:t>
      </w:r>
      <w:r>
        <w:rPr>
          <w:b/>
          <w:bCs/>
        </w:rPr>
        <w:t xml:space="preserve">to finish by Friday.</w:t>
      </w:r>
      <w:r>
        <w:br/>
      </w:r>
      <w:r>
        <w:t xml:space="preserve">    (a) try</w:t>
      </w:r>
      <w:r>
        <w:br/>
      </w:r>
      <w:r>
        <w:t xml:space="preserve">    (b) not be able</w:t>
      </w:r>
      <w:r>
        <w:br/>
      </w:r>
      <w:r>
        <w:t xml:space="preserve">    (c) promise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Borrowing chairs from next door was a useful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expedient</w:t>
      </w:r>
      <w:r>
        <w:rPr>
          <w:b/>
          <w:bCs/>
        </w:rPr>
        <w:t xml:space="preserve"> </w:t>
      </w:r>
      <w:r>
        <w:rPr>
          <w:b/>
          <w:bCs/>
        </w:rPr>
        <w:t xml:space="preserve">until the new ones arrived.</w:t>
      </w:r>
      <w:r>
        <w:br/>
      </w:r>
      <w:r>
        <w:t xml:space="preserve">    (a) careful warning</w:t>
      </w:r>
      <w:r>
        <w:br/>
      </w:r>
      <w:r>
        <w:t xml:space="preserve">    (b) practical solution</w:t>
      </w:r>
      <w:r>
        <w:br/>
      </w:r>
      <w:r>
        <w:t xml:space="preserve">    (c) lasting tradition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furloughed</w:t>
      </w:r>
      <w:r>
        <w:rPr>
          <w:b/>
          <w:bCs/>
        </w:rPr>
        <w:t xml:space="preserve"> </w:t>
      </w:r>
      <w:r>
        <w:rPr>
          <w:b/>
          <w:bCs/>
        </w:rPr>
        <w:t xml:space="preserve">employees on the third shift.</w:t>
      </w:r>
      <w:r>
        <w:br/>
      </w:r>
      <w:r>
        <w:t xml:space="preserve">    (a) ordered not do come to work</w:t>
      </w:r>
      <w:r>
        <w:br/>
      </w:r>
      <w:r>
        <w:t xml:space="preserve">    (b) fired</w:t>
      </w:r>
      <w:r>
        <w:br/>
      </w:r>
      <w:r>
        <w:t xml:space="preserve">    (c) gave raises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</w:t>
      </w:r>
      <w:r>
        <w:rPr>
          <w:b/>
          <w:bCs/>
        </w:rPr>
        <w:t xml:space="preserve"> </w:t>
      </w:r>
      <w:r>
        <w:rPr>
          <w:b/>
          <w:bCs/>
        </w:rPr>
        <w:t xml:space="preserve">purchase, buying the car without test-driving it first.</w:t>
      </w:r>
      <w:r>
        <w:br/>
      </w:r>
      <w:r>
        <w:t xml:space="preserve">    (a) cautious</w:t>
      </w:r>
      <w:r>
        <w:br/>
      </w:r>
      <w:r>
        <w:t xml:space="preserve">    (b) impulsive</w:t>
      </w:r>
      <w:r>
        <w:br/>
      </w:r>
      <w:r>
        <w:t xml:space="preserve">    (c) wealthy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been seen</w:t>
      </w:r>
      <w:r>
        <w:br/>
      </w:r>
      <w:r>
        <w:t xml:space="preserve">    (b) inserted</w:t>
      </w:r>
      <w:r>
        <w:br/>
      </w:r>
      <w:r>
        <w:t xml:space="preserve">    (c)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weather makes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. I can't wait for spring,</w:t>
      </w:r>
      <w:r>
        <w:br/>
      </w:r>
      <w:r>
        <w:t xml:space="preserve">    (a) sad</w:t>
      </w:r>
      <w:r>
        <w:br/>
      </w:r>
      <w:r>
        <w:t xml:space="preserve">    (b) happy</w:t>
      </w:r>
      <w:r>
        <w:br/>
      </w:r>
      <w:r>
        <w:t xml:space="preserve">    (c) feel like singing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driving moc</w:t>
      </w:r>
      <w:r>
        <w:rPr>
          <w:b/>
          <w:bCs/>
        </w:rPr>
        <w:t xml:space="preserve"> </w:t>
      </w:r>
      <w:r>
        <w:rPr>
          <w:b/>
          <w:bCs/>
        </w:rPr>
        <w:t xml:space="preserve">is a contemporary version of the traditional Native American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moccasin</w:t>
      </w:r>
      <w:r>
        <w:rPr>
          <w:b/>
          <w:bCs/>
        </w:rPr>
        <w:t xml:space="preserve">.</w:t>
      </w:r>
      <w:r>
        <w:br/>
      </w:r>
      <w:r>
        <w:t xml:space="preserve">    (a) soft leather shoe</w:t>
      </w:r>
      <w:r>
        <w:br/>
      </w:r>
      <w:r>
        <w:t xml:space="preserve">    (b) soft seat cushion</w:t>
      </w:r>
      <w:r>
        <w:br/>
      </w:r>
      <w:r>
        <w:t xml:space="preserve">    (c) weatherproof poncho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budget was approved,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notwithstanding</w:t>
      </w:r>
      <w:r>
        <w:rPr>
          <w:b/>
          <w:bCs/>
        </w:rPr>
        <w:t xml:space="preserve"> </w:t>
      </w:r>
      <w:r>
        <w:rPr>
          <w:b/>
          <w:bCs/>
        </w:rPr>
        <w:t xml:space="preserve">the loud protests from the opposition.</w:t>
      </w:r>
      <w:r>
        <w:br/>
      </w:r>
      <w:r>
        <w:t xml:space="preserve">    (a) in addition to</w:t>
      </w:r>
      <w:r>
        <w:br/>
      </w:r>
      <w:r>
        <w:t xml:space="preserve">    (b) as a result of</w:t>
      </w:r>
      <w:r>
        <w:br/>
      </w:r>
      <w:r>
        <w:t xml:space="preserve">    (c) in spite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Courage is dangerous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prudence</w:t>
      </w:r>
      <w:r>
        <w:rPr>
          <w:b/>
          <w:bCs/>
        </w:rPr>
        <w:t xml:space="preserve">.</w:t>
      </w:r>
      <w:r>
        <w:br/>
      </w:r>
      <w:r>
        <w:t xml:space="preserve">    (a) good sense</w:t>
      </w:r>
      <w:r>
        <w:br/>
      </w:r>
      <w:r>
        <w:t xml:space="preserve">    (b) good support</w:t>
      </w:r>
      <w:r>
        <w:br/>
      </w:r>
      <w:r>
        <w:t xml:space="preserve">    (c) good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disorder will eventually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</w:t>
      </w:r>
      <w:r>
        <w:rPr>
          <w:b/>
          <w:bCs/>
        </w:rPr>
        <w:t xml:space="preserve"> </w:t>
      </w:r>
      <w:r>
        <w:rPr>
          <w:b/>
          <w:bCs/>
        </w:rPr>
        <w:t xml:space="preserve">her paralyzed.</w:t>
      </w:r>
      <w:r>
        <w:br/>
      </w:r>
      <w:r>
        <w:t xml:space="preserve">    (a) compare</w:t>
      </w:r>
      <w:r>
        <w:br/>
      </w:r>
      <w:r>
        <w:t xml:space="preserve">    (b) unmake</w:t>
      </w:r>
      <w:r>
        <w:br/>
      </w:r>
      <w:r>
        <w:t xml:space="preserve">    (c) make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Work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in the region.</w:t>
      </w:r>
      <w:r>
        <w:br/>
      </w:r>
      <w:r>
        <w:t xml:space="preserve">    (a) easily found</w:t>
      </w:r>
      <w:r>
        <w:br/>
      </w:r>
      <w:r>
        <w:t xml:space="preserve">    (b) extremely hard</w:t>
      </w:r>
      <w:r>
        <w:br/>
      </w:r>
      <w:r>
        <w:t xml:space="preserve">    (c) in short supply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does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</w:t>
      </w:r>
      <w:r>
        <w:rPr>
          <w:b/>
          <w:bCs/>
        </w:rPr>
        <w:t xml:space="preserve"> </w:t>
      </w:r>
      <w:r>
        <w:rPr>
          <w:b/>
          <w:bCs/>
        </w:rPr>
        <w:t xml:space="preserve">represent in the Garden of Eden?</w:t>
      </w:r>
      <w:r>
        <w:br/>
      </w:r>
      <w:r>
        <w:t xml:space="preserve">    (a) snake</w:t>
      </w:r>
      <w:r>
        <w:br/>
      </w:r>
      <w:r>
        <w:t xml:space="preserve">    (b) fig leaf</w:t>
      </w:r>
      <w:r>
        <w:br/>
      </w:r>
      <w:r>
        <w:t xml:space="preserve">    (c) apple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waste my time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trifling</w:t>
      </w:r>
      <w:r>
        <w:rPr>
          <w:b/>
          <w:bCs/>
        </w:rPr>
        <w:t xml:space="preserve"> </w:t>
      </w:r>
      <w:r>
        <w:rPr>
          <w:b/>
          <w:bCs/>
        </w:rPr>
        <w:t xml:space="preserve">matters.</w:t>
      </w:r>
      <w:r>
        <w:br/>
      </w:r>
      <w:r>
        <w:t xml:space="preserve">    (a) other's</w:t>
      </w:r>
      <w:r>
        <w:br/>
      </w:r>
      <w:r>
        <w:t xml:space="preserve">    (b) future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European Parliament refuses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trifled with</w:t>
      </w:r>
      <w:r>
        <w:rPr>
          <w:b/>
          <w:bCs/>
        </w:rPr>
        <w:t xml:space="preserve">.</w:t>
      </w:r>
      <w:r>
        <w:br/>
      </w:r>
      <w:r>
        <w:t xml:space="preserve">    (a) negotiated with</w:t>
      </w:r>
      <w:r>
        <w:br/>
      </w:r>
      <w:r>
        <w:t xml:space="preserve">    (b) argued with</w:t>
      </w:r>
      <w:r>
        <w:br/>
      </w:r>
      <w:r>
        <w:t xml:space="preserve">    (c) treated without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losing everything, he lived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vagabond</w:t>
      </w:r>
      <w:r>
        <w:rPr>
          <w:b/>
          <w:bCs/>
        </w:rPr>
        <w:t xml:space="preserve"> </w:t>
      </w:r>
      <w:r>
        <w:rPr>
          <w:b/>
          <w:bCs/>
        </w:rPr>
        <w:t xml:space="preserve">for nearly five years.</w:t>
      </w:r>
      <w:r>
        <w:br/>
      </w:r>
      <w:r>
        <w:t xml:space="preserve">    (a) wealthy landowner</w:t>
      </w:r>
      <w:r>
        <w:br/>
      </w:r>
      <w:r>
        <w:t xml:space="preserve">    (b) settled farmer</w:t>
      </w:r>
      <w:r>
        <w:br/>
      </w:r>
      <w:r>
        <w:t xml:space="preserve">    (c) wandering drifter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2026-07-31T17:30:23Z</dcterms:created>
  <dcterms:modified xsi:type="dcterms:W3CDTF">2026-07-31T17:30:23Z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