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77b37e44a1fc376dcecd14605e6a5f1fe4ba3a1"/>
    <w:p>
      <w:pPr>
        <w:pStyle w:val="Heading1"/>
      </w:pPr>
      <w:r>
        <w:rPr>
          <w:b/>
          <w:bCs/>
        </w:rPr>
        <w:t xml:space="preserve">The Deerslayer</w:t>
      </w:r>
      <w:r>
        <w:br/>
      </w:r>
      <w:r>
        <w:rPr>
          <w:i/>
          <w:iCs/>
        </w:rPr>
        <w:t xml:space="preserve">James Fenimore Cooper</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You are but a boy—a sapling, that has</w:t>
      </w:r>
      <w:r>
        <w:rPr>
          <w:b/>
          <w:bCs/>
        </w:rPr>
        <w:t xml:space="preserve"> </w:t>
      </w:r>
      <w:r>
        <w:rPr>
          <w:b/>
          <w:bCs/>
          <w:u w:val="single"/>
        </w:rPr>
        <w:t xml:space="preserve">scarce</w:t>
      </w:r>
      <w:r>
        <w:rPr>
          <w:b/>
          <w:bCs/>
        </w:rPr>
        <w:t xml:space="preserve"> </w:t>
      </w:r>
      <w:r>
        <w:rPr>
          <w:b/>
          <w:bCs/>
        </w:rPr>
        <w:t xml:space="preserve">got root.</w:t>
      </w:r>
      <w:r>
        <w:br/>
      </w:r>
      <w:r>
        <w:t xml:space="preserve">    (a) the state of not being aware or concerned about something</w:t>
      </w:r>
      <w:r>
        <w:br/>
      </w:r>
      <w:r>
        <w:t xml:space="preserve">    (b) a state similar to sleep where one is unaware of anything</w:t>
      </w:r>
      <w:r>
        <w:br/>
      </w:r>
      <w:r>
        <w:t xml:space="preserve">    (c) in short supply  OR  barely or hardly (by a small margin)</w:t>
      </w:r>
    </w:p>
    <w:p>
      <w:pPr>
        <w:pStyle w:val="Compact"/>
        <w:numPr>
          <w:ilvl w:val="0"/>
          <w:numId w:val="1001"/>
        </w:numPr>
      </w:pPr>
      <w:r>
        <w:rPr>
          <w:b/>
          <w:bCs/>
        </w:rPr>
        <w:t xml:space="preserve">His</w:t>
      </w:r>
      <w:r>
        <w:rPr>
          <w:b/>
          <w:bCs/>
        </w:rPr>
        <w:t xml:space="preserve"> </w:t>
      </w:r>
      <w:r>
        <w:rPr>
          <w:b/>
          <w:bCs/>
          <w:u w:val="single"/>
        </w:rPr>
        <w:t xml:space="preserve">countenance</w:t>
      </w:r>
      <w:r>
        <w:rPr>
          <w:b/>
          <w:bCs/>
        </w:rPr>
        <w:t xml:space="preserve"> </w:t>
      </w:r>
      <w:r>
        <w:rPr>
          <w:b/>
          <w:bCs/>
        </w:rPr>
        <w:t xml:space="preserve">remained unmoved;</w:t>
      </w:r>
      <w:r>
        <w:br/>
      </w:r>
      <w:r>
        <w:t xml:space="preserve">    (a) a secret agreement or plot</w:t>
      </w:r>
      <w:r>
        <w:br/>
      </w:r>
      <w:r>
        <w:t xml:space="preserve">    (b) the best or most important</w:t>
      </w:r>
      <w:r>
        <w:br/>
      </w:r>
      <w:r>
        <w:t xml:space="preserve">    (c) facial expression</w:t>
      </w:r>
    </w:p>
    <w:p>
      <w:pPr>
        <w:pStyle w:val="Compact"/>
        <w:numPr>
          <w:ilvl w:val="0"/>
          <w:numId w:val="1001"/>
        </w:numPr>
      </w:pPr>
      <w:r>
        <w:rPr>
          <w:b/>
          <w:bCs/>
        </w:rPr>
        <w:t xml:space="preserve">This new pause was to</w:t>
      </w:r>
      <w:r>
        <w:rPr>
          <w:b/>
          <w:bCs/>
        </w:rPr>
        <w:t xml:space="preserve"> </w:t>
      </w:r>
      <w:r>
        <w:rPr>
          <w:b/>
          <w:bCs/>
          <w:u w:val="single"/>
        </w:rPr>
        <w:t xml:space="preserve">enable</w:t>
      </w:r>
      <w:r>
        <w:rPr>
          <w:b/>
          <w:bCs/>
        </w:rPr>
        <w:t xml:space="preserve"> </w:t>
      </w:r>
      <w:r>
        <w:rPr>
          <w:b/>
          <w:bCs/>
        </w:rPr>
        <w:t xml:space="preserve">Deerslayer to survey the singular edifice, which was of a construction so novel as to merit a particular description.</w:t>
      </w:r>
      <w:r>
        <w:br/>
      </w:r>
      <w:r>
        <w:t xml:space="preserve">    (a) stop fighting</w:t>
      </w:r>
      <w:r>
        <w:br/>
      </w:r>
      <w:r>
        <w:t xml:space="preserve">    (b) grant a favor</w:t>
      </w:r>
      <w:r>
        <w:br/>
      </w:r>
      <w:r>
        <w:t xml:space="preserve">    (c) make possible</w:t>
      </w:r>
    </w:p>
    <w:p>
      <w:pPr>
        <w:pStyle w:val="Compact"/>
        <w:numPr>
          <w:ilvl w:val="0"/>
          <w:numId w:val="1001"/>
        </w:numPr>
      </w:pPr>
      <w:r>
        <w:rPr>
          <w:b/>
          <w:bCs/>
        </w:rPr>
        <w:t xml:space="preserve">You are not a beauty, as you must know, and why shouldn't fri'nds tell each other these little</w:t>
      </w:r>
      <w:r>
        <w:rPr>
          <w:b/>
          <w:bCs/>
        </w:rPr>
        <w:t xml:space="preserve"> </w:t>
      </w:r>
      <w:r>
        <w:rPr>
          <w:b/>
          <w:bCs/>
          <w:u w:val="single"/>
        </w:rPr>
        <w:t xml:space="preserve">trifles</w:t>
      </w:r>
      <w:r>
        <w:rPr>
          <w:b/>
          <w:bCs/>
        </w:rPr>
        <w:t xml:space="preserve">?</w:t>
      </w:r>
      <w:r>
        <w:br/>
      </w:r>
      <w:r>
        <w:t xml:space="preserve">    (a) is attractive or desirable</w:t>
      </w:r>
      <w:r>
        <w:br/>
      </w:r>
      <w:r>
        <w:t xml:space="preserve">    (b) struggles or disagreements</w:t>
      </w:r>
      <w:r>
        <w:br/>
      </w:r>
      <w:r>
        <w:t xml:space="preserve">    (c) things of small importance</w:t>
      </w:r>
    </w:p>
    <w:p>
      <w:pPr>
        <w:pStyle w:val="Compact"/>
        <w:numPr>
          <w:ilvl w:val="0"/>
          <w:numId w:val="1001"/>
        </w:numPr>
      </w:pPr>
      <w:r>
        <w:rPr>
          <w:b/>
          <w:bCs/>
        </w:rPr>
        <w:t xml:space="preserve">Hetty's instinct of right, if such a term can be applied to one who seemed taught by some kind spirit how to steer her course with unerring accuracy, between good and evil, would have revolted at Hurry's character on a thousand points, had there been opportunities to enlighten her, but while he conversed and</w:t>
      </w:r>
      <w:r>
        <w:rPr>
          <w:b/>
          <w:bCs/>
        </w:rPr>
        <w:t xml:space="preserve"> </w:t>
      </w:r>
      <w:r>
        <w:rPr>
          <w:b/>
          <w:bCs/>
          <w:u w:val="single"/>
        </w:rPr>
        <w:t xml:space="preserve">trifled with</w:t>
      </w:r>
      <w:r>
        <w:rPr>
          <w:b/>
          <w:bCs/>
        </w:rPr>
        <w:t xml:space="preserve"> </w:t>
      </w:r>
      <w:r>
        <w:rPr>
          <w:b/>
          <w:bCs/>
        </w:rPr>
        <w:t xml:space="preserve">her sister, at a distance from herself, his perfection of form and feature had been left to produce their influence on her simple imagination and naturally tender feelings, without suffering by the alloy of his opinions and coarseness.</w:t>
      </w:r>
      <w:r>
        <w:br/>
      </w:r>
      <w:r>
        <w:t xml:space="preserve">    (a) injury to muscles or tendons of the knee</w:t>
      </w:r>
      <w:r>
        <w:br/>
      </w:r>
      <w:r>
        <w:t xml:space="preserve">    (b) treated thoughtlessly or without respect</w:t>
      </w:r>
      <w:r>
        <w:br/>
      </w:r>
      <w:r>
        <w:t xml:space="preserve">    (c) limit light vibrations to a single plane</w:t>
      </w:r>
    </w:p>
    <w:p>
      <w:pPr>
        <w:pStyle w:val="Compact"/>
        <w:numPr>
          <w:ilvl w:val="0"/>
          <w:numId w:val="1001"/>
        </w:numPr>
      </w:pPr>
      <w:r>
        <w:rPr>
          <w:b/>
          <w:bCs/>
        </w:rPr>
        <w:t xml:space="preserve">So much the more reason for being</w:t>
      </w:r>
      <w:r>
        <w:rPr>
          <w:b/>
          <w:bCs/>
        </w:rPr>
        <w:t xml:space="preserve"> </w:t>
      </w:r>
      <w:r>
        <w:rPr>
          <w:b/>
          <w:bCs/>
          <w:u w:val="single"/>
        </w:rPr>
        <w:t xml:space="preserve">prudent</w:t>
      </w:r>
      <w:r>
        <w:rPr>
          <w:b/>
          <w:bCs/>
        </w:rPr>
        <w:t xml:space="preserve"> </w:t>
      </w:r>
      <w:r>
        <w:rPr>
          <w:b/>
          <w:bCs/>
        </w:rPr>
        <w:t xml:space="preserve">and silent.</w:t>
      </w:r>
      <w:r>
        <w:br/>
      </w:r>
      <w:r>
        <w:t xml:space="preserve">    (a) sincerity (realness)</w:t>
      </w:r>
      <w:r>
        <w:br/>
      </w:r>
      <w:r>
        <w:t xml:space="preserve">    (b) not demonstrative of</w:t>
      </w:r>
      <w:r>
        <w:br/>
      </w:r>
      <w:r>
        <w:t xml:space="preserve">    (c) sensible and careful</w:t>
      </w:r>
    </w:p>
    <w:p>
      <w:pPr>
        <w:pStyle w:val="Compact"/>
        <w:numPr>
          <w:ilvl w:val="0"/>
          <w:numId w:val="1001"/>
        </w:numPr>
      </w:pPr>
      <w:r>
        <w:rPr>
          <w:b/>
          <w:bCs/>
        </w:rPr>
        <w:t xml:space="preserve">had the effect to</w:t>
      </w:r>
      <w:r>
        <w:rPr>
          <w:b/>
          <w:bCs/>
        </w:rPr>
        <w:t xml:space="preserve"> </w:t>
      </w:r>
      <w:r>
        <w:rPr>
          <w:b/>
          <w:bCs/>
          <w:u w:val="single"/>
        </w:rPr>
        <w:t xml:space="preserve">render</w:t>
      </w:r>
      <w:r>
        <w:rPr>
          <w:b/>
          <w:bCs/>
        </w:rPr>
        <w:t xml:space="preserve"> </w:t>
      </w:r>
      <w:r>
        <w:rPr>
          <w:b/>
          <w:bCs/>
        </w:rPr>
        <w:t xml:space="preserve">her beauty more striking,</w:t>
      </w:r>
      <w:r>
        <w:br/>
      </w:r>
      <w:r>
        <w:t xml:space="preserve">    (a) gradually add or remove</w:t>
      </w:r>
      <w:r>
        <w:br/>
      </w:r>
      <w:r>
        <w:t xml:space="preserve">    (b) feel sadness and regret</w:t>
      </w:r>
      <w:r>
        <w:br/>
      </w:r>
      <w:r>
        <w:t xml:space="preserve">    (c) make</w:t>
      </w:r>
    </w:p>
    <w:p>
      <w:pPr>
        <w:pStyle w:val="Compact"/>
        <w:numPr>
          <w:ilvl w:val="0"/>
          <w:numId w:val="1001"/>
        </w:numPr>
      </w:pPr>
      <w:r>
        <w:rPr>
          <w:b/>
          <w:bCs/>
        </w:rPr>
        <w:t xml:space="preserve">I should say that</w:t>
      </w:r>
      <w:r>
        <w:rPr>
          <w:b/>
          <w:bCs/>
        </w:rPr>
        <w:t xml:space="preserve"> </w:t>
      </w:r>
      <w:r>
        <w:rPr>
          <w:b/>
          <w:bCs/>
          <w:u w:val="single"/>
        </w:rPr>
        <w:t xml:space="preserve">moccasin</w:t>
      </w:r>
      <w:r>
        <w:rPr>
          <w:b/>
          <w:bCs/>
        </w:rPr>
        <w:t xml:space="preserve"> </w:t>
      </w:r>
      <w:r>
        <w:rPr>
          <w:b/>
          <w:bCs/>
        </w:rPr>
        <w:t xml:space="preserve">has a northern look, and comes from beyond the Great Lakes.</w:t>
      </w:r>
      <w:r>
        <w:br/>
      </w:r>
      <w:r>
        <w:t xml:space="preserve">    (a) income not required for mandatory and necessary expenses</w:t>
      </w:r>
      <w:r>
        <w:br/>
      </w:r>
      <w:r>
        <w:t xml:space="preserve">    (b) soft leather shoe traditionally worn by Native Americans</w:t>
      </w:r>
      <w:r>
        <w:br/>
      </w:r>
      <w:r>
        <w:t xml:space="preserve">    (c) belief or opinion formed by viewing things a certain way</w:t>
      </w:r>
    </w:p>
    <w:p>
      <w:pPr>
        <w:pStyle w:val="Compact"/>
        <w:numPr>
          <w:ilvl w:val="0"/>
          <w:numId w:val="1001"/>
        </w:numPr>
      </w:pPr>
      <w:r>
        <w:rPr>
          <w:b/>
          <w:bCs/>
        </w:rPr>
        <w:t xml:space="preserve">"Our Indians!" exclaimed the girl, laughing with a sort of</w:t>
      </w:r>
      <w:r>
        <w:rPr>
          <w:b/>
          <w:bCs/>
        </w:rPr>
        <w:t xml:space="preserve"> </w:t>
      </w:r>
      <w:r>
        <w:rPr>
          <w:b/>
          <w:bCs/>
          <w:u w:val="single"/>
        </w:rPr>
        <w:t xml:space="preserve">melancholy</w:t>
      </w:r>
      <w:r>
        <w:rPr>
          <w:b/>
          <w:bCs/>
        </w:rPr>
        <w:t xml:space="preserve"> </w:t>
      </w:r>
      <w:r>
        <w:rPr>
          <w:b/>
          <w:bCs/>
        </w:rPr>
        <w:t xml:space="preserve">merriment.</w:t>
      </w:r>
      <w:r>
        <w:br/>
      </w:r>
      <w:r>
        <w:t xml:space="preserve">    (a) relating to the outside</w:t>
      </w:r>
      <w:r>
        <w:br/>
      </w:r>
      <w:r>
        <w:t xml:space="preserve">    (b) a sad feeling or manner</w:t>
      </w:r>
      <w:r>
        <w:br/>
      </w:r>
      <w:r>
        <w:t xml:space="preserve">    (c) about (but not exactly)</w:t>
      </w:r>
    </w:p>
    <w:p>
      <w:pPr>
        <w:pStyle w:val="Compact"/>
        <w:numPr>
          <w:ilvl w:val="0"/>
          <w:numId w:val="1001"/>
        </w:numPr>
      </w:pPr>
      <w:r>
        <w:rPr>
          <w:b/>
          <w:bCs/>
        </w:rPr>
        <w:t xml:space="preserve">"I see how it is—I see how it is,"</w:t>
      </w:r>
      <w:r>
        <w:rPr>
          <w:b/>
          <w:bCs/>
        </w:rPr>
        <w:t xml:space="preserve"> </w:t>
      </w:r>
      <w:r>
        <w:rPr>
          <w:b/>
          <w:bCs/>
          <w:u w:val="single"/>
        </w:rPr>
        <w:t xml:space="preserve">impetuously</w:t>
      </w:r>
      <w:r>
        <w:rPr>
          <w:b/>
          <w:bCs/>
        </w:rPr>
        <w:t xml:space="preserve"> </w:t>
      </w:r>
      <w:r>
        <w:rPr>
          <w:b/>
          <w:bCs/>
        </w:rPr>
        <w:t xml:space="preserve">interrupted Judith.</w:t>
      </w:r>
      <w:r>
        <w:br/>
      </w:r>
      <w:r>
        <w:t xml:space="preserve">    (a) in the manner of a logical, systematic examination</w:t>
      </w:r>
      <w:r>
        <w:br/>
      </w:r>
      <w:r>
        <w:t xml:space="preserve">    (b) impulsively (acting suddenly without much thought)</w:t>
      </w:r>
      <w:r>
        <w:br/>
      </w:r>
      <w:r>
        <w:t xml:space="preserve">    (c) in a manner that shows care or concern for someone</w:t>
      </w:r>
    </w:p>
    <w:p>
      <w:pPr>
        <w:pStyle w:val="Compact"/>
        <w:numPr>
          <w:ilvl w:val="0"/>
          <w:numId w:val="1001"/>
        </w:numPr>
      </w:pPr>
      <w:r>
        <w:rPr>
          <w:b/>
          <w:bCs/>
          <w:u w:val="single"/>
        </w:rPr>
        <w:t xml:space="preserve">Notwithstanding</w:t>
      </w:r>
      <w:r>
        <w:rPr>
          <w:b/>
          <w:bCs/>
        </w:rPr>
        <w:t xml:space="preserve"> </w:t>
      </w:r>
      <w:r>
        <w:rPr>
          <w:b/>
          <w:bCs/>
        </w:rPr>
        <w:t xml:space="preserve">all these circumstances, the most experienced veteran in forest warfare could not have behaved better.</w:t>
      </w:r>
      <w:r>
        <w:br/>
      </w:r>
      <w:r>
        <w:t xml:space="preserve">    (a) therefore (for that reason)</w:t>
      </w:r>
      <w:r>
        <w:br/>
      </w:r>
      <w:r>
        <w:t xml:space="preserve">    (b) in keeping with or in agreement with what was just stated</w:t>
      </w:r>
      <w:r>
        <w:br/>
      </w:r>
      <w:r>
        <w:t xml:space="preserve">    (c) used to show that something remains true even though something else seems to go against it</w:t>
      </w:r>
    </w:p>
    <w:p>
      <w:pPr>
        <w:pStyle w:val="Compact"/>
        <w:numPr>
          <w:ilvl w:val="0"/>
          <w:numId w:val="1001"/>
        </w:numPr>
      </w:pPr>
      <w:r>
        <w:rPr>
          <w:b/>
          <w:bCs/>
        </w:rPr>
        <w:t xml:space="preserve">I'm not good enough for the Moravians, and am too good for most of the other</w:t>
      </w:r>
      <w:r>
        <w:rPr>
          <w:b/>
          <w:bCs/>
        </w:rPr>
        <w:t xml:space="preserve"> </w:t>
      </w:r>
      <w:r>
        <w:rPr>
          <w:b/>
          <w:bCs/>
          <w:u w:val="single"/>
        </w:rPr>
        <w:t xml:space="preserve">vagabonds</w:t>
      </w:r>
      <w:r>
        <w:rPr>
          <w:b/>
          <w:bCs/>
        </w:rPr>
        <w:t xml:space="preserve"> </w:t>
      </w:r>
      <w:r>
        <w:rPr>
          <w:b/>
          <w:bCs/>
        </w:rPr>
        <w:t xml:space="preserve">that preach about in the woods.</w:t>
      </w:r>
      <w:r>
        <w:br/>
      </w:r>
      <w:r>
        <w:t xml:space="preserve">    (a) a person who wanders from town to town with no fixed home or job</w:t>
      </w:r>
      <w:r>
        <w:br/>
      </w:r>
      <w:r>
        <w:t xml:space="preserve">    (b) degrades (decreases) the purity, quality, or status of something</w:t>
      </w:r>
      <w:r>
        <w:br/>
      </w:r>
      <w:r>
        <w:t xml:space="preserve">    (c) shows fear by positioning the body as though afraid of being hit</w:t>
      </w:r>
    </w:p>
    <w:p>
      <w:pPr>
        <w:pStyle w:val="Compact"/>
        <w:numPr>
          <w:ilvl w:val="0"/>
          <w:numId w:val="1001"/>
        </w:numPr>
      </w:pPr>
      <w:r>
        <w:rPr>
          <w:b/>
          <w:bCs/>
        </w:rPr>
        <w:t xml:space="preserve">Here the savage advanced with confidence, his hand extended, his face smiling, and his whole bearing</w:t>
      </w:r>
      <w:r>
        <w:rPr>
          <w:b/>
          <w:bCs/>
        </w:rPr>
        <w:t xml:space="preserve"> </w:t>
      </w:r>
      <w:r>
        <w:rPr>
          <w:b/>
          <w:bCs/>
          <w:u w:val="single"/>
        </w:rPr>
        <w:t xml:space="preserve">denoting</w:t>
      </w:r>
      <w:r>
        <w:rPr>
          <w:b/>
          <w:bCs/>
        </w:rPr>
        <w:t xml:space="preserve"> </w:t>
      </w:r>
      <w:r>
        <w:rPr>
          <w:b/>
          <w:bCs/>
        </w:rPr>
        <w:t xml:space="preserve">amity and respect.</w:t>
      </w:r>
      <w:r>
        <w:br/>
      </w:r>
      <w:r>
        <w:t xml:space="preserve">    (a) drawing pictures to accompany</w:t>
      </w:r>
      <w:r>
        <w:br/>
      </w:r>
      <w:r>
        <w:t xml:space="preserve">    (b) stand for or symbolize literally; or be a sign or indicator of</w:t>
      </w:r>
      <w:r>
        <w:br/>
      </w:r>
      <w:r>
        <w:t xml:space="preserve">    (c) overly unhappy and unsociable</w:t>
      </w:r>
    </w:p>
    <w:p>
      <w:pPr>
        <w:pStyle w:val="Compact"/>
        <w:numPr>
          <w:ilvl w:val="0"/>
          <w:numId w:val="1001"/>
        </w:numPr>
      </w:pPr>
      <w:r>
        <w:rPr>
          <w:b/>
          <w:bCs/>
        </w:rPr>
        <w:t xml:space="preserve">Deerslayer met his offered friendship in a proper spirit, and they shook hands cordially, each</w:t>
      </w:r>
      <w:r>
        <w:rPr>
          <w:b/>
          <w:bCs/>
        </w:rPr>
        <w:t xml:space="preserve"> </w:t>
      </w:r>
      <w:r>
        <w:rPr>
          <w:b/>
          <w:bCs/>
          <w:u w:val="single"/>
        </w:rPr>
        <w:t xml:space="preserve">endeavoring</w:t>
      </w:r>
      <w:r>
        <w:rPr>
          <w:b/>
          <w:bCs/>
        </w:rPr>
        <w:t xml:space="preserve"> </w:t>
      </w:r>
      <w:r>
        <w:rPr>
          <w:b/>
          <w:bCs/>
        </w:rPr>
        <w:t xml:space="preserve">to assure the other of his sincerity and desire to be at peace.</w:t>
      </w:r>
      <w:r>
        <w:br/>
      </w:r>
      <w:r>
        <w:t xml:space="preserve">    (a) working or operating</w:t>
      </w:r>
      <w:r>
        <w:br/>
      </w:r>
      <w:r>
        <w:t xml:space="preserve">    (b) believing or judging</w:t>
      </w:r>
      <w:r>
        <w:br/>
      </w:r>
      <w:r>
        <w:t xml:space="preserve">    (c) trying or attempting</w:t>
      </w:r>
    </w:p>
    <w:p>
      <w:pPr>
        <w:pStyle w:val="Compact"/>
        <w:numPr>
          <w:ilvl w:val="0"/>
          <w:numId w:val="1001"/>
        </w:numPr>
      </w:pPr>
      <w:r>
        <w:rPr>
          <w:b/>
          <w:bCs/>
        </w:rPr>
        <w:t xml:space="preserve">He is now in the Ark, with Judith and a Delaware who is called the Big</w:t>
      </w:r>
      <w:r>
        <w:rPr>
          <w:b/>
          <w:bCs/>
        </w:rPr>
        <w:t xml:space="preserve"> </w:t>
      </w:r>
      <w:r>
        <w:rPr>
          <w:b/>
          <w:bCs/>
          <w:u w:val="single"/>
        </w:rPr>
        <w:t xml:space="preserve">Serpent</w:t>
      </w:r>
      <w:r>
        <w:rPr>
          <w:b/>
          <w:bCs/>
        </w:rPr>
        <w:t xml:space="preserve">.</w:t>
      </w:r>
      <w:r>
        <w:br/>
      </w:r>
      <w:r>
        <w:t xml:space="preserve">    (a) story</w:t>
      </w:r>
      <w:r>
        <w:br/>
      </w:r>
      <w:r>
        <w:t xml:space="preserve">    (b) skill</w:t>
      </w:r>
      <w:r>
        <w:br/>
      </w:r>
      <w:r>
        <w:t xml:space="preserve">    (c) snake</w:t>
      </w:r>
    </w:p>
    <w:p>
      <w:pPr>
        <w:pStyle w:val="Compact"/>
        <w:numPr>
          <w:ilvl w:val="0"/>
          <w:numId w:val="1001"/>
        </w:numPr>
      </w:pPr>
      <w:r>
        <w:rPr>
          <w:b/>
          <w:bCs/>
        </w:rPr>
        <w:t xml:space="preserve">A better</w:t>
      </w:r>
      <w:r>
        <w:rPr>
          <w:b/>
          <w:bCs/>
        </w:rPr>
        <w:t xml:space="preserve"> </w:t>
      </w:r>
      <w:r>
        <w:rPr>
          <w:b/>
          <w:bCs/>
          <w:u w:val="single"/>
        </w:rPr>
        <w:t xml:space="preserve">expedient</w:t>
      </w:r>
      <w:r>
        <w:rPr>
          <w:b/>
          <w:bCs/>
        </w:rPr>
        <w:t xml:space="preserve"> </w:t>
      </w:r>
      <w:r>
        <w:rPr>
          <w:b/>
          <w:bCs/>
        </w:rPr>
        <w:t xml:space="preserve">could not have been adopted, to secure the silence and discretion of Hetty, than that which was now presented to her mind.</w:t>
      </w:r>
      <w:r>
        <w:br/>
      </w:r>
      <w:r>
        <w:t xml:space="preserve">    (a) the state or degree of having found a condition or substance to be present</w:t>
      </w:r>
      <w:r>
        <w:br/>
      </w:r>
      <w:r>
        <w:t xml:space="preserve">    (b) most extreme as in final, best, worst, most important, or most fundamental</w:t>
      </w:r>
      <w:r>
        <w:br/>
      </w:r>
      <w:r>
        <w:t xml:space="preserve">    (c) convenient, speedy, or practical; or an action that is speedy or practical</w:t>
      </w:r>
    </w:p>
    <w:p>
      <w:pPr>
        <w:pStyle w:val="Compact"/>
        <w:numPr>
          <w:ilvl w:val="0"/>
          <w:numId w:val="1001"/>
        </w:numPr>
      </w:pPr>
      <w:r>
        <w:rPr>
          <w:b/>
          <w:bCs/>
        </w:rPr>
        <w:t xml:space="preserve">The darkness increased rather than diminished, but it was still possible, from the place where the adventurers lay, to</w:t>
      </w:r>
      <w:r>
        <w:rPr>
          <w:b/>
          <w:bCs/>
        </w:rPr>
        <w:t xml:space="preserve"> </w:t>
      </w:r>
      <w:r>
        <w:rPr>
          <w:b/>
          <w:bCs/>
          <w:u w:val="single"/>
        </w:rPr>
        <w:t xml:space="preserve">distinguish</w:t>
      </w:r>
      <w:r>
        <w:rPr>
          <w:b/>
          <w:bCs/>
        </w:rPr>
        <w:t xml:space="preserve"> </w:t>
      </w:r>
      <w:r>
        <w:rPr>
          <w:b/>
          <w:bCs/>
        </w:rPr>
        <w:t xml:space="preserve">the outlines of the mountains.</w:t>
      </w:r>
      <w:r>
        <w:br/>
      </w:r>
      <w:r>
        <w:t xml:space="preserve">    (a) see something that is barely seeable</w:t>
      </w:r>
      <w:r>
        <w:br/>
      </w:r>
      <w:r>
        <w:t xml:space="preserve">    (b) describe something in great detail</w:t>
      </w:r>
      <w:r>
        <w:br/>
      </w:r>
      <w:r>
        <w:t xml:space="preserve">    (c) compare something to something else</w:t>
      </w:r>
    </w:p>
    <w:p>
      <w:pPr>
        <w:pStyle w:val="Compact"/>
        <w:numPr>
          <w:ilvl w:val="0"/>
          <w:numId w:val="1001"/>
        </w:numPr>
      </w:pPr>
      <w:r>
        <w:rPr>
          <w:b/>
          <w:bCs/>
        </w:rPr>
        <w:t xml:space="preserve">The Sumach, all the elderly women, and some of the Huron girls, had fallen by the bayonet, either in the confusion of the melee, or from the difficulty of</w:t>
      </w:r>
      <w:r>
        <w:rPr>
          <w:b/>
          <w:bCs/>
        </w:rPr>
        <w:t xml:space="preserve"> </w:t>
      </w:r>
      <w:r>
        <w:rPr>
          <w:b/>
          <w:bCs/>
          <w:u w:val="single"/>
        </w:rPr>
        <w:t xml:space="preserve">distinguishing</w:t>
      </w:r>
      <w:r>
        <w:rPr>
          <w:b/>
          <w:bCs/>
        </w:rPr>
        <w:t xml:space="preserve"> </w:t>
      </w:r>
      <w:r>
        <w:rPr>
          <w:b/>
          <w:bCs/>
        </w:rPr>
        <w:t xml:space="preserve">the sexes when the dress was so simple.</w:t>
      </w:r>
      <w:r>
        <w:br/>
      </w:r>
      <w:r>
        <w:t xml:space="preserve">    (a) calculating or judging too high</w:t>
      </w:r>
      <w:r>
        <w:br/>
      </w:r>
      <w:r>
        <w:t xml:space="preserve">    (b) where attention is concentrated</w:t>
      </w:r>
      <w:r>
        <w:br/>
      </w:r>
      <w:r>
        <w:t xml:space="preserve">    (c) recognizing the difference of</w:t>
      </w:r>
    </w:p>
    <w:p>
      <w:pPr>
        <w:pStyle w:val="Compact"/>
        <w:numPr>
          <w:ilvl w:val="0"/>
          <w:numId w:val="1001"/>
        </w:numPr>
      </w:pPr>
      <w:r>
        <w:rPr>
          <w:b/>
          <w:bCs/>
        </w:rPr>
        <w:t xml:space="preserve">For a minute, the mind of this creature equally of civilization and of barbarism, was a sort of chaos as to feeling, not knowing what to think of its own act; and then the obstinacy and pride of one of his habits,</w:t>
      </w:r>
      <w:r>
        <w:rPr>
          <w:b/>
          <w:bCs/>
        </w:rPr>
        <w:t xml:space="preserve"> </w:t>
      </w:r>
      <w:r>
        <w:rPr>
          <w:b/>
          <w:bCs/>
          <w:u w:val="single"/>
        </w:rPr>
        <w:t xml:space="preserve">interposed</w:t>
      </w:r>
      <w:r>
        <w:rPr>
          <w:b/>
          <w:bCs/>
        </w:rPr>
        <w:t xml:space="preserve"> </w:t>
      </w:r>
      <w:r>
        <w:rPr>
          <w:b/>
          <w:bCs/>
        </w:rPr>
        <w:t xml:space="preserve">to assert their usual ascendency.</w:t>
      </w:r>
      <w:r>
        <w:br/>
      </w:r>
      <w:r>
        <w:t xml:space="preserve">    (a) not justified or explained as an understandable reaction to another action</w:t>
      </w:r>
      <w:r>
        <w:br/>
      </w:r>
      <w:r>
        <w:t xml:space="preserve">    (b) to insert between other elements; or to interrupt or stop action by others</w:t>
      </w:r>
      <w:r>
        <w:br/>
      </w:r>
      <w:r>
        <w:t xml:space="preserve">    (c) (verb) drew pictures to accompany  OR  (adjective) accompanied by pictures</w:t>
      </w:r>
    </w:p>
    <w:p>
      <w:pPr>
        <w:pStyle w:val="Compact"/>
        <w:numPr>
          <w:ilvl w:val="0"/>
          <w:numId w:val="1001"/>
        </w:numPr>
      </w:pPr>
      <w:r>
        <w:rPr>
          <w:b/>
          <w:bCs/>
        </w:rPr>
        <w:t xml:space="preserve">I'm out on a</w:t>
      </w:r>
      <w:r>
        <w:rPr>
          <w:b/>
          <w:bCs/>
        </w:rPr>
        <w:t xml:space="preserve"> </w:t>
      </w:r>
      <w:r>
        <w:rPr>
          <w:b/>
          <w:bCs/>
          <w:u w:val="single"/>
        </w:rPr>
        <w:t xml:space="preserve">furlough</w:t>
      </w:r>
      <w:r>
        <w:rPr>
          <w:b/>
          <w:bCs/>
        </w:rPr>
        <w:t xml:space="preserve">, and if I've strength and reason, I'll go in on a furlough afore noon to-morrow!</w:t>
      </w:r>
      <w:r>
        <w:br/>
      </w:r>
      <w:r>
        <w:t xml:space="preserve">    (a) accept someone's membership though a special procedure such as a ceremony and/or period of instruction and/or test</w:t>
      </w:r>
      <w:r>
        <w:br/>
      </w:r>
      <w:r>
        <w:t xml:space="preserve">    (b) a temporary leave from work, duty, or confinement, usually granted by an employer, the military, or an institution</w:t>
      </w:r>
      <w:r>
        <w:br/>
      </w:r>
      <w:r>
        <w:t xml:space="preserve">    (c) a method of artistic painting on a wall by using watercolors on wet plaster; or the painting made in such a manner</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2026-07-31T17:30:23Z</dcterms:created>
  <dcterms:modified xsi:type="dcterms:W3CDTF">2026-07-31T17:30:23Z</dcterms:modified>
</cp:coreProperties>
</file>

<file path=docProps/custom.xml><?xml version="1.0" encoding="utf-8"?>
<Properties xmlns="http://schemas.openxmlformats.org/officeDocument/2006/custom-properties" xmlns:vt="http://schemas.openxmlformats.org/officeDocument/2006/docPropsVTypes"/>
</file>