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6ffea11fe564d2a48e42d13234d4243f1a70c5"/>
    <w:p>
      <w:pPr>
        <w:pStyle w:val="Heading1"/>
      </w:pPr>
      <w:r>
        <w:rPr>
          <w:b/>
          <w:bCs/>
        </w:rPr>
        <w:t xml:space="preserve">The Death of Ivan Ilych</w:t>
      </w:r>
      <w:r>
        <w:br/>
      </w:r>
      <w:r>
        <w:rPr>
          <w:i/>
          <w:iCs/>
        </w:rPr>
        <w:t xml:space="preserve">Leo Tolstoy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acute</w:t>
      </w:r>
      <w:r>
        <w:rPr>
          <w:b/>
          <w:bCs/>
        </w:rPr>
        <w:t xml:space="preserve"> </w:t>
      </w:r>
      <w:r>
        <w:rPr>
          <w:b/>
          <w:bCs/>
        </w:rPr>
        <w:t xml:space="preserve">appendicitis.</w:t>
      </w:r>
      <w:r>
        <w:br/>
      </w:r>
      <w:r>
        <w:t xml:space="preserve">    (a) bad</w:t>
      </w:r>
      <w:r>
        <w:br/>
      </w:r>
      <w:r>
        <w:t xml:space="preserve">    (b) gradual</w:t>
      </w:r>
      <w:r>
        <w:br/>
      </w:r>
      <w:r>
        <w:t xml:space="preserve">    (c) minor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Birds tend to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acute</w:t>
      </w:r>
      <w:r>
        <w:rPr>
          <w:b/>
          <w:bCs/>
        </w:rPr>
        <w:t xml:space="preserve"> </w:t>
      </w:r>
      <w:r>
        <w:rPr>
          <w:b/>
          <w:bCs/>
        </w:rPr>
        <w:t xml:space="preserve">vision.</w:t>
      </w:r>
      <w:r>
        <w:br/>
      </w:r>
      <w:r>
        <w:t xml:space="preserve">    (a) excellent</w:t>
      </w:r>
      <w:r>
        <w:br/>
      </w:r>
      <w:r>
        <w:t xml:space="preserve">    (b) colorless</w:t>
      </w:r>
      <w:r>
        <w:br/>
      </w:r>
      <w:r>
        <w:t xml:space="preserve">    (c) poor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cried out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agony</w:t>
      </w:r>
      <w:r>
        <w:rPr>
          <w:b/>
          <w:bCs/>
        </w:rPr>
        <w:t xml:space="preserve">.</w:t>
      </w:r>
      <w:r>
        <w:br/>
      </w:r>
      <w:r>
        <w:t xml:space="preserve">    (a) intense suffering</w:t>
      </w:r>
      <w:r>
        <w:br/>
      </w:r>
      <w:r>
        <w:t xml:space="preserve">    (b) sudden surprise</w:t>
      </w:r>
      <w:r>
        <w:br/>
      </w:r>
      <w:r>
        <w:t xml:space="preserve">    (c) intense anger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important to distinguish between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conjecture</w:t>
      </w:r>
      <w:r>
        <w:rPr>
          <w:b/>
          <w:bCs/>
        </w:rPr>
        <w:t xml:space="preserve"> </w:t>
      </w:r>
      <w:r>
        <w:rPr>
          <w:b/>
          <w:bCs/>
        </w:rPr>
        <w:t xml:space="preserve">and fact.</w:t>
      </w:r>
      <w:r>
        <w:br/>
      </w:r>
      <w:r>
        <w:t xml:space="preserve">    (a) popularity</w:t>
      </w:r>
      <w:r>
        <w:br/>
      </w:r>
      <w:r>
        <w:t xml:space="preserve">    (b) fantasy</w:t>
      </w:r>
      <w:r>
        <w:br/>
      </w:r>
      <w:r>
        <w:t xml:space="preserve">    (c) theory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Does the sentence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contradict</w:t>
      </w:r>
      <w:r>
        <w:rPr>
          <w:b/>
          <w:bCs/>
        </w:rPr>
        <w:t xml:space="preserve"> </w:t>
      </w:r>
      <w:r>
        <w:rPr>
          <w:b/>
          <w:bCs/>
        </w:rPr>
        <w:t xml:space="preserve">what is said in the previous paragraph?</w:t>
      </w:r>
      <w:r>
        <w:br/>
      </w:r>
      <w:r>
        <w:t xml:space="preserve">    (a) expand upon</w:t>
      </w:r>
      <w:r>
        <w:br/>
      </w:r>
      <w:r>
        <w:t xml:space="preserve">    (b) reinforce</w:t>
      </w:r>
      <w:r>
        <w:br/>
      </w:r>
      <w:r>
        <w:t xml:space="preserve">    (c) disagree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con artist used clever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deception</w:t>
      </w:r>
      <w:r>
        <w:rPr>
          <w:b/>
          <w:bCs/>
        </w:rPr>
        <w:t xml:space="preserve"> </w:t>
      </w:r>
      <w:r>
        <w:rPr>
          <w:b/>
          <w:bCs/>
        </w:rPr>
        <w:t xml:space="preserve">to trick wealthy investors.</w:t>
      </w:r>
      <w:r>
        <w:br/>
      </w:r>
      <w:r>
        <w:t xml:space="preserve">    (a) praise</w:t>
      </w:r>
      <w:r>
        <w:br/>
      </w:r>
      <w:r>
        <w:t xml:space="preserve">    (b) trickery</w:t>
      </w:r>
      <w:r>
        <w:br/>
      </w:r>
      <w:r>
        <w:t xml:space="preserve">    (c) kindness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judge expected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decorum</w:t>
      </w:r>
      <w:r>
        <w:rPr>
          <w:b/>
          <w:bCs/>
        </w:rPr>
        <w:t xml:space="preserve"> </w:t>
      </w:r>
      <w:r>
        <w:rPr>
          <w:b/>
          <w:bCs/>
        </w:rPr>
        <w:t xml:space="preserve">in the courtroom.</w:t>
      </w:r>
      <w:r>
        <w:br/>
      </w:r>
      <w:r>
        <w:t xml:space="preserve">    (a) loud celebration</w:t>
      </w:r>
      <w:r>
        <w:br/>
      </w:r>
      <w:r>
        <w:t xml:space="preserve">    (b) careless disorder</w:t>
      </w:r>
      <w:r>
        <w:br/>
      </w:r>
      <w:r>
        <w:t xml:space="preserve">    (c) proper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little brother can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exasperating</w:t>
      </w:r>
      <w:r>
        <w:rPr>
          <w:b/>
          <w:bCs/>
        </w:rPr>
        <w:t xml:space="preserve">. He's always testing his boundaries.</w:t>
      </w:r>
      <w:r>
        <w:br/>
      </w:r>
      <w:r>
        <w:t xml:space="preserve">    (a) very active</w:t>
      </w:r>
      <w:r>
        <w:br/>
      </w:r>
      <w:r>
        <w:t xml:space="preserve">    (b) endearing (lovable)</w:t>
      </w:r>
      <w:r>
        <w:br/>
      </w:r>
      <w:r>
        <w:t xml:space="preserve">    (c) greatly annoying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External</w:t>
      </w:r>
      <w:r>
        <w:rPr>
          <w:b/>
          <w:bCs/>
        </w:rPr>
        <w:t xml:space="preserve"> </w:t>
      </w:r>
      <w:r>
        <w:rPr>
          <w:b/>
          <w:bCs/>
        </w:rPr>
        <w:t xml:space="preserve">pressure from competitors forced the company to lower its prices.</w:t>
      </w:r>
      <w:r>
        <w:br/>
      </w:r>
      <w:r>
        <w:t xml:space="preserve">    (a) located inside</w:t>
      </w:r>
      <w:r>
        <w:br/>
      </w:r>
      <w:r>
        <w:t xml:space="preserve">    (b) happening before</w:t>
      </w:r>
      <w:r>
        <w:br/>
      </w:r>
      <w:r>
        <w:t xml:space="preserve">    (c) coming from outside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hope to take the ACT just once.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I will take it early, so there is time to study and take it again if my scores aren't high enough.</w:t>
      </w:r>
      <w:r>
        <w:br/>
      </w:r>
      <w:r>
        <w:t xml:space="preserve">    (a) but</w:t>
      </w:r>
      <w:r>
        <w:br/>
      </w:r>
      <w:r>
        <w:t xml:space="preserve">    (b) also</w:t>
      </w:r>
      <w:r>
        <w:br/>
      </w:r>
      <w:r>
        <w:t xml:space="preserve">    (c) 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safe we make it, there will always be risk.</w:t>
      </w:r>
      <w:r>
        <w:br/>
      </w:r>
      <w:r>
        <w:t xml:space="preserve">    (a) in addition</w:t>
      </w:r>
      <w:r>
        <w:br/>
      </w:r>
      <w:r>
        <w:t xml:space="preserve">    (b) no matter how</w:t>
      </w:r>
      <w:r>
        <w:br/>
      </w:r>
      <w:r>
        <w:t xml:space="preserve">    (c) on-the-other-hand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Night and day we live with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incessant</w:t>
      </w:r>
      <w:r>
        <w:rPr>
          <w:b/>
          <w:bCs/>
        </w:rPr>
        <w:t xml:space="preserve"> </w:t>
      </w:r>
      <w:r>
        <w:rPr>
          <w:b/>
          <w:bCs/>
        </w:rPr>
        <w:t xml:space="preserve">noise of the city.</w:t>
      </w:r>
      <w:r>
        <w:br/>
      </w:r>
      <w:r>
        <w:t xml:space="preserve">    (a) continuous</w:t>
      </w:r>
      <w:r>
        <w:br/>
      </w:r>
      <w:r>
        <w:t xml:space="preserve">    (b) pleasant</w:t>
      </w:r>
      <w:r>
        <w:br/>
      </w:r>
      <w:r>
        <w:t xml:space="preserve">    (c) loud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magistrate</w:t>
      </w:r>
      <w:r>
        <w:rPr>
          <w:b/>
          <w:bCs/>
        </w:rPr>
        <w:t xml:space="preserve"> </w:t>
      </w:r>
      <w:r>
        <w:rPr>
          <w:b/>
          <w:bCs/>
        </w:rPr>
        <w:t xml:space="preserve">set bail at $10,000.</w:t>
      </w:r>
      <w:r>
        <w:br/>
      </w:r>
      <w:r>
        <w:t xml:space="preserve">    (a) attorney</w:t>
      </w:r>
      <w:r>
        <w:br/>
      </w:r>
      <w:r>
        <w:t xml:space="preserve">    (b) judge</w:t>
      </w:r>
      <w:r>
        <w:br/>
      </w:r>
      <w:r>
        <w:t xml:space="preserve">    (c) queen or 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morose</w:t>
      </w:r>
      <w:r>
        <w:rPr>
          <w:b/>
          <w:bCs/>
        </w:rPr>
        <w:t xml:space="preserve"> </w:t>
      </w:r>
      <w:r>
        <w:rPr>
          <w:b/>
          <w:bCs/>
        </w:rPr>
        <w:t xml:space="preserve">and unsociable.</w:t>
      </w:r>
      <w:r>
        <w:br/>
      </w:r>
      <w:r>
        <w:t xml:space="preserve">    (a) unhappy</w:t>
      </w:r>
      <w:r>
        <w:br/>
      </w:r>
      <w:r>
        <w:t xml:space="preserve">    (b) angry</w:t>
      </w:r>
      <w:r>
        <w:br/>
      </w:r>
      <w:r>
        <w:t xml:space="preserve">    (c) frustrated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illegal trade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opium</w:t>
      </w:r>
      <w:r>
        <w:rPr>
          <w:b/>
          <w:bCs/>
        </w:rPr>
        <w:t xml:space="preserve"> </w:t>
      </w:r>
      <w:r>
        <w:rPr>
          <w:b/>
          <w:bCs/>
        </w:rPr>
        <w:t xml:space="preserve">has been a major source of conflict in some regions.</w:t>
      </w:r>
      <w:r>
        <w:br/>
      </w:r>
      <w:r>
        <w:t xml:space="preserve">    (a) a powerful cooking additive</w:t>
      </w:r>
      <w:r>
        <w:br/>
      </w:r>
      <w:r>
        <w:t xml:space="preserve">    (b) a powerful herbal remedy</w:t>
      </w:r>
      <w:r>
        <w:br/>
      </w:r>
      <w:r>
        <w:t xml:space="preserve">    (c) a powerful narcotic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known for losing all sense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propriety</w:t>
      </w:r>
      <w:r>
        <w:rPr>
          <w:b/>
          <w:bCs/>
        </w:rPr>
        <w:t xml:space="preserve"> </w:t>
      </w:r>
      <w:r>
        <w:rPr>
          <w:b/>
          <w:bCs/>
        </w:rPr>
        <w:t xml:space="preserve">once she had a few drinks.</w:t>
      </w:r>
      <w:r>
        <w:br/>
      </w:r>
      <w:r>
        <w:t xml:space="preserve">    (a) humility</w:t>
      </w:r>
      <w:r>
        <w:br/>
      </w:r>
      <w:r>
        <w:t xml:space="preserve">    (b) appropriate behavior</w:t>
      </w:r>
      <w:r>
        <w:br/>
      </w:r>
      <w:r>
        <w:t xml:space="preserve">    (c) delaying gratification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are working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rectify</w:t>
      </w:r>
      <w:r>
        <w:rPr>
          <w:b/>
          <w:bCs/>
        </w:rPr>
        <w:t xml:space="preserve"> </w:t>
      </w:r>
      <w:r>
        <w:rPr>
          <w:b/>
          <w:bCs/>
        </w:rPr>
        <w:t xml:space="preserve">the accounts and send refunds to everyone who was overbilled.</w:t>
      </w:r>
      <w:r>
        <w:br/>
      </w:r>
      <w:r>
        <w:t xml:space="preserve">    (a) correct</w:t>
      </w:r>
      <w:r>
        <w:br/>
      </w:r>
      <w:r>
        <w:t xml:space="preserve">    (b) understand</w:t>
      </w:r>
      <w:r>
        <w:br/>
      </w:r>
      <w:r>
        <w:t xml:space="preserve">    (c) calculate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liked the idea. The arguments I prepared to support it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.</w:t>
      </w:r>
      <w:r>
        <w:br/>
      </w:r>
      <w:r>
        <w:t xml:space="preserve">    (a) appreciated</w:t>
      </w:r>
      <w:r>
        <w:br/>
      </w:r>
      <w:r>
        <w:t xml:space="preserve">    (b) important</w:t>
      </w:r>
      <w:r>
        <w:br/>
      </w:r>
      <w:r>
        <w:t xml:space="preserve">    (c) unnecessary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Bullies made his school days a constant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torment</w:t>
      </w:r>
      <w:r>
        <w:rPr>
          <w:b/>
          <w:bCs/>
        </w:rPr>
        <w:t xml:space="preserve"> </w:t>
      </w:r>
      <w:r>
        <w:rPr>
          <w:b/>
          <w:bCs/>
        </w:rPr>
        <w:t xml:space="preserve">he could not escape.</w:t>
      </w:r>
      <w:r>
        <w:br/>
      </w:r>
      <w:r>
        <w:t xml:space="preserve">    (a) simple confusion</w:t>
      </w:r>
      <w:r>
        <w:br/>
      </w:r>
      <w:r>
        <w:t xml:space="preserve">    (b) severe suffering</w:t>
      </w:r>
      <w:r>
        <w:br/>
      </w:r>
      <w:r>
        <w:t xml:space="preserve">    (c) great enjoyment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scandal,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to public pressure and resigned her position.</w:t>
      </w:r>
      <w:r>
        <w:br/>
      </w:r>
      <w:r>
        <w:t xml:space="preserve">    (a) added</w:t>
      </w:r>
      <w:r>
        <w:br/>
      </w:r>
      <w:r>
        <w:t xml:space="preserve">    (b) gave in</w:t>
      </w:r>
      <w:r>
        <w:br/>
      </w:r>
      <w:r>
        <w:t xml:space="preserve">    (c) produced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2026-07-31T15:14:01Z</dcterms:created>
  <dcterms:modified xsi:type="dcterms:W3CDTF">2026-07-31T15:14:01Z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