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805ce9ce06d5d0d639ebda15b898886000ac9b"/>
    <w:p>
      <w:pPr>
        <w:pStyle w:val="Heading1"/>
      </w:pPr>
      <w:r>
        <w:rPr>
          <w:b/>
          <w:bCs/>
        </w:rPr>
        <w:t xml:space="preserve">The Death of Ivan Ilych</w:t>
      </w:r>
      <w:r>
        <w:br/>
      </w:r>
      <w:r>
        <w:rPr>
          <w:i/>
          <w:iCs/>
        </w:rPr>
        <w:t xml:space="preserve">Leo Tolstoy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does little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allay</w:t>
      </w:r>
      <w:r>
        <w:rPr>
          <w:b/>
          <w:bCs/>
        </w:rPr>
        <w:t xml:space="preserve"> </w:t>
      </w:r>
      <w:r>
        <w:rPr>
          <w:b/>
          <w:bCs/>
        </w:rPr>
        <w:t xml:space="preserve">Israeli fears.</w:t>
      </w:r>
      <w:r>
        <w:br/>
      </w:r>
      <w:r>
        <w:t xml:space="preserve">    (a) increase</w:t>
      </w:r>
      <w:r>
        <w:br/>
      </w:r>
      <w:r>
        <w:t xml:space="preserve">    (b) distract from</w:t>
      </w:r>
      <w:r>
        <w:br/>
      </w:r>
      <w:r>
        <w:t xml:space="preserve">    (c) reduce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 video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altercation</w:t>
      </w:r>
      <w:r>
        <w:rPr>
          <w:b/>
          <w:bCs/>
        </w:rPr>
        <w:t xml:space="preserve">.</w:t>
      </w:r>
      <w:r>
        <w:br/>
      </w:r>
      <w:r>
        <w:t xml:space="preserve">    (a) accident</w:t>
      </w:r>
      <w:r>
        <w:br/>
      </w:r>
      <w:r>
        <w:t xml:space="preserve">    (b) theft</w:t>
      </w:r>
      <w:r>
        <w:br/>
      </w:r>
      <w:r>
        <w:t xml:space="preserve">    (c) fight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understand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antagonism</w:t>
      </w:r>
      <w:r>
        <w:rPr>
          <w:b/>
          <w:bCs/>
        </w:rPr>
        <w:t xml:space="preserve"> </w:t>
      </w:r>
      <w:r>
        <w:rPr>
          <w:b/>
          <w:bCs/>
        </w:rPr>
        <w:t xml:space="preserve">toward me.</w:t>
      </w:r>
      <w:r>
        <w:br/>
      </w:r>
      <w:r>
        <w:t xml:space="preserve">    (a) positive attitude</w:t>
      </w:r>
      <w:r>
        <w:br/>
      </w:r>
      <w:r>
        <w:t xml:space="preserve">    (b) hostility</w:t>
      </w:r>
      <w:r>
        <w:br/>
      </w:r>
      <w:r>
        <w:t xml:space="preserve">    (c) kindness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kept me waiting an hour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anteroom</w:t>
      </w:r>
      <w:r>
        <w:rPr>
          <w:b/>
          <w:bCs/>
        </w:rPr>
        <w:t xml:space="preserve"> </w:t>
      </w:r>
      <w:r>
        <w:rPr>
          <w:b/>
          <w:bCs/>
        </w:rPr>
        <w:t xml:space="preserve">for my long-scheduled ten-minute appointment.</w:t>
      </w:r>
      <w:r>
        <w:br/>
      </w:r>
      <w:r>
        <w:t xml:space="preserve">    (a) a house or shelter in which someone lives</w:t>
      </w:r>
      <w:r>
        <w:br/>
      </w:r>
      <w:r>
        <w:t xml:space="preserve">    (b) a room leading to a larger or more important room</w:t>
      </w:r>
      <w:r>
        <w:br/>
      </w:r>
      <w:r>
        <w:t xml:space="preserve">    (c) the residence of a religious community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immigrants worked hard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assimilate</w:t>
      </w:r>
      <w:r>
        <w:rPr>
          <w:b/>
          <w:bCs/>
        </w:rPr>
        <w:t xml:space="preserve"> </w:t>
      </w:r>
      <w:r>
        <w:rPr>
          <w:b/>
          <w:bCs/>
        </w:rPr>
        <w:t xml:space="preserve">the customs of their new homeland.</w:t>
      </w:r>
      <w:r>
        <w:br/>
      </w:r>
      <w:r>
        <w:t xml:space="preserve">    (a) secretly mock</w:t>
      </w:r>
      <w:r>
        <w:br/>
      </w:r>
      <w:r>
        <w:t xml:space="preserve">    (b) openly reject</w:t>
      </w:r>
      <w:r>
        <w:br/>
      </w:r>
      <w:r>
        <w:t xml:space="preserve">    (c) absorb and adopt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spending habits are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conducive</w:t>
      </w:r>
      <w:r>
        <w:rPr>
          <w:b/>
          <w:bCs/>
        </w:rPr>
        <w:t xml:space="preserve"> </w:t>
      </w:r>
      <w:r>
        <w:rPr>
          <w:b/>
          <w:bCs/>
        </w:rPr>
        <w:t xml:space="preserve">to achieving her financial goals.</w:t>
      </w:r>
      <w:r>
        <w:br/>
      </w:r>
      <w:r>
        <w:t xml:space="preserve">    (a) harmful</w:t>
      </w:r>
      <w:r>
        <w:br/>
      </w:r>
      <w:r>
        <w:t xml:space="preserve">    (b) irrelevant</w:t>
      </w:r>
      <w:r>
        <w:br/>
      </w:r>
      <w:r>
        <w:t xml:space="preserve">    (c) helpful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helped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diffuse</w:t>
      </w:r>
      <w:r>
        <w:rPr>
          <w:b/>
          <w:bCs/>
        </w:rPr>
        <w:t xml:space="preserve"> </w:t>
      </w:r>
      <w:r>
        <w:rPr>
          <w:b/>
          <w:bCs/>
        </w:rPr>
        <w:t xml:space="preserve">his ideas throughout the school.</w:t>
      </w:r>
      <w:r>
        <w:br/>
      </w:r>
      <w:r>
        <w:t xml:space="preserve">    (a) improve</w:t>
      </w:r>
      <w:r>
        <w:br/>
      </w:r>
      <w:r>
        <w:t xml:space="preserve">    (b) spread</w:t>
      </w:r>
      <w:r>
        <w:br/>
      </w:r>
      <w:r>
        <w:t xml:space="preserve">    (c) discourage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Supreme Court was unanimous except for 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dissenting</w:t>
      </w:r>
      <w:r>
        <w:rPr>
          <w:b/>
          <w:bCs/>
        </w:rPr>
        <w:t xml:space="preserve"> </w:t>
      </w:r>
      <w:r>
        <w:rPr>
          <w:b/>
          <w:bCs/>
        </w:rPr>
        <w:t xml:space="preserve">opinion.</w:t>
      </w:r>
      <w:r>
        <w:br/>
      </w:r>
      <w:r>
        <w:t xml:space="preserve">    (a) disagreeing</w:t>
      </w:r>
      <w:r>
        <w:br/>
      </w:r>
      <w:r>
        <w:t xml:space="preserve">    (b) withheld</w:t>
      </w:r>
      <w:r>
        <w:br/>
      </w:r>
      <w:r>
        <w:t xml:space="preserve">    (c) supporting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tried not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fawn</w:t>
      </w:r>
      <w:r>
        <w:rPr>
          <w:b/>
          <w:bCs/>
        </w:rPr>
        <w:t xml:space="preserve"> </w:t>
      </w:r>
      <w:r>
        <w:rPr>
          <w:b/>
          <w:bCs/>
        </w:rPr>
        <w:t xml:space="preserve">over the famous actor when he visited the school.</w:t>
      </w:r>
      <w:r>
        <w:br/>
      </w:r>
      <w:r>
        <w:t xml:space="preserve">    (a) flatter too much</w:t>
      </w:r>
      <w:r>
        <w:br/>
      </w:r>
      <w:r>
        <w:t xml:space="preserve">    (b) speak honestly</w:t>
      </w:r>
      <w:r>
        <w:br/>
      </w:r>
      <w:r>
        <w:t xml:space="preserve">    (c) argue angrily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brace I have to wear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hindering</w:t>
      </w:r>
      <w:r>
        <w:rPr>
          <w:b/>
          <w:bCs/>
        </w:rPr>
        <w:t xml:space="preserve"> </w:t>
      </w:r>
      <w:r>
        <w:rPr>
          <w:b/>
          <w:bCs/>
        </w:rPr>
        <w:t xml:space="preserve">my movements</w:t>
      </w:r>
      <w:r>
        <w:br/>
      </w:r>
      <w:r>
        <w:t xml:space="preserve">    (a) drawing attention to</w:t>
      </w:r>
      <w:r>
        <w:br/>
      </w:r>
      <w:r>
        <w:t xml:space="preserve">    (b) making difficult</w:t>
      </w:r>
      <w:r>
        <w:br/>
      </w:r>
      <w:r>
        <w:t xml:space="preserve">    (c) helping or assisting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becoming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imperative</w:t>
      </w:r>
      <w:r>
        <w:rPr>
          <w:b/>
          <w:bCs/>
        </w:rPr>
        <w:t xml:space="preserve"> </w:t>
      </w:r>
      <w:r>
        <w:rPr>
          <w:b/>
          <w:bCs/>
        </w:rPr>
        <w:t xml:space="preserve">that we get that national deficit under control.</w:t>
      </w:r>
      <w:r>
        <w:br/>
      </w:r>
      <w:r>
        <w:t xml:space="preserve">    (a) a popular belief</w:t>
      </w:r>
      <w:r>
        <w:br/>
      </w:r>
      <w:r>
        <w:t xml:space="preserve">    (b) essential and urgent</w:t>
      </w:r>
      <w:r>
        <w:br/>
      </w:r>
      <w:r>
        <w:t xml:space="preserve">    (c) an excuse for ignoring other problems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march of time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inexorable</w:t>
      </w:r>
      <w:r>
        <w:rPr>
          <w:b/>
          <w:bCs/>
        </w:rPr>
        <w:t xml:space="preserve">, no matter how much we wish to hold on to the past.</w:t>
      </w:r>
      <w:r>
        <w:br/>
      </w:r>
      <w:r>
        <w:t xml:space="preserve">    (a) forgettable</w:t>
      </w:r>
      <w:r>
        <w:br/>
      </w:r>
      <w:r>
        <w:t xml:space="preserve">    (b) unpredictable</w:t>
      </w:r>
      <w:r>
        <w:br/>
      </w:r>
      <w:r>
        <w:t xml:space="preserve">    (c) unstoppable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Barbless hooks are much easier to remove from the fish (and the person fishing, in the event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mishap</w:t>
      </w:r>
      <w:r>
        <w:rPr>
          <w:b/>
          <w:bCs/>
        </w:rPr>
        <w:t xml:space="preserve">).</w:t>
      </w:r>
      <w:r>
        <w:br/>
      </w:r>
      <w:r>
        <w:t xml:space="preserve">    (a) violent argument</w:t>
      </w:r>
      <w:r>
        <w:br/>
      </w:r>
      <w:r>
        <w:t xml:space="preserve">    (b) reversal of fortunes</w:t>
      </w:r>
      <w:r>
        <w:br/>
      </w:r>
      <w:r>
        <w:t xml:space="preserve">    (c) minor accident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new factory is building privacy walls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mitigate</w:t>
      </w:r>
      <w:r>
        <w:rPr>
          <w:b/>
          <w:bCs/>
        </w:rPr>
        <w:t xml:space="preserve"> </w:t>
      </w:r>
      <w:r>
        <w:rPr>
          <w:b/>
          <w:bCs/>
        </w:rPr>
        <w:t xml:space="preserve">its impact on neighbors.</w:t>
      </w:r>
      <w:r>
        <w:br/>
      </w:r>
      <w:r>
        <w:t xml:space="preserve">    (a) make less harmful or unpleasant</w:t>
      </w:r>
      <w:r>
        <w:br/>
      </w:r>
      <w:r>
        <w:t xml:space="preserve">    (b) change the subject from</w:t>
      </w:r>
      <w:r>
        <w:br/>
      </w:r>
      <w:r>
        <w:t xml:space="preserve">    (c) make a bad situation worse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obsequious</w:t>
      </w:r>
      <w:r>
        <w:rPr>
          <w:b/>
          <w:bCs/>
        </w:rPr>
        <w:t xml:space="preserve"> </w:t>
      </w:r>
      <w:r>
        <w:rPr>
          <w:b/>
          <w:bCs/>
        </w:rPr>
        <w:t xml:space="preserve">waiter praised every comment the celebrity made.</w:t>
      </w:r>
      <w:r>
        <w:br/>
      </w:r>
      <w:r>
        <w:t xml:space="preserve">    (a) too eager to please</w:t>
      </w:r>
      <w:r>
        <w:br/>
      </w:r>
      <w:r>
        <w:t xml:space="preserve">    (b) quick to complain</w:t>
      </w:r>
      <w:r>
        <w:br/>
      </w:r>
      <w:r>
        <w:t xml:space="preserve">    (c) hard to recognize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power outage, the principal restored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semblance</w:t>
      </w:r>
      <w:r>
        <w:rPr>
          <w:b/>
          <w:bCs/>
        </w:rPr>
        <w:t xml:space="preserve"> </w:t>
      </w:r>
      <w:r>
        <w:rPr>
          <w:b/>
          <w:bCs/>
        </w:rPr>
        <w:t xml:space="preserve">of order.</w:t>
      </w:r>
      <w:r>
        <w:br/>
      </w:r>
      <w:r>
        <w:t xml:space="preserve">    (a) sudden interruption</w:t>
      </w:r>
      <w:r>
        <w:br/>
      </w:r>
      <w:r>
        <w:t xml:space="preserve">    (b) careful record</w:t>
      </w:r>
      <w:r>
        <w:br/>
      </w:r>
      <w:r>
        <w:t xml:space="preserve">    (c) appearance or impression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enjoyed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sensual</w:t>
      </w:r>
      <w:r>
        <w:rPr>
          <w:b/>
          <w:bCs/>
        </w:rPr>
        <w:t xml:space="preserve"> </w:t>
      </w:r>
      <w:r>
        <w:rPr>
          <w:b/>
          <w:bCs/>
        </w:rPr>
        <w:t xml:space="preserve">pleasure of the warm sun on her skin.</w:t>
      </w:r>
      <w:r>
        <w:br/>
      </w:r>
      <w:r>
        <w:t xml:space="preserve">    (a) deep empathetic understanding</w:t>
      </w:r>
      <w:r>
        <w:br/>
      </w:r>
      <w:r>
        <w:t xml:space="preserve">    (b) pleasing the body's senses</w:t>
      </w:r>
      <w:r>
        <w:br/>
      </w:r>
      <w:r>
        <w:t xml:space="preserve">    (c) exciting the mind's intellect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tacit</w:t>
      </w:r>
      <w:r>
        <w:rPr>
          <w:b/>
          <w:bCs/>
        </w:rPr>
        <w:t xml:space="preserve"> </w:t>
      </w:r>
      <w:r>
        <w:rPr>
          <w:b/>
          <w:bCs/>
        </w:rPr>
        <w:t xml:space="preserve">agreement.</w:t>
      </w:r>
      <w:r>
        <w:br/>
      </w:r>
      <w:r>
        <w:t xml:space="preserve">    (a) clear</w:t>
      </w:r>
      <w:r>
        <w:br/>
      </w:r>
      <w:r>
        <w:t xml:space="preserve">    (b) reasonable</w:t>
      </w:r>
      <w:r>
        <w:br/>
      </w:r>
      <w:r>
        <w:t xml:space="preserve">    (c) implied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jury reached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unanimous</w:t>
      </w:r>
      <w:r>
        <w:rPr>
          <w:b/>
          <w:bCs/>
        </w:rPr>
        <w:t xml:space="preserve"> </w:t>
      </w:r>
      <w:r>
        <w:rPr>
          <w:b/>
          <w:bCs/>
        </w:rPr>
        <w:t xml:space="preserve">decision after just two hours of deliberation.</w:t>
      </w:r>
      <w:r>
        <w:br/>
      </w:r>
      <w:r>
        <w:t xml:space="preserve">    (a) split nearly evenly</w:t>
      </w:r>
      <w:r>
        <w:br/>
      </w:r>
      <w:r>
        <w:t xml:space="preserve">    (b) made by just one juror</w:t>
      </w:r>
      <w:r>
        <w:br/>
      </w:r>
      <w:r>
        <w:t xml:space="preserve">    (c) agreed on by all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vivacious</w:t>
      </w:r>
      <w:r>
        <w:rPr>
          <w:b/>
          <w:bCs/>
        </w:rPr>
        <w:t xml:space="preserve"> </w:t>
      </w:r>
      <w:r>
        <w:rPr>
          <w:b/>
          <w:bCs/>
        </w:rPr>
        <w:t xml:space="preserve">high school senior who has captured the nations heart.</w:t>
      </w:r>
      <w:r>
        <w:br/>
      </w:r>
      <w:r>
        <w:t xml:space="preserve">    (a) kind and attractive</w:t>
      </w:r>
      <w:r>
        <w:br/>
      </w:r>
      <w:r>
        <w:t xml:space="preserve">    (b) smart and well-spoken</w:t>
      </w:r>
      <w:r>
        <w:br/>
      </w:r>
      <w:r>
        <w:t xml:space="preserve">    (c) engaging and lively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2026-07-31T15:14:02Z</dcterms:created>
  <dcterms:modified xsi:type="dcterms:W3CDTF">2026-07-31T15:14:02Z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