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e022948777302b14a6d885aa92283bf426c55f1"/>
    <w:p>
      <w:pPr>
        <w:pStyle w:val="Heading1"/>
      </w:pPr>
      <w:r>
        <w:rPr>
          <w:b/>
          <w:bCs/>
        </w:rPr>
        <w:t xml:space="preserve">The Death of Ivan Ilych</w:t>
      </w:r>
      <w:r>
        <w:br/>
      </w:r>
      <w:r>
        <w:rPr>
          <w:i/>
          <w:iCs/>
        </w:rPr>
        <w:t xml:space="preserve">Leo Tolstoy</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Noticing this, he put out his cigarette, rose, pressed her hand, and went out into the</w:t>
      </w:r>
      <w:r>
        <w:rPr>
          <w:b/>
          <w:bCs/>
        </w:rPr>
        <w:t xml:space="preserve"> </w:t>
      </w:r>
      <w:r>
        <w:rPr>
          <w:b/>
          <w:bCs/>
          <w:u w:val="single"/>
        </w:rPr>
        <w:t xml:space="preserve">anteroom</w:t>
      </w:r>
      <w:r>
        <w:rPr>
          <w:b/>
          <w:bCs/>
        </w:rPr>
        <w:t xml:space="preserve">.</w:t>
      </w:r>
      <w:r>
        <w:br/>
      </w:r>
      <w:r>
        <w:t xml:space="preserve">    (a) a room leading to a larger or more important room</w:t>
      </w:r>
      <w:r>
        <w:br/>
      </w:r>
      <w:r>
        <w:t xml:space="preserve">    (b) dense, rainy forest with many species</w:t>
      </w:r>
      <w:r>
        <w:br/>
      </w:r>
      <w:r>
        <w:t xml:space="preserve">    (c) island (that is made of a coral reef)</w:t>
      </w:r>
    </w:p>
    <w:p>
      <w:pPr>
        <w:pStyle w:val="Compact"/>
        <w:numPr>
          <w:ilvl w:val="0"/>
          <w:numId w:val="1001"/>
        </w:numPr>
      </w:pPr>
      <w:r>
        <w:rPr>
          <w:b/>
          <w:bCs/>
        </w:rPr>
        <w:t xml:space="preserve">Neither as a boy nor as a man was he a toady, but from early youth was by nature attracted to people of high station as a fly is drawn to the light,</w:t>
      </w:r>
      <w:r>
        <w:rPr>
          <w:b/>
          <w:bCs/>
        </w:rPr>
        <w:t xml:space="preserve"> </w:t>
      </w:r>
      <w:r>
        <w:rPr>
          <w:b/>
          <w:bCs/>
          <w:u w:val="single"/>
        </w:rPr>
        <w:t xml:space="preserve">assimilating</w:t>
      </w:r>
      <w:r>
        <w:rPr>
          <w:b/>
          <w:bCs/>
        </w:rPr>
        <w:t xml:space="preserve"> </w:t>
      </w:r>
      <w:r>
        <w:rPr>
          <w:b/>
          <w:bCs/>
        </w:rPr>
        <w:t xml:space="preserve">their ways and views of life and establishing friendly relations with them.</w:t>
      </w:r>
      <w:r>
        <w:br/>
      </w:r>
      <w:r>
        <w:t xml:space="preserve">    (a) requiring (obligating) to do something</w:t>
      </w:r>
      <w:r>
        <w:br/>
      </w:r>
      <w:r>
        <w:t xml:space="preserve">    (b) taking in, transforming, or fitting in</w:t>
      </w:r>
      <w:r>
        <w:br/>
      </w:r>
      <w:r>
        <w:t xml:space="preserve">    (c) making strips of hair lighter in color</w:t>
      </w:r>
    </w:p>
    <w:p>
      <w:pPr>
        <w:pStyle w:val="Compact"/>
        <w:numPr>
          <w:ilvl w:val="0"/>
          <w:numId w:val="1001"/>
        </w:numPr>
      </w:pPr>
      <w:r>
        <w:rPr>
          <w:b/>
          <w:bCs/>
        </w:rPr>
        <w:t xml:space="preserve">All the enthusiasms of childhood and youth passed without leaving much trace on him; he succumbed to</w:t>
      </w:r>
      <w:r>
        <w:rPr>
          <w:b/>
          <w:bCs/>
        </w:rPr>
        <w:t xml:space="preserve"> </w:t>
      </w:r>
      <w:r>
        <w:rPr>
          <w:b/>
          <w:bCs/>
          <w:u w:val="single"/>
        </w:rPr>
        <w:t xml:space="preserve">sensuality</w:t>
      </w:r>
      <w:r>
        <w:rPr>
          <w:b/>
          <w:bCs/>
        </w:rPr>
        <w:t xml:space="preserve">, to vanity, and latterly among the highest classes to liberalism, but always within limits which his instinct unfailingly indicated to him as correct.</w:t>
      </w:r>
      <w:r>
        <w:br/>
      </w:r>
      <w:r>
        <w:t xml:space="preserve">    (a) someone bound to serve another without pay -- such as a slave or serf</w:t>
      </w:r>
      <w:r>
        <w:br/>
      </w:r>
      <w:r>
        <w:t xml:space="preserve">    (b) relating to pleasing the body's senses (in contrast to the intellect)</w:t>
      </w:r>
      <w:r>
        <w:br/>
      </w:r>
      <w:r>
        <w:t xml:space="preserve">    (c) the degree to which something can change to fit a different situation</w:t>
      </w:r>
    </w:p>
    <w:p>
      <w:pPr>
        <w:pStyle w:val="Compact"/>
        <w:numPr>
          <w:ilvl w:val="0"/>
          <w:numId w:val="1001"/>
        </w:numPr>
      </w:pPr>
      <w:r>
        <w:rPr>
          <w:b/>
          <w:bCs/>
        </w:rPr>
        <w:t xml:space="preserve">...and there was too some</w:t>
      </w:r>
      <w:r>
        <w:rPr>
          <w:b/>
          <w:bCs/>
        </w:rPr>
        <w:t xml:space="preserve"> </w:t>
      </w:r>
      <w:r>
        <w:rPr>
          <w:b/>
          <w:bCs/>
          <w:u w:val="single"/>
        </w:rPr>
        <w:t xml:space="preserve">obsequiousness</w:t>
      </w:r>
      <w:r>
        <w:rPr>
          <w:b/>
          <w:bCs/>
        </w:rPr>
        <w:t xml:space="preserve"> </w:t>
      </w:r>
      <w:r>
        <w:rPr>
          <w:b/>
          <w:bCs/>
        </w:rPr>
        <w:t xml:space="preserve">to his chief and even to his chief's wife, but all this was done with such a tone of good breeding that no hard names could be applied to it.</w:t>
      </w:r>
      <w:r>
        <w:br/>
      </w:r>
      <w:r>
        <w:t xml:space="preserve">    (a) meticulousness (care for small details)</w:t>
      </w:r>
      <w:r>
        <w:br/>
      </w:r>
      <w:r>
        <w:t xml:space="preserve">    (b) the state or degree of being very large</w:t>
      </w:r>
      <w:r>
        <w:br/>
      </w:r>
      <w:r>
        <w:t xml:space="preserve">    (c) excessive attentiveness and flattery</w:t>
      </w:r>
    </w:p>
    <w:p>
      <w:pPr>
        <w:pStyle w:val="Compact"/>
        <w:numPr>
          <w:ilvl w:val="0"/>
          <w:numId w:val="1001"/>
        </w:numPr>
      </w:pPr>
      <w:r>
        <w:rPr>
          <w:b/>
          <w:bCs/>
        </w:rPr>
        <w:t xml:space="preserve">He now realized that matrimony — at any rate with Praskovya Fedorovna — was not always</w:t>
      </w:r>
      <w:r>
        <w:rPr>
          <w:b/>
          <w:bCs/>
        </w:rPr>
        <w:t xml:space="preserve"> </w:t>
      </w:r>
      <w:r>
        <w:rPr>
          <w:b/>
          <w:bCs/>
          <w:u w:val="single"/>
        </w:rPr>
        <w:t xml:space="preserve">conducive</w:t>
      </w:r>
      <w:r>
        <w:rPr>
          <w:b/>
          <w:bCs/>
        </w:rPr>
        <w:t xml:space="preserve"> </w:t>
      </w:r>
      <w:r>
        <w:rPr>
          <w:b/>
          <w:bCs/>
        </w:rPr>
        <w:t xml:space="preserve">to the pleasures and amenities of life, but on the contrary often infringed both comfort and propriety, and that he must therefore entrench himself against such infringement.</w:t>
      </w:r>
      <w:r>
        <w:br/>
      </w:r>
      <w:r>
        <w:t xml:space="preserve">    (a) the state or degree of criticism or disagreement</w:t>
      </w:r>
      <w:r>
        <w:br/>
      </w:r>
      <w:r>
        <w:t xml:space="preserve">    (b) tending to have excessively unfavorable opinions</w:t>
      </w:r>
      <w:r>
        <w:br/>
      </w:r>
      <w:r>
        <w:t xml:space="preserve">    (c) helpful; or tending to contribute (to something)</w:t>
      </w:r>
    </w:p>
    <w:p>
      <w:pPr>
        <w:pStyle w:val="Compact"/>
        <w:numPr>
          <w:ilvl w:val="0"/>
          <w:numId w:val="1001"/>
        </w:numPr>
      </w:pPr>
      <w:r>
        <w:rPr>
          <w:b/>
          <w:bCs/>
        </w:rPr>
        <w:t xml:space="preserve">With the birth of their child, the attempts to feed it and the various failures in doing so, and with the real and imaginary illnesses of mother and child, in which Ivan Ilych's sympathy was demanded but about which he understood nothing, the need of securing for himself an existence outside his family life became still more</w:t>
      </w:r>
      <w:r>
        <w:rPr>
          <w:b/>
          <w:bCs/>
        </w:rPr>
        <w:t xml:space="preserve"> </w:t>
      </w:r>
      <w:r>
        <w:rPr>
          <w:b/>
          <w:bCs/>
          <w:u w:val="single"/>
        </w:rPr>
        <w:t xml:space="preserve">imperative</w:t>
      </w:r>
      <w:r>
        <w:rPr>
          <w:b/>
          <w:bCs/>
        </w:rPr>
        <w:t xml:space="preserve">.</w:t>
      </w:r>
      <w:r>
        <w:br/>
      </w:r>
      <w:r>
        <w:t xml:space="preserve">    (a) essential and urgent</w:t>
      </w:r>
      <w:r>
        <w:br/>
      </w:r>
      <w:r>
        <w:t xml:space="preserve">    (b) not demonstrative of</w:t>
      </w:r>
      <w:r>
        <w:br/>
      </w:r>
      <w:r>
        <w:t xml:space="preserve">    (c) sincerity (realness)</w:t>
      </w:r>
    </w:p>
    <w:p>
      <w:pPr>
        <w:pStyle w:val="Compact"/>
        <w:numPr>
          <w:ilvl w:val="0"/>
          <w:numId w:val="1001"/>
        </w:numPr>
      </w:pPr>
      <w:r>
        <w:rPr>
          <w:b/>
          <w:bCs/>
        </w:rPr>
        <w:t xml:space="preserve">For the rest he looked for lighthearted pleasure and propriety, and was very thankful when he found them, but if he met with</w:t>
      </w:r>
      <w:r>
        <w:rPr>
          <w:b/>
          <w:bCs/>
        </w:rPr>
        <w:t xml:space="preserve"> </w:t>
      </w:r>
      <w:r>
        <w:rPr>
          <w:b/>
          <w:bCs/>
          <w:u w:val="single"/>
        </w:rPr>
        <w:t xml:space="preserve">antagonism</w:t>
      </w:r>
      <w:r>
        <w:rPr>
          <w:b/>
          <w:bCs/>
        </w:rPr>
        <w:t xml:space="preserve"> </w:t>
      </w:r>
      <w:r>
        <w:rPr>
          <w:b/>
          <w:bCs/>
        </w:rPr>
        <w:t xml:space="preserve">and querulousness he at once retired into his separate fenced-off world of official duties, where he found satisfaction.</w:t>
      </w:r>
      <w:r>
        <w:br/>
      </w:r>
      <w:r>
        <w:t xml:space="preserve">    (a) positive attitude</w:t>
      </w:r>
      <w:r>
        <w:br/>
      </w:r>
      <w:r>
        <w:t xml:space="preserve">    (b) hostility or opposition</w:t>
      </w:r>
      <w:r>
        <w:br/>
      </w:r>
      <w:r>
        <w:t xml:space="preserve">    (c) kindness</w:t>
      </w:r>
    </w:p>
    <w:p>
      <w:pPr>
        <w:pStyle w:val="Compact"/>
        <w:numPr>
          <w:ilvl w:val="0"/>
          <w:numId w:val="1001"/>
        </w:numPr>
      </w:pPr>
      <w:r>
        <w:rPr>
          <w:b/>
          <w:bCs/>
        </w:rPr>
        <w:t xml:space="preserve">His aim was to free himself more and more from those unpleasantness and to give them a</w:t>
      </w:r>
      <w:r>
        <w:rPr>
          <w:b/>
          <w:bCs/>
        </w:rPr>
        <w:t xml:space="preserve"> </w:t>
      </w:r>
      <w:r>
        <w:rPr>
          <w:b/>
          <w:bCs/>
          <w:u w:val="single"/>
        </w:rPr>
        <w:t xml:space="preserve">semblance</w:t>
      </w:r>
      <w:r>
        <w:rPr>
          <w:b/>
          <w:bCs/>
        </w:rPr>
        <w:t xml:space="preserve"> </w:t>
      </w:r>
      <w:r>
        <w:rPr>
          <w:b/>
          <w:bCs/>
        </w:rPr>
        <w:t xml:space="preserve">of harmlessness and propriety.</w:t>
      </w:r>
      <w:r>
        <w:br/>
      </w:r>
      <w:r>
        <w:t xml:space="preserve">    (a) the outward appearance of something -- especially when the reality is different or incomplete</w:t>
      </w:r>
      <w:r>
        <w:br/>
      </w:r>
      <w:r>
        <w:t xml:space="preserve">    (b) a response to an offer that proposes a different agreement while rejecting the previous offer</w:t>
      </w:r>
      <w:r>
        <w:br/>
      </w:r>
      <w:r>
        <w:t xml:space="preserve">    (c) of the philosophical &amp; religious system based on the teachings of Laozi (also spelled Taoist)</w:t>
      </w:r>
    </w:p>
    <w:p>
      <w:pPr>
        <w:pStyle w:val="Compact"/>
        <w:numPr>
          <w:ilvl w:val="0"/>
          <w:numId w:val="1001"/>
        </w:numPr>
      </w:pPr>
      <w:r>
        <w:rPr>
          <w:b/>
          <w:bCs/>
        </w:rPr>
        <w:t xml:space="preserve">only one son was left, a schoolboy and a subject of</w:t>
      </w:r>
      <w:r>
        <w:rPr>
          <w:b/>
          <w:bCs/>
        </w:rPr>
        <w:t xml:space="preserve"> </w:t>
      </w:r>
      <w:r>
        <w:rPr>
          <w:b/>
          <w:bCs/>
          <w:u w:val="single"/>
        </w:rPr>
        <w:t xml:space="preserve">dissension</w:t>
      </w:r>
      <w:r>
        <w:rPr>
          <w:b/>
          <w:bCs/>
        </w:rPr>
        <w:t xml:space="preserve">.</w:t>
      </w:r>
      <w:r>
        <w:br/>
      </w:r>
      <w:r>
        <w:t xml:space="preserve">    (a) social event or ceremony</w:t>
      </w:r>
      <w:r>
        <w:br/>
      </w:r>
      <w:r>
        <w:t xml:space="preserve">    (b) disagreement</w:t>
      </w:r>
      <w:r>
        <w:br/>
      </w:r>
      <w:r>
        <w:t xml:space="preserve">    (c) a positively charged ion</w:t>
      </w:r>
    </w:p>
    <w:p>
      <w:pPr>
        <w:pStyle w:val="Compact"/>
        <w:numPr>
          <w:ilvl w:val="0"/>
          <w:numId w:val="1001"/>
        </w:numPr>
      </w:pPr>
      <w:r>
        <w:rPr>
          <w:b/>
          <w:bCs/>
        </w:rPr>
        <w:t xml:space="preserve">Ivan Ilych told of how he had been feted by everybody in Petersburg, how all those who had been his enemies were put to shame and now</w:t>
      </w:r>
      <w:r>
        <w:rPr>
          <w:b/>
          <w:bCs/>
        </w:rPr>
        <w:t xml:space="preserve"> </w:t>
      </w:r>
      <w:r>
        <w:rPr>
          <w:b/>
          <w:bCs/>
          <w:u w:val="single"/>
        </w:rPr>
        <w:t xml:space="preserve">fawned</w:t>
      </w:r>
      <w:r>
        <w:rPr>
          <w:b/>
          <w:bCs/>
        </w:rPr>
        <w:t xml:space="preserve"> </w:t>
      </w:r>
      <w:r>
        <w:rPr>
          <w:b/>
          <w:bCs/>
        </w:rPr>
        <w:t xml:space="preserve">on him, how envious they were of his appointment, and how much everybody in Petersburg had liked him.</w:t>
      </w:r>
      <w:r>
        <w:br/>
      </w:r>
      <w:r>
        <w:t xml:space="preserve">    (a) not good at concentrating on one thing</w:t>
      </w:r>
      <w:r>
        <w:br/>
      </w:r>
      <w:r>
        <w:t xml:space="preserve">    (b) showed excessive flattery or affection</w:t>
      </w:r>
      <w:r>
        <w:br/>
      </w:r>
      <w:r>
        <w:t xml:space="preserve">    (c) differed notably in brightness or tone</w:t>
      </w:r>
    </w:p>
    <w:p>
      <w:pPr>
        <w:pStyle w:val="Compact"/>
        <w:numPr>
          <w:ilvl w:val="0"/>
          <w:numId w:val="1001"/>
        </w:numPr>
      </w:pPr>
      <w:r>
        <w:rPr>
          <w:b/>
          <w:bCs/>
        </w:rPr>
        <w:t xml:space="preserve">In their views as to their acquaintances, husband, wife and daughter were entirely agreed, and</w:t>
      </w:r>
      <w:r>
        <w:rPr>
          <w:b/>
          <w:bCs/>
        </w:rPr>
        <w:t xml:space="preserve"> </w:t>
      </w:r>
      <w:r>
        <w:rPr>
          <w:b/>
          <w:bCs/>
          <w:u w:val="single"/>
        </w:rPr>
        <w:t xml:space="preserve">tacitly</w:t>
      </w:r>
      <w:r>
        <w:rPr>
          <w:b/>
          <w:bCs/>
        </w:rPr>
        <w:t xml:space="preserve"> </w:t>
      </w:r>
      <w:r>
        <w:rPr>
          <w:b/>
          <w:bCs/>
        </w:rPr>
        <w:t xml:space="preserve">and unanimously kept at arm's length and shook off the various shabby friends and relations who, with much show of affection, gushed into the drawing-room with its Japanese plates on the walls.</w:t>
      </w:r>
      <w:r>
        <w:br/>
      </w:r>
      <w:r>
        <w:t xml:space="preserve">    (a) exactly or accurately</w:t>
      </w:r>
      <w:r>
        <w:br/>
      </w:r>
      <w:r>
        <w:t xml:space="preserve">    (b) completely or totally</w:t>
      </w:r>
      <w:r>
        <w:br/>
      </w:r>
      <w:r>
        <w:t xml:space="preserve">    (c) in an indirect manner</w:t>
      </w:r>
    </w:p>
    <w:p>
      <w:pPr>
        <w:pStyle w:val="Compact"/>
        <w:numPr>
          <w:ilvl w:val="0"/>
          <w:numId w:val="1001"/>
        </w:numPr>
      </w:pPr>
      <w:r>
        <w:rPr>
          <w:b/>
          <w:bCs/>
        </w:rPr>
        <w:t xml:space="preserve">In their views as to their acquaintances, husband, wife and daughter were entirely agreed, and tacitly and</w:t>
      </w:r>
      <w:r>
        <w:rPr>
          <w:b/>
          <w:bCs/>
        </w:rPr>
        <w:t xml:space="preserve"> </w:t>
      </w:r>
      <w:r>
        <w:rPr>
          <w:b/>
          <w:bCs/>
          <w:u w:val="single"/>
        </w:rPr>
        <w:t xml:space="preserve">unanimously</w:t>
      </w:r>
      <w:r>
        <w:rPr>
          <w:b/>
          <w:bCs/>
        </w:rPr>
        <w:t xml:space="preserve"> </w:t>
      </w:r>
      <w:r>
        <w:rPr>
          <w:b/>
          <w:bCs/>
        </w:rPr>
        <w:t xml:space="preserve">kept at arm's length and shook off the various shabby friends and relations who, with much show of affection, gushed into the drawing-room with its Japanese plates on the walls.</w:t>
      </w:r>
      <w:r>
        <w:br/>
      </w:r>
      <w:r>
        <w:t xml:space="preserve">    (a) about (but not exactly)</w:t>
      </w:r>
      <w:r>
        <w:br/>
      </w:r>
      <w:r>
        <w:t xml:space="preserve">    (b) relating to the outside</w:t>
      </w:r>
      <w:r>
        <w:br/>
      </w:r>
      <w:r>
        <w:t xml:space="preserve">    (c) with complete agreement</w:t>
      </w:r>
    </w:p>
    <w:p>
      <w:pPr>
        <w:pStyle w:val="Compact"/>
        <w:numPr>
          <w:ilvl w:val="0"/>
          <w:numId w:val="1001"/>
        </w:numPr>
      </w:pPr>
      <w:r>
        <w:rPr>
          <w:b/>
          <w:bCs/>
        </w:rPr>
        <w:t xml:space="preserve">And he was furious with the</w:t>
      </w:r>
      <w:r>
        <w:rPr>
          <w:b/>
          <w:bCs/>
        </w:rPr>
        <w:t xml:space="preserve"> </w:t>
      </w:r>
      <w:r>
        <w:rPr>
          <w:b/>
          <w:bCs/>
          <w:u w:val="single"/>
        </w:rPr>
        <w:t xml:space="preserve">mishap</w:t>
      </w:r>
      <w:r>
        <w:rPr>
          <w:b/>
          <w:bCs/>
        </w:rPr>
        <w:t xml:space="preserve">, or with the people who were causing the unpleasantness and killing him, for he felt that this fury was killing him but he could not restrain it.</w:t>
      </w:r>
      <w:r>
        <w:br/>
      </w:r>
      <w:r>
        <w:t xml:space="preserve">    (a) unfortunate accident</w:t>
      </w:r>
      <w:r>
        <w:br/>
      </w:r>
      <w:r>
        <w:t xml:space="preserve">    (b) basic rule or belief</w:t>
      </w:r>
      <w:r>
        <w:br/>
      </w:r>
      <w:r>
        <w:t xml:space="preserve">    (c) the act of forgiving</w:t>
      </w:r>
    </w:p>
    <w:p>
      <w:pPr>
        <w:pStyle w:val="Compact"/>
        <w:numPr>
          <w:ilvl w:val="0"/>
          <w:numId w:val="1001"/>
        </w:numPr>
      </w:pPr>
      <w:r>
        <w:rPr>
          <w:b/>
          <w:bCs/>
        </w:rPr>
        <w:t xml:space="preserve">Ivan Ilych felt that he had</w:t>
      </w:r>
      <w:r>
        <w:rPr>
          <w:b/>
          <w:bCs/>
        </w:rPr>
        <w:t xml:space="preserve"> </w:t>
      </w:r>
      <w:r>
        <w:rPr>
          <w:b/>
          <w:bCs/>
          <w:u w:val="single"/>
        </w:rPr>
        <w:t xml:space="preserve">diffused</w:t>
      </w:r>
      <w:r>
        <w:rPr>
          <w:b/>
          <w:bCs/>
        </w:rPr>
        <w:t xml:space="preserve"> </w:t>
      </w:r>
      <w:r>
        <w:rPr>
          <w:b/>
          <w:bCs/>
        </w:rPr>
        <w:t xml:space="preserve">this gloom over them and could not dispel it.</w:t>
      </w:r>
      <w:r>
        <w:br/>
      </w:r>
      <w:r>
        <w:t xml:space="preserve">    (a) concentrated, look at, or paid attention to</w:t>
      </w:r>
      <w:r>
        <w:br/>
      </w:r>
      <w:r>
        <w:t xml:space="preserve">    (b) began speaking with someone about something</w:t>
      </w:r>
      <w:r>
        <w:br/>
      </w:r>
      <w:r>
        <w:t xml:space="preserve">    (c) mixed in; or spread; or softened; or calmed</w:t>
      </w:r>
    </w:p>
    <w:p>
      <w:pPr>
        <w:pStyle w:val="Compact"/>
        <w:numPr>
          <w:ilvl w:val="0"/>
          <w:numId w:val="1001"/>
        </w:numPr>
      </w:pPr>
      <w:r>
        <w:rPr>
          <w:b/>
          <w:bCs/>
        </w:rPr>
        <w:t xml:space="preserve">the gnawing,</w:t>
      </w:r>
      <w:r>
        <w:rPr>
          <w:b/>
          <w:bCs/>
        </w:rPr>
        <w:t xml:space="preserve"> </w:t>
      </w:r>
      <w:r>
        <w:rPr>
          <w:b/>
          <w:bCs/>
          <w:u w:val="single"/>
        </w:rPr>
        <w:t xml:space="preserve">unmitigated</w:t>
      </w:r>
      <w:r>
        <w:rPr>
          <w:b/>
          <w:bCs/>
        </w:rPr>
        <w:t xml:space="preserve">, agonizing pain</w:t>
      </w:r>
      <w:r>
        <w:br/>
      </w:r>
      <w:r>
        <w:t xml:space="preserve">    (a) complete (not diminished)</w:t>
      </w:r>
      <w:r>
        <w:br/>
      </w:r>
      <w:r>
        <w:t xml:space="preserve">    (b) not atoned (demonstrated sorrow for a wrong either by doing something good in return for the wrong, or by accepting punishment)</w:t>
      </w:r>
      <w:r>
        <w:br/>
      </w:r>
      <w:r>
        <w:t xml:space="preserve">    (c) atoned (demonstrated sorrow for a wrong either by doing something good in return for the wrong, or by accepting punishment)</w:t>
      </w:r>
    </w:p>
    <w:p>
      <w:pPr>
        <w:pStyle w:val="Compact"/>
        <w:numPr>
          <w:ilvl w:val="0"/>
          <w:numId w:val="1001"/>
        </w:numPr>
      </w:pPr>
      <w:r>
        <w:rPr>
          <w:b/>
          <w:bCs/>
        </w:rPr>
        <w:t xml:space="preserve">Whether it was morning or evening, Friday or Sunday, made no difference, it was all just the same: the gnawing, unmitigated, agonizing pain, never ceasing for an instant, the consciousness of life</w:t>
      </w:r>
      <w:r>
        <w:rPr>
          <w:b/>
          <w:bCs/>
        </w:rPr>
        <w:t xml:space="preserve"> </w:t>
      </w:r>
      <w:r>
        <w:rPr>
          <w:b/>
          <w:bCs/>
          <w:u w:val="single"/>
        </w:rPr>
        <w:t xml:space="preserve">inexorably</w:t>
      </w:r>
      <w:r>
        <w:rPr>
          <w:b/>
          <w:bCs/>
        </w:rPr>
        <w:t xml:space="preserve"> </w:t>
      </w:r>
      <w:r>
        <w:rPr>
          <w:b/>
          <w:bCs/>
        </w:rPr>
        <w:t xml:space="preserve">waning but not yet extinguished, the approach of that ever dreaded and hateful Death which was the only reality, and always the same falsity.</w:t>
      </w:r>
      <w:r>
        <w:br/>
      </w:r>
      <w:r>
        <w:t xml:space="preserve">    (a) impossible to stop, persuade, or change</w:t>
      </w:r>
      <w:r>
        <w:br/>
      </w:r>
      <w:r>
        <w:t xml:space="preserve">    (b) in a pessimistic or disagreeable manner</w:t>
      </w:r>
      <w:r>
        <w:br/>
      </w:r>
      <w:r>
        <w:t xml:space="preserve">    (c) enthusiastically or with great interest</w:t>
      </w:r>
    </w:p>
    <w:p>
      <w:pPr>
        <w:pStyle w:val="Compact"/>
        <w:numPr>
          <w:ilvl w:val="0"/>
          <w:numId w:val="1001"/>
        </w:numPr>
      </w:pPr>
      <w:r>
        <w:rPr>
          <w:b/>
          <w:bCs/>
        </w:rPr>
        <w:t xml:space="preserve">the sparkle of her</w:t>
      </w:r>
      <w:r>
        <w:rPr>
          <w:b/>
          <w:bCs/>
        </w:rPr>
        <w:t xml:space="preserve"> </w:t>
      </w:r>
      <w:r>
        <w:rPr>
          <w:b/>
          <w:bCs/>
          <w:u w:val="single"/>
        </w:rPr>
        <w:t xml:space="preserve">vivacious</w:t>
      </w:r>
      <w:r>
        <w:rPr>
          <w:b/>
          <w:bCs/>
        </w:rPr>
        <w:t xml:space="preserve"> </w:t>
      </w:r>
      <w:r>
        <w:rPr>
          <w:b/>
          <w:bCs/>
        </w:rPr>
        <w:t xml:space="preserve">eyes</w:t>
      </w:r>
      <w:r>
        <w:br/>
      </w:r>
      <w:r>
        <w:t xml:space="preserve">    (a) an argument attributed to one's opponent that is weaker than their actual argument</w:t>
      </w:r>
      <w:r>
        <w:br/>
      </w:r>
      <w:r>
        <w:t xml:space="preserve">    (b) the quality of feeling angry or unhappy about having to accept something not liked</w:t>
      </w:r>
      <w:r>
        <w:br/>
      </w:r>
      <w:r>
        <w:t xml:space="preserve">    (c) engaging liveliness</w:t>
      </w:r>
    </w:p>
    <w:p>
      <w:pPr>
        <w:pStyle w:val="Compact"/>
        <w:numPr>
          <w:ilvl w:val="0"/>
          <w:numId w:val="1001"/>
        </w:numPr>
      </w:pPr>
      <w:r>
        <w:rPr>
          <w:b/>
          <w:bCs/>
        </w:rPr>
        <w:t xml:space="preserve">Lisa asked her mother about the opera glasses, and there was an</w:t>
      </w:r>
      <w:r>
        <w:rPr>
          <w:b/>
          <w:bCs/>
        </w:rPr>
        <w:t xml:space="preserve"> </w:t>
      </w:r>
      <w:r>
        <w:rPr>
          <w:b/>
          <w:bCs/>
          <w:u w:val="single"/>
        </w:rPr>
        <w:t xml:space="preserve">altercation</w:t>
      </w:r>
      <w:r>
        <w:rPr>
          <w:b/>
          <w:bCs/>
        </w:rPr>
        <w:t xml:space="preserve"> </w:t>
      </w:r>
      <w:r>
        <w:rPr>
          <w:b/>
          <w:bCs/>
        </w:rPr>
        <w:t xml:space="preserve">between mother and daughter as to who had taken them and where they had been put.</w:t>
      </w:r>
      <w:r>
        <w:br/>
      </w:r>
      <w:r>
        <w:t xml:space="preserve">    (a) a particular understanding or explanation</w:t>
      </w:r>
      <w:r>
        <w:br/>
      </w:r>
      <w:r>
        <w:t xml:space="preserve">    (b) the time during which something continues</w:t>
      </w:r>
      <w:r>
        <w:br/>
      </w:r>
      <w:r>
        <w:t xml:space="preserve">    (c) a noisy argument, confrontation, or fight</w:t>
      </w:r>
    </w:p>
    <w:p>
      <w:pPr>
        <w:pStyle w:val="Compact"/>
        <w:numPr>
          <w:ilvl w:val="0"/>
          <w:numId w:val="1001"/>
        </w:numPr>
      </w:pPr>
      <w:r>
        <w:rPr>
          <w:b/>
          <w:bCs/>
        </w:rPr>
        <w:t xml:space="preserve">The doctor went into the drawing room and told Praskovya Fedorovna that the case was very serious and that the only resource left was opium to</w:t>
      </w:r>
      <w:r>
        <w:rPr>
          <w:b/>
          <w:bCs/>
        </w:rPr>
        <w:t xml:space="preserve"> </w:t>
      </w:r>
      <w:r>
        <w:rPr>
          <w:b/>
          <w:bCs/>
          <w:u w:val="single"/>
        </w:rPr>
        <w:t xml:space="preserve">allay</w:t>
      </w:r>
      <w:r>
        <w:rPr>
          <w:b/>
          <w:bCs/>
        </w:rPr>
        <w:t xml:space="preserve"> </w:t>
      </w:r>
      <w:r>
        <w:rPr>
          <w:b/>
          <w:bCs/>
        </w:rPr>
        <w:t xml:space="preserve">her husband's sufferings, which must be terrible.</w:t>
      </w:r>
      <w:r>
        <w:br/>
      </w:r>
      <w:r>
        <w:t xml:space="preserve">    (a) genetic change through evolution</w:t>
      </w:r>
      <w:r>
        <w:br/>
      </w:r>
      <w:r>
        <w:t xml:space="preserve">    (b) reduce the intensity of; or calm</w:t>
      </w:r>
      <w:r>
        <w:br/>
      </w:r>
      <w:r>
        <w:t xml:space="preserve">    (c) interact again or interest again</w:t>
      </w:r>
    </w:p>
    <w:p>
      <w:pPr>
        <w:pStyle w:val="Compact"/>
        <w:numPr>
          <w:ilvl w:val="0"/>
          <w:numId w:val="1001"/>
        </w:numPr>
      </w:pPr>
      <w:r>
        <w:rPr>
          <w:b/>
          <w:bCs/>
        </w:rPr>
        <w:t xml:space="preserve">He was</w:t>
      </w:r>
      <w:r>
        <w:rPr>
          <w:b/>
          <w:bCs/>
        </w:rPr>
        <w:t xml:space="preserve"> </w:t>
      </w:r>
      <w:r>
        <w:rPr>
          <w:b/>
          <w:bCs/>
          <w:u w:val="single"/>
        </w:rPr>
        <w:t xml:space="preserve">hindered</w:t>
      </w:r>
      <w:r>
        <w:rPr>
          <w:b/>
          <w:bCs/>
        </w:rPr>
        <w:t xml:space="preserve"> </w:t>
      </w:r>
      <w:r>
        <w:rPr>
          <w:b/>
          <w:bCs/>
        </w:rPr>
        <w:t xml:space="preserve">from getting into it by his conviction that his life had been a good one.</w:t>
      </w:r>
      <w:r>
        <w:br/>
      </w:r>
      <w:r>
        <w:t xml:space="preserve">    (a) not provided with investment funds</w:t>
      </w:r>
      <w:r>
        <w:br/>
      </w:r>
      <w:r>
        <w:t xml:space="preserve">    (b) not interacting; or not interested</w:t>
      </w:r>
      <w:r>
        <w:br/>
      </w:r>
      <w:r>
        <w:t xml:space="preserve">    (c) slowed down or caused problems for</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2026-07-31T15:14:02Z</dcterms:created>
  <dcterms:modified xsi:type="dcterms:W3CDTF">2026-07-31T15:14:02Z</dcterms:modified>
</cp:coreProperties>
</file>

<file path=docProps/custom.xml><?xml version="1.0" encoding="utf-8"?>
<Properties xmlns="http://schemas.openxmlformats.org/officeDocument/2006/custom-properties" xmlns:vt="http://schemas.openxmlformats.org/officeDocument/2006/docPropsVTypes"/>
</file>