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0191d99481767d07428bf726c1f2b028be9775"/>
    <w:p>
      <w:pPr>
        <w:pStyle w:val="Heading1"/>
      </w:pPr>
      <w:r>
        <w:rPr>
          <w:b/>
          <w:bCs/>
        </w:rPr>
        <w:t xml:space="preserve">The Darkling Thrush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leant upon a coppice gate When Frost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spectre</w:t>
      </w:r>
      <w:r>
        <w:rPr>
          <w:b/>
          <w:bCs/>
        </w:rPr>
        <w:t xml:space="preserve">-grey, And Winter's dregs made desolate The weakening eye of day.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a frightening or disturbing mental image or possibility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ghostly appearing image</w:t>
      </w:r>
      <w:r>
        <w:br/>
      </w:r>
      <w:r>
        <w:t xml:space="preserve">    (c) related to the smallest part of any material that cannot be broken up by chemical means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leant upon a coppice gate</w:t>
      </w:r>
      <w:r>
        <w:br/>
      </w:r>
      <w:r>
        <w:rPr>
          <w:b/>
          <w:bCs/>
        </w:rPr>
        <w:t xml:space="preserve">When Frost was spectre-grey,</w:t>
      </w:r>
      <w:r>
        <w:br/>
      </w:r>
      <w:r>
        <w:rPr>
          <w:b/>
          <w:bCs/>
        </w:rPr>
        <w:t xml:space="preserve">And Winter's dregs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br/>
      </w:r>
      <w:r>
        <w:rPr>
          <w:b/>
          <w:bCs/>
        </w:rPr>
        <w:t xml:space="preserve">The weakening eye of day.</w:t>
      </w:r>
      <w:r>
        <w:br/>
      </w:r>
      <w:r>
        <w:t xml:space="preserve">    (a) feeling very sad and alone (and/or providing no shelter or sustenance)</w:t>
      </w:r>
      <w:r>
        <w:br/>
      </w:r>
      <w:r>
        <w:t xml:space="preserve">    (b) to cause something to move forward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wind [was] his death-</w:t>
      </w:r>
      <w:r>
        <w:rPr>
          <w:b/>
          <w:bCs/>
          <w:u w:val="single"/>
        </w:rPr>
        <w:t xml:space="preserve">lament</w:t>
      </w:r>
      <w:r>
        <w:rPr>
          <w:b/>
          <w:bCs/>
        </w:rPr>
        <w:t xml:space="preserve">.</w:t>
      </w:r>
      <w:r>
        <w:br/>
      </w:r>
      <w:r>
        <w:t xml:space="preserve">    (a) vocal expression of grief or regret</w:t>
      </w:r>
      <w:r>
        <w:br/>
      </w:r>
      <w:r>
        <w:t xml:space="preserve">    (b) gradually add or remove</w:t>
      </w:r>
      <w:r>
        <w:br/>
      </w:r>
      <w:r>
        <w:t xml:space="preserve">    (c) make or cause to become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ancient pulse of germ and birth Was shrunken hard and dry, And every spirit upon earth Seemed fervourless as I. At once a voice arose among The bleak twigs overhead In a full-hearted evensong Of joy illimited; An aged thrush, frail,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, and small, In blast-beruffled plume, Had chosen thus to fling his soul Upon the growing gloom.</w:t>
      </w:r>
      <w:r>
        <w:br/>
      </w:r>
      <w:r>
        <w:t xml:space="preserve">    (a) very thin and bony -- often from hunger or as though having been worn to the bone</w:t>
      </w:r>
      <w:r>
        <w:br/>
      </w:r>
      <w:r>
        <w:t xml:space="preserve">    (b) not having the characteristic of or relating to bouncing back light/heat/sound...</w:t>
      </w:r>
      <w:r>
        <w:br/>
      </w:r>
      <w:r>
        <w:t xml:space="preserve">    (c) able to qualify for regular payments that permit having an income without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little cause for carolings</w:t>
      </w:r>
      <w:r>
        <w:br/>
      </w:r>
      <w:r>
        <w:rPr>
          <w:b/>
          <w:bCs/>
        </w:rPr>
        <w:t xml:space="preserve">Of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ecstatic</w:t>
      </w:r>
      <w:r>
        <w:rPr>
          <w:b/>
          <w:bCs/>
        </w:rPr>
        <w:t xml:space="preserve"> </w:t>
      </w:r>
      <w:r>
        <w:rPr>
          <w:b/>
          <w:bCs/>
        </w:rPr>
        <w:t xml:space="preserve">sound</w:t>
      </w:r>
      <w:r>
        <w:br/>
      </w:r>
      <w:r>
        <w:t xml:space="preserve">    (a) deeply disappointed</w:t>
      </w:r>
      <w:r>
        <w:br/>
      </w:r>
      <w:r>
        <w:t xml:space="preserve">    (b) intensely concerned</w:t>
      </w:r>
      <w:r>
        <w:br/>
      </w:r>
      <w:r>
        <w:t xml:space="preserve">    (c) intensely happy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2026-07-31T18:52:46Z</dcterms:created>
  <dcterms:modified xsi:type="dcterms:W3CDTF">2026-07-31T18:52:46Z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