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9a219132917e1e92d20b6c8e5be62d0080fdb2"/>
    <w:p>
      <w:pPr>
        <w:pStyle w:val="Heading1"/>
      </w:pPr>
      <w:r>
        <w:rPr>
          <w:b/>
          <w:bCs/>
        </w:rPr>
        <w:t xml:space="preserve">The Darkest Minds</w:t>
      </w:r>
      <w:r>
        <w:br/>
      </w:r>
      <w:r>
        <w:rPr>
          <w:i/>
          <w:iCs/>
        </w:rPr>
        <w:t xml:space="preserve">Alexandra Bracken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marched our lines through the camp toward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Infirmary</w:t>
      </w:r>
      <w:r>
        <w:rPr>
          <w:b/>
          <w:bCs/>
        </w:rPr>
        <w:t xml:space="preserve"> </w:t>
      </w:r>
      <w:r>
        <w:rPr>
          <w:b/>
          <w:bCs/>
        </w:rPr>
        <w:t xml:space="preserve">for sorting.</w:t>
      </w:r>
      <w:r>
        <w:br/>
      </w:r>
      <w:r>
        <w:t xml:space="preserve">    (a) a small facility where patients receive treatment</w:t>
      </w:r>
      <w:r>
        <w:br/>
      </w:r>
      <w:r>
        <w:t xml:space="preserve">    (b) a state in which there is little ability to think</w:t>
      </w:r>
      <w:r>
        <w:br/>
      </w:r>
      <w:r>
        <w:t xml:space="preserve">    (c) people who do not believe in the existence of god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had failed 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rehabilitating</w:t>
      </w:r>
      <w:r>
        <w:rPr>
          <w:b/>
          <w:bCs/>
        </w:rPr>
        <w:t xml:space="preserve"> </w:t>
      </w:r>
      <w:r>
        <w:rPr>
          <w:b/>
          <w:bCs/>
        </w:rPr>
        <w:t xml:space="preserve">the dangerous ones and hauled them off in the night, but the so-called "improvements" didn't stop there.</w:t>
      </w:r>
      <w:r>
        <w:br/>
      </w:r>
      <w:r>
        <w:t xml:space="preserve">    (a) delaying until a later time</w:t>
      </w:r>
      <w:r>
        <w:br/>
      </w:r>
      <w:r>
        <w:t xml:space="preserve">    (b) restoring to good condition</w:t>
      </w:r>
      <w:r>
        <w:br/>
      </w:r>
      <w:r>
        <w:t xml:space="preserve">    (c) treating as if of low worth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my hands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lethargic</w:t>
      </w:r>
      <w:r>
        <w:rPr>
          <w:b/>
          <w:bCs/>
        </w:rPr>
        <w:t xml:space="preserve">, my fingers stiff as pencils.</w:t>
      </w:r>
      <w:r>
        <w:br/>
      </w:r>
      <w:r>
        <w:t xml:space="preserve">    (a) apprehensive (nervous)</w:t>
      </w:r>
      <w:r>
        <w:br/>
      </w:r>
      <w:r>
        <w:t xml:space="preserve">    (b) lacking energy</w:t>
      </w:r>
      <w:r>
        <w:br/>
      </w:r>
      <w:r>
        <w:t xml:space="preserve">    (c) agitated (upset)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smell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antiseptic</w:t>
      </w:r>
      <w:r>
        <w:rPr>
          <w:b/>
          <w:bCs/>
        </w:rPr>
        <w:t xml:space="preserve"> </w:t>
      </w:r>
      <w:r>
        <w:rPr>
          <w:b/>
          <w:bCs/>
        </w:rPr>
        <w:t xml:space="preserve">and peroxide flooded the air, and I knew exactly where I was.</w:t>
      </w:r>
      <w:r>
        <w:br/>
      </w:r>
      <w:r>
        <w:t xml:space="preserve">    (a) part of the brain responsible for hormone levels which influence such things as appetite, digestion, sexuality, circulation, emotions, and sleep</w:t>
      </w:r>
      <w:r>
        <w:br/>
      </w:r>
      <w:r>
        <w:t xml:space="preserve">    (b) a substance that prevents infection by killing harmful micro-organisms; or (as an adjective) describing something very clean and free of germs</w:t>
      </w:r>
      <w:r>
        <w:br/>
      </w:r>
      <w:r>
        <w:t xml:space="preserve">    (c) a point on a curve where the concavity changes to convexity or vice versa</w:t>
      </w:r>
      <w:r>
        <w:br/>
      </w:r>
      <w:r>
        <w:br/>
      </w:r>
      <w:r>
        <w:t xml:space="preserve">or more generally:  a time of significant change (a turning point)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New Order 15, President Gray issued an arrest warrant for all persons involved with this dangerous activity….</w:t>
      </w:r>
      <w:r>
        <w:br/>
      </w:r>
      <w:r>
        <w:t xml:space="preserve">    (a) ignorance</w:t>
      </w:r>
      <w:r>
        <w:br/>
      </w:r>
      <w:r>
        <w:t xml:space="preserve">    (b) keeping</w:t>
      </w:r>
      <w:r>
        <w:br/>
      </w:r>
      <w:r>
        <w:t xml:space="preserve">    (c)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car rolled forward on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 </w:t>
      </w:r>
      <w:r>
        <w:rPr>
          <w:b/>
          <w:bCs/>
        </w:rPr>
        <w:t xml:space="preserve">and I panicked, slamming my foot down on what I thought was the brake pedal.</w:t>
      </w:r>
      <w:r>
        <w:br/>
      </w:r>
      <w:r>
        <w:t xml:space="preserve">    (a) own (on its own without anyone making it do so)</w:t>
      </w:r>
      <w:r>
        <w:br/>
      </w:r>
      <w:r>
        <w:t xml:space="preserve">    (b) tropical viral disease transmitted by a mosquito</w:t>
      </w:r>
      <w:r>
        <w:br/>
      </w:r>
      <w:r>
        <w:t xml:space="preserve">    (c) the achievement of 3 positive feats in a sport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didn't like to think of them as powers—that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imply</w:t>
      </w:r>
      <w:r>
        <w:rPr>
          <w:b/>
          <w:bCs/>
        </w:rPr>
        <w:t xml:space="preserve"> </w:t>
      </w:r>
      <w:r>
        <w:rPr>
          <w:b/>
          <w:bCs/>
        </w:rPr>
        <w:t xml:space="preserve">they were something to celebrate.</w:t>
      </w:r>
      <w:r>
        <w:br/>
      </w:r>
      <w:r>
        <w:t xml:space="preserve">    (a) struggle or disagreement</w:t>
      </w:r>
      <w:r>
        <w:br/>
      </w:r>
      <w:r>
        <w:t xml:space="preserve">    (b) suggest (say indirectly)</w:t>
      </w:r>
      <w:r>
        <w:br/>
      </w:r>
      <w:r>
        <w:t xml:space="preserve">    (c) include consideration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girl glanced back over her shoulder at me, her expression somewhere between surprise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exasperation</w:t>
      </w:r>
      <w:r>
        <w:rPr>
          <w:b/>
          <w:bCs/>
        </w:rPr>
        <w:t xml:space="preserve">.</w:t>
      </w:r>
      <w:r>
        <w:br/>
      </w:r>
      <w:r>
        <w:t xml:space="preserve">    (a) in disagreement</w:t>
      </w:r>
      <w:r>
        <w:br/>
      </w:r>
      <w:r>
        <w:t xml:space="preserve">    (b) great annoyance</w:t>
      </w:r>
      <w:r>
        <w:br/>
      </w:r>
      <w:r>
        <w:t xml:space="preserve">    (c) relative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 their 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agenda</w:t>
      </w:r>
      <w:r>
        <w:rPr>
          <w:b/>
          <w:bCs/>
        </w:rPr>
        <w:t xml:space="preserve">, and if they plucked you out of camp, it means they have a plan for you.</w:t>
      </w:r>
      <w:r>
        <w:br/>
      </w:r>
      <w:r>
        <w:t xml:space="preserve">    (a) collection of star systems held together by gravity</w:t>
      </w:r>
      <w:r>
        <w:br/>
      </w:r>
      <w:r>
        <w:t xml:space="preserve">    (b) list of objectives</w:t>
      </w:r>
      <w:r>
        <w:br/>
      </w:r>
      <w:r>
        <w:t xml:space="preserve">    (c) a particular way of seeing or thinking about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promise I'll put it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agenda</w:t>
      </w:r>
      <w:r>
        <w:rPr>
          <w:b/>
          <w:bCs/>
        </w:rPr>
        <w:t xml:space="preserve"> </w:t>
      </w:r>
      <w:r>
        <w:rPr>
          <w:b/>
          <w:bCs/>
        </w:rPr>
        <w:t xml:space="preserve">at our camp meeting next month," Clancy said with one of his smiles.</w:t>
      </w:r>
      <w:r>
        <w:br/>
      </w:r>
      <w:r>
        <w:t xml:space="preserve">    (a) Nazi organization for children aged 10 to 18</w:t>
      </w:r>
      <w:r>
        <w:br/>
      </w:r>
      <w:r>
        <w:t xml:space="preserve">    (b) found a condition or substance to be present</w:t>
      </w:r>
      <w:r>
        <w:br/>
      </w:r>
      <w:r>
        <w:t xml:space="preserve">    (c) list of items to discuss at a meeting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also a short article on rioting that the reporter claimed was "the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result of escalating tensions between the West and East government on new birth legislation."</w:t>
      </w:r>
      <w:r>
        <w:br/>
      </w:r>
      <w:r>
        <w:t xml:space="preserve">    (a) clear, straightforward, or to the point</w:t>
      </w:r>
      <w:r>
        <w:br/>
      </w:r>
      <w:r>
        <w:t xml:space="preserve">    (b) the state or degree of being very large</w:t>
      </w:r>
      <w:r>
        <w:br/>
      </w:r>
      <w:r>
        <w:t xml:space="preserve">    (c) meticulousness (care for small details)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leaned my forehead against the cool glass, reaching over to point the AC vent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at my face.</w:t>
      </w:r>
      <w:r>
        <w:br/>
      </w:r>
      <w:r>
        <w:t xml:space="preserve">    (a) in a manner that is not sexually attractive, or persuasively tempting</w:t>
      </w:r>
      <w:r>
        <w:br/>
      </w:r>
      <w:r>
        <w:t xml:space="preserve">    (b) straight (exactly where stated; used for emphasis)</w:t>
      </w:r>
      <w:r>
        <w:br/>
      </w:r>
      <w:r>
        <w:t xml:space="preserve">    (c) in a manner that is appropriate or related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it were possible, the car looked worse than before—like a toy that someone had wedged down the sink and run through the garbage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disposal</w:t>
      </w:r>
      <w:r>
        <w:rPr>
          <w:b/>
          <w:bCs/>
        </w:rPr>
        <w:t xml:space="preserve">.</w:t>
      </w:r>
      <w:r>
        <w:br/>
      </w:r>
      <w:r>
        <w:t xml:space="preserve">    (a) one who believes in the teachings of the Chinese philosopher, Confucius (circa 551-478 BC)</w:t>
      </w:r>
      <w:r>
        <w:br/>
      </w:r>
      <w:r>
        <w:t xml:space="preserve">    (b) to throw away</w:t>
      </w:r>
      <w:r>
        <w:br/>
      </w:r>
      <w:r>
        <w:t xml:space="preserve">    (c) an arch or half-arch that transfers thrust from an upper part of a wall to a lower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 books and music and a TV at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disposal</w:t>
      </w:r>
      <w:r>
        <w:rPr>
          <w:b/>
          <w:bCs/>
        </w:rPr>
        <w:t xml:space="preserve">, which meant I never once had the opportunity to be bored.</w:t>
      </w:r>
      <w:r>
        <w:br/>
      </w:r>
      <w:r>
        <w:t xml:space="preserve">    (a) the taking on or adoption of power or responsibility</w:t>
      </w:r>
      <w:r>
        <w:br/>
      </w:r>
      <w:r>
        <w:t xml:space="preserve">    (b) available for use</w:t>
      </w:r>
      <w:r>
        <w:br/>
      </w:r>
      <w:r>
        <w:t xml:space="preserve">    (c) the process of controlling (how something turns out)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arms came up and crossed over my chest, and some mangled mess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anxiety</w:t>
      </w:r>
      <w:r>
        <w:rPr>
          <w:b/>
          <w:bCs/>
        </w:rPr>
        <w:t xml:space="preserve"> </w:t>
      </w:r>
      <w:r>
        <w:rPr>
          <w:b/>
          <w:bCs/>
        </w:rPr>
        <w:t xml:space="preserve">and guilt rose up from deep in my guts.</w:t>
      </w:r>
      <w:r>
        <w:br/>
      </w:r>
      <w:r>
        <w:t xml:space="preserve">    (a) narrow water passage</w:t>
      </w:r>
      <w:r>
        <w:br/>
      </w:r>
      <w:r>
        <w:t xml:space="preserve">    (b) nervousness or worry</w:t>
      </w:r>
      <w:r>
        <w:br/>
      </w:r>
      <w:r>
        <w:t xml:space="preserve">    (c) basic rule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sources indicate that President Gray and his cabinet believe this to be the work of the Federal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Coalition</w:t>
      </w:r>
      <w:r>
        <w:rPr>
          <w:b/>
          <w:bCs/>
        </w:rPr>
        <w:t xml:space="preserve">.</w:t>
      </w:r>
      <w:r>
        <w:br/>
      </w:r>
      <w:r>
        <w:t xml:space="preserve">    (a) a political group made up of different groups working together</w:t>
      </w:r>
      <w:r>
        <w:br/>
      </w:r>
      <w:r>
        <w:t xml:space="preserve">    (b) an expert who shares professional opinions in a specific field</w:t>
      </w:r>
      <w:r>
        <w:br/>
      </w:r>
      <w:r>
        <w:t xml:space="preserve">    (c) the act of being in a working position; or the act of starting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Liam didn't looked stressed so much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profoundly</w:t>
      </w:r>
      <w:r>
        <w:rPr>
          <w:b/>
          <w:bCs/>
        </w:rPr>
        <w:t xml:space="preserve"> </w:t>
      </w:r>
      <w:r>
        <w:rPr>
          <w:b/>
          <w:bCs/>
        </w:rPr>
        <w:t xml:space="preserve">sad.</w:t>
      </w:r>
      <w:r>
        <w:br/>
      </w:r>
      <w:r>
        <w:t xml:space="preserve">    (a) with greatest intensity or emotional depth</w:t>
      </w:r>
      <w:r>
        <w:br/>
      </w:r>
      <w:r>
        <w:t xml:space="preserve">    (b) in a manner that is not aware of something</w:t>
      </w:r>
      <w:r>
        <w:br/>
      </w:r>
      <w:r>
        <w:t xml:space="preserve">    (c) in a manner that is loving, but not sexual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"In ten years from tomorrow, I'll be twenty." I don't know why I said it out loud. It was just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realization, and it had to be shared.</w:t>
      </w:r>
      <w:r>
        <w:br/>
      </w:r>
      <w:r>
        <w:t xml:space="preserve">    (a) deep or far-reaching in consequence</w:t>
      </w:r>
      <w:r>
        <w:br/>
      </w:r>
      <w:r>
        <w:t xml:space="preserve">    (b) quick or efficient</w:t>
      </w:r>
      <w:r>
        <w:br/>
      </w:r>
      <w:r>
        <w:t xml:space="preserve">    (c) foolish or showing ignorance of important circumstances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Whoever was doing it this time had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qualms</w:t>
      </w:r>
      <w:r>
        <w:rPr>
          <w:b/>
          <w:bCs/>
        </w:rPr>
        <w:t xml:space="preserve"> </w:t>
      </w:r>
      <w:r>
        <w:rPr>
          <w:b/>
          <w:bCs/>
        </w:rPr>
        <w:t xml:space="preserve">about dropping a knee onto my back, along with their entire weight.</w:t>
      </w:r>
      <w:r>
        <w:br/>
      </w:r>
      <w:r>
        <w:t xml:space="preserve">    (a) basic rules or beliefs</w:t>
      </w:r>
      <w:r>
        <w:br/>
      </w:r>
      <w:r>
        <w:t xml:space="preserve">    (b) feelings of uneasiness</w:t>
      </w:r>
      <w:r>
        <w:br/>
      </w:r>
      <w:r>
        <w:t xml:space="preserve">    (c) subtle characteristics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Only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icon</w:t>
      </w:r>
      <w:r>
        <w:rPr>
          <w:b/>
          <w:bCs/>
        </w:rPr>
        <w:t xml:space="preserve"> </w:t>
      </w:r>
      <w:r>
        <w:rPr>
          <w:b/>
          <w:bCs/>
        </w:rPr>
        <w:t xml:space="preserve">for the Internet was left, sitting in the middle of the screen.</w:t>
      </w:r>
      <w:r>
        <w:br/>
      </w:r>
      <w:r>
        <w:t xml:space="preserve">    (a) a particular understanding or explanation</w:t>
      </w:r>
      <w:r>
        <w:br/>
      </w:r>
      <w:r>
        <w:t xml:space="preserve">    (b) a graphic image or symbol on the computer screen that will run a program when clicked</w:t>
      </w:r>
      <w:r>
        <w:br/>
      </w:r>
      <w:r>
        <w:t xml:space="preserve">    (c) meticulousness (care about small details)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2026-07-31T19:42:22Z</dcterms:created>
  <dcterms:modified xsi:type="dcterms:W3CDTF">2026-07-31T19:42:22Z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