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efcdfc77f53d2e8aeaf0acf70cc1d683a27958"/>
    <w:p>
      <w:pPr>
        <w:pStyle w:val="Heading1"/>
      </w:pPr>
      <w:r>
        <w:rPr>
          <w:b/>
          <w:bCs/>
        </w:rPr>
        <w:t xml:space="preserve">The Da Vinci Code</w:t>
      </w:r>
      <w:r>
        <w:br/>
      </w:r>
      <w:r>
        <w:rPr>
          <w:i/>
          <w:iCs/>
        </w:rPr>
        <w:t xml:space="preserve">Dan Brown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the song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 </w:t>
      </w:r>
      <w:r>
        <w:rPr>
          <w:b/>
          <w:bCs/>
        </w:rPr>
        <w:t xml:space="preserve">of her popularity.</w:t>
      </w:r>
      <w:r>
        <w:br/>
      </w:r>
      <w:r>
        <w:t xml:space="preserve">    (a) highest point</w:t>
      </w:r>
      <w:r>
        <w:br/>
      </w:r>
      <w:r>
        <w:t xml:space="preserve">    (b) lowest point</w:t>
      </w:r>
      <w:r>
        <w:br/>
      </w:r>
      <w:r>
        <w:t xml:space="preserve">    (c) beginning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tested the letter to prove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.</w:t>
      </w:r>
      <w:r>
        <w:br/>
      </w:r>
      <w:r>
        <w:t xml:space="preserve">    (a) being expensive</w:t>
      </w:r>
      <w:r>
        <w:br/>
      </w:r>
      <w:r>
        <w:t xml:space="preserve">    (b) being colorful</w:t>
      </w:r>
      <w:r>
        <w:br/>
      </w:r>
      <w:r>
        <w:t xml:space="preserve">    (c) being genuine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, proving the medicine was effective.</w:t>
      </w:r>
      <w:r>
        <w:br/>
      </w:r>
      <w:r>
        <w:t xml:space="preserve">    (a) possible (but unproven)</w:t>
      </w:r>
      <w:r>
        <w:br/>
      </w:r>
      <w:r>
        <w:t xml:space="preserve">    (b) early (and uncertain)</w:t>
      </w:r>
      <w:r>
        <w:br/>
      </w:r>
      <w:r>
        <w:t xml:space="preserve">    (c) definite (leaving no doubt)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understand</w:t>
      </w:r>
      <w:r>
        <w:br/>
      </w:r>
      <w:r>
        <w:t xml:space="preserve">    (b) insure</w:t>
      </w:r>
      <w:r>
        <w:br/>
      </w:r>
      <w:r>
        <w:t xml:space="preserve">    (c) approve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debated for hours without addressing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crux</w:t>
      </w:r>
      <w:r>
        <w:rPr>
          <w:b/>
          <w:bCs/>
        </w:rPr>
        <w:t xml:space="preserve"> </w:t>
      </w:r>
      <w:r>
        <w:rPr>
          <w:b/>
          <w:bCs/>
        </w:rPr>
        <w:t xml:space="preserve">of the issue.</w:t>
      </w:r>
      <w:r>
        <w:br/>
      </w:r>
      <w:r>
        <w:t xml:space="preserve">    (a) first sentence</w:t>
      </w:r>
      <w:r>
        <w:br/>
      </w:r>
      <w:r>
        <w:t xml:space="preserve">    (b) most important part</w:t>
      </w:r>
      <w:r>
        <w:br/>
      </w:r>
      <w:r>
        <w:t xml:space="preserve">    (c) easiest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represent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studied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.</w:t>
      </w:r>
      <w:r>
        <w:br/>
      </w:r>
      <w:r>
        <w:t xml:space="preserve">    (a) file</w:t>
      </w:r>
      <w:r>
        <w:br/>
      </w:r>
      <w:r>
        <w:t xml:space="preserve">    (b) body language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Salaries of mid-</w:t>
      </w:r>
      <w:r>
        <w:rPr>
          <w:b/>
          <w:bCs/>
          <w:u w:val="single"/>
        </w:rPr>
        <w:t xml:space="preserve">echelon</w:t>
      </w:r>
      <w:r>
        <w:rPr>
          <w:b/>
          <w:bCs/>
        </w:rPr>
        <w:t xml:space="preserve"> </w:t>
      </w:r>
      <w:r>
        <w:rPr>
          <w:b/>
          <w:bCs/>
        </w:rPr>
        <w:t xml:space="preserve">executives rose an average of 2%.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level of a hierarchy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skilled gem cutter carefully polished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</w:t>
      </w:r>
      <w:r>
        <w:rPr>
          <w:b/>
          <w:bCs/>
        </w:rPr>
        <w:t xml:space="preserve"> </w:t>
      </w:r>
      <w:r>
        <w:rPr>
          <w:b/>
          <w:bCs/>
        </w:rPr>
        <w:t xml:space="preserve">of the ruby, bringing out its deep, rich color and enhancing its natural beauty.</w:t>
      </w:r>
      <w:r>
        <w:br/>
      </w:r>
      <w:r>
        <w:t xml:space="preserve">    (a) smooth surface</w:t>
      </w:r>
      <w:r>
        <w:br/>
      </w:r>
      <w:r>
        <w:t xml:space="preserve">    (b) one of six sides</w:t>
      </w:r>
      <w:r>
        <w:br/>
      </w:r>
      <w:r>
        <w:t xml:space="preserve">    (c) angular corner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researcher is utilizing a database that combines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genealogy</w:t>
      </w:r>
      <w:r>
        <w:rPr>
          <w:b/>
          <w:bCs/>
        </w:rPr>
        <w:t xml:space="preserve"> </w:t>
      </w:r>
      <w:r>
        <w:rPr>
          <w:b/>
          <w:bCs/>
        </w:rPr>
        <w:t xml:space="preserve">records with vital statistics including cause-of-death.</w:t>
      </w:r>
      <w:r>
        <w:br/>
      </w:r>
      <w:r>
        <w:t xml:space="preserve">    (a) family history</w:t>
      </w:r>
      <w:r>
        <w:br/>
      </w:r>
      <w:r>
        <w:t xml:space="preserve">    (b) medical information</w:t>
      </w:r>
      <w:r>
        <w:br/>
      </w:r>
      <w:r>
        <w:t xml:space="preserve">    (c) blood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curtain softened the sunlight in the room.</w:t>
      </w:r>
      <w:r>
        <w:br/>
      </w:r>
      <w:r>
        <w:t xml:space="preserve">    (a) thick and heavy</w:t>
      </w:r>
      <w:r>
        <w:br/>
      </w:r>
      <w:r>
        <w:t xml:space="preserve">    (b) thin and delicate</w:t>
      </w:r>
      <w:r>
        <w:br/>
      </w:r>
      <w:r>
        <w:t xml:space="preserve">    (c) brightly colored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photographic portraits tend to minimize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highlights</w:t>
      </w:r>
      <w:r>
        <w:rPr>
          <w:b/>
          <w:bCs/>
        </w:rPr>
        <w:t xml:space="preserve"> </w:t>
      </w:r>
      <w:r>
        <w:rPr>
          <w:b/>
          <w:bCs/>
        </w:rPr>
        <w:t xml:space="preserve">and boost the shadows.</w:t>
      </w:r>
      <w:r>
        <w:br/>
      </w:r>
      <w:r>
        <w:t xml:space="preserve">    (a) lighter areas</w:t>
      </w:r>
      <w:r>
        <w:br/>
      </w:r>
      <w:r>
        <w:t xml:space="preserve">    (b) items lit with overhead light</w:t>
      </w:r>
      <w:r>
        <w:br/>
      </w:r>
      <w:r>
        <w:t xml:space="preserve">    (c) images of light sources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intentions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immaterial</w:t>
      </w:r>
      <w:r>
        <w:rPr>
          <w:b/>
          <w:bCs/>
        </w:rPr>
        <w:t xml:space="preserve"> </w:t>
      </w:r>
      <w:r>
        <w:rPr>
          <w:b/>
          <w:bCs/>
        </w:rPr>
        <w:t xml:space="preserve">to me. What is important to me is that your actions continue to hurt people.</w:t>
      </w:r>
      <w:r>
        <w:br/>
      </w:r>
      <w:r>
        <w:t xml:space="preserve">    (a) not moral</w:t>
      </w:r>
      <w:r>
        <w:br/>
      </w:r>
      <w:r>
        <w:t xml:space="preserve">    (b) not important</w:t>
      </w:r>
      <w:r>
        <w:br/>
      </w:r>
      <w:r>
        <w:t xml:space="preserve">    (c) not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speed is an asset, but her short height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liability</w:t>
      </w:r>
      <w:r>
        <w:rPr>
          <w:b/>
          <w:bCs/>
        </w:rPr>
        <w:t xml:space="preserve"> </w:t>
      </w:r>
      <w:r>
        <w:rPr>
          <w:b/>
          <w:bCs/>
        </w:rPr>
        <w:t xml:space="preserve">for basketball.</w:t>
      </w:r>
      <w:r>
        <w:br/>
      </w:r>
      <w:r>
        <w:t xml:space="preserve">    (a) negative trait or thing that creates a problem</w:t>
      </w:r>
      <w:r>
        <w:br/>
      </w:r>
      <w:r>
        <w:t xml:space="preserve">    (b) something that is rare or unusual</w:t>
      </w:r>
      <w:r>
        <w:br/>
      </w:r>
      <w:r>
        <w:t xml:space="preserve">    (c) something that eliminates her from consideration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long time, sailors could not accurately determine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longitude</w:t>
      </w:r>
      <w:r>
        <w:rPr>
          <w:b/>
          <w:bCs/>
        </w:rPr>
        <w:t xml:space="preserve"> </w:t>
      </w:r>
      <w:r>
        <w:rPr>
          <w:b/>
          <w:bCs/>
        </w:rPr>
        <w:t xml:space="preserve">at sea.</w:t>
      </w:r>
      <w:r>
        <w:br/>
      </w:r>
      <w:r>
        <w:t xml:space="preserve">    (a) east-west position</w:t>
      </w:r>
      <w:r>
        <w:br/>
      </w:r>
      <w:r>
        <w:t xml:space="preserve">    (b) depth of water</w:t>
      </w:r>
      <w:r>
        <w:br/>
      </w:r>
      <w:r>
        <w:t xml:space="preserve">    (c) distance to shore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Plot the data into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matrix</w:t>
      </w:r>
      <w:r>
        <w:rPr>
          <w:b/>
          <w:bCs/>
        </w:rPr>
        <w:t xml:space="preserve">.</w:t>
      </w:r>
      <w:r>
        <w:br/>
      </w:r>
      <w:r>
        <w:t xml:space="preserve">    (a) an arrangement of numbers or elements into an upward sloping curve</w:t>
      </w:r>
      <w:r>
        <w:br/>
      </w:r>
      <w:r>
        <w:t xml:space="preserve">    (b) an arrangement of numbers or elements into a grid of rows and columns</w:t>
      </w:r>
      <w:r>
        <w:br/>
      </w:r>
      <w:r>
        <w:t xml:space="preserve">    (c) an arrangement of numbers or elements into an upward sloping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stringent</w:t>
      </w:r>
      <w:r>
        <w:rPr>
          <w:b/>
          <w:bCs/>
        </w:rPr>
        <w:t xml:space="preserve"> </w:t>
      </w:r>
      <w:r>
        <w:rPr>
          <w:b/>
          <w:bCs/>
        </w:rPr>
        <w:t xml:space="preserve">dress code.</w:t>
      </w:r>
      <w:r>
        <w:br/>
      </w:r>
      <w:r>
        <w:t xml:space="preserve">    (a) old-fashioned</w:t>
      </w:r>
      <w:r>
        <w:br/>
      </w:r>
      <w:r>
        <w:t xml:space="preserve">    (b) relaxed</w:t>
      </w:r>
      <w:r>
        <w:br/>
      </w:r>
      <w:r>
        <w:t xml:space="preserve">    (c) 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Taliban wants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subjugation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religious law.</w:t>
      </w:r>
      <w:r>
        <w:br/>
      </w:r>
      <w:r>
        <w:t xml:space="preserve">    (a) forced submission</w:t>
      </w:r>
      <w:r>
        <w:br/>
      </w:r>
      <w:r>
        <w:t xml:space="preserve">    (b) gullibility (being too willing to believe)</w:t>
      </w:r>
      <w:r>
        <w:br/>
      </w:r>
      <w:r>
        <w:t xml:space="preserve">    (c) body temperature that is dangerously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venerate</w:t>
      </w:r>
      <w:r>
        <w:rPr>
          <w:b/>
          <w:bCs/>
        </w:rPr>
        <w:t xml:space="preserve"> </w:t>
      </w:r>
      <w:r>
        <w:rPr>
          <w:b/>
          <w:bCs/>
        </w:rPr>
        <w:t xml:space="preserve">leaders who devoted their lives to justice.</w:t>
      </w:r>
      <w:r>
        <w:br/>
      </w:r>
      <w:r>
        <w:t xml:space="preserve">    (a) openly avoid</w:t>
      </w:r>
      <w:r>
        <w:br/>
      </w:r>
      <w:r>
        <w:t xml:space="preserve">    (b) quietly question</w:t>
      </w:r>
      <w:r>
        <w:br/>
      </w:r>
      <w:r>
        <w:t xml:space="preserve">    (c) deeply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Taoist philosophy,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yin and yang</w:t>
      </w:r>
      <w:r>
        <w:rPr>
          <w:b/>
          <w:bCs/>
        </w:rPr>
        <w:t xml:space="preserve"> </w:t>
      </w:r>
      <w:r>
        <w:rPr>
          <w:b/>
          <w:bCs/>
        </w:rPr>
        <w:t xml:space="preserve">are always opposite, and interrelated in equal qualities.</w:t>
      </w:r>
      <w:r>
        <w:br/>
      </w:r>
      <w:r>
        <w:t xml:space="preserve">    (a) insurance protecting the homeowner and lenders against loss resulting from the sale of real estate that the seller was not free to sell</w:t>
      </w:r>
      <w:r>
        <w:br/>
      </w:r>
      <w:r>
        <w:t xml:space="preserve">    (b) ancient Chinese concept of the relationship of the dark, calm, feminine aspect (yin) with the bright, energetic, masculine aspect (yang)</w:t>
      </w:r>
      <w:r>
        <w:br/>
      </w:r>
      <w:r>
        <w:t xml:space="preserve">    (c) an implied agreement in which people accept limits and duties in exchange for the protection and benefits of living in an organized society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2026-07-31T15:11:58Z</dcterms:created>
  <dcterms:modified xsi:type="dcterms:W3CDTF">2026-07-31T15:11:58Z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