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5e9fda5d076937d4d8642c78f68ef71d8808a7"/>
    <w:p>
      <w:pPr>
        <w:pStyle w:val="Heading1"/>
      </w:pPr>
      <w:r>
        <w:rPr>
          <w:b/>
          <w:bCs/>
        </w:rPr>
        <w:t xml:space="preserve">The Da Vinci Code</w:t>
      </w:r>
      <w:r>
        <w:br/>
      </w:r>
      <w:r>
        <w:rPr>
          <w:i/>
          <w:iCs/>
        </w:rPr>
        <w:t xml:space="preserve">Dan Brown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Opus</w:t>
      </w:r>
      <w:r>
        <w:rPr>
          <w:b/>
          <w:bCs/>
        </w:rPr>
        <w:t xml:space="preserve"> </w:t>
      </w:r>
      <w:r>
        <w:rPr>
          <w:b/>
          <w:bCs/>
        </w:rPr>
        <w:t xml:space="preserve">Dei has just completed construction of a $47 million World Headquarters at 243 Lexington Avenue in New York City.</w:t>
      </w:r>
      <w:r>
        <w:br/>
      </w:r>
      <w:r>
        <w:t xml:space="preserve">    (a) a psychologist concerned with the treatment of abnormal thinking and behavior</w:t>
      </w:r>
      <w:r>
        <w:br/>
      </w:r>
      <w:r>
        <w:t xml:space="preserve">    (b) a stone shaped like a disk that spins and is used to grind, sharpen or polish</w:t>
      </w:r>
      <w:r>
        <w:br/>
      </w:r>
      <w:r>
        <w:t xml:space="preserve">    (c) an major artistic work -- especially a numbered work of a musical composition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According to lore, the brotherhood had created a map of a stone ...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keystone</w:t>
      </w:r>
      <w:r>
        <w:rPr>
          <w:b/>
          <w:bCs/>
        </w:rPr>
        <w:t xml:space="preserve">—an engraved tablet that revealed the final resting place of the brotherhood's greatest secret...</w:t>
      </w:r>
      <w:r>
        <w:br/>
      </w:r>
      <w:r>
        <w:t xml:space="preserve">    (a) the reason for doing something; or the level of desire to do something</w:t>
      </w:r>
      <w:r>
        <w:br/>
      </w:r>
      <w:r>
        <w:t xml:space="preserve">    (b) something of importance upon which other things depend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circle had been the missing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element.</w:t>
      </w:r>
      <w:r>
        <w:br/>
      </w:r>
      <w:r>
        <w:t xml:space="preserve">    (a) important</w:t>
      </w:r>
      <w:r>
        <w:br/>
      </w:r>
      <w:r>
        <w:t xml:space="preserve">    (b) not clear or easily identifiable</w:t>
      </w:r>
      <w:r>
        <w:br/>
      </w:r>
      <w:r>
        <w:t xml:space="preserve">    (c) the condition of being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Recently the Board of Ministers and the media had become more openly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of Fache's aggressive tactics, his clashes with powerful foreign embassies, and his gross overbudgeting on new technologies.</w:t>
      </w:r>
      <w:r>
        <w:br/>
      </w:r>
      <w:r>
        <w:t xml:space="preserve">    (a) not co-existing peacefully; or with components that are pleasing together</w:t>
      </w:r>
      <w:r>
        <w:br/>
      </w:r>
      <w:r>
        <w:t xml:space="preserve">    (b) disapproving</w:t>
      </w:r>
      <w:r>
        <w:br/>
      </w:r>
      <w:r>
        <w:t xml:space="preserve">    (c) the state or degree of not finding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Twenty million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euro</w:t>
      </w:r>
      <w:r>
        <w:rPr>
          <w:b/>
          <w:bCs/>
        </w:rPr>
        <w:t xml:space="preserve">, the bishop thought, now gazing out the plane's window.</w:t>
      </w:r>
      <w:r>
        <w:br/>
      </w:r>
      <w:r>
        <w:t xml:space="preserve">    (a) passages food and drink follow between the back of mouths and the stomachs</w:t>
      </w:r>
      <w:r>
        <w:br/>
      </w:r>
      <w:r>
        <w:t xml:space="preserve">    (b) European Union currency</w:t>
      </w:r>
      <w:r>
        <w:br/>
      </w:r>
      <w:r>
        <w:t xml:space="preserve">    (c) the act of treating or preparing food in a way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"Captain," Sophie said, her tone dangerously defiant, "the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numbers you have in your hand happens to be one of the most famous mathematical progressions in history."</w:t>
      </w:r>
      <w:r>
        <w:br/>
      </w:r>
      <w:r>
        <w:t xml:space="preserve">    (a) something repeated regularly</w:t>
      </w:r>
      <w:r>
        <w:br/>
      </w:r>
      <w:r>
        <w:t xml:space="preserve">    (b) arranged in a specific order</w:t>
      </w:r>
      <w:r>
        <w:br/>
      </w:r>
      <w:r>
        <w:t xml:space="preserve">    (c) tell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apparently believed the curator had left her a cryptic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postscript</w:t>
      </w:r>
      <w:r>
        <w:rPr>
          <w:b/>
          <w:bCs/>
        </w:rPr>
        <w:t xml:space="preserve"> </w:t>
      </w:r>
      <w:r>
        <w:rPr>
          <w:b/>
          <w:bCs/>
        </w:rPr>
        <w:t xml:space="preserve">telling her to find Langdon.</w:t>
      </w:r>
      <w:r>
        <w:br/>
      </w:r>
      <w:r>
        <w:t xml:space="preserve">    (a)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(b) a note added to the end of a letter after the signature -- usually preceded with "PS:" or "P.S."</w:t>
      </w:r>
      <w:r>
        <w:br/>
      </w:r>
      <w:r>
        <w:t xml:space="preserve">    (c) treatment with extra kindness or tolerance  OR  (more rarely) a special pleasure (typically something done in excess of what is thought good -- such as eating too much cake, or being too lazy)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Dear God, I offer up to you this work I do today.... Crouching in the shadows of the choir balcony high above the altar, Sister Sandrine peered silently through the balustrade at the cloaked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kneeling alone.</w:t>
      </w:r>
      <w:r>
        <w:br/>
      </w:r>
      <w:r>
        <w:t xml:space="preserve">    (a) a male member of a religious order typically living under vows of poverty, chastity, and obedience</w:t>
      </w:r>
      <w:r>
        <w:br/>
      </w:r>
      <w:r>
        <w:t xml:space="preserve">    (b) gradual destruction (of something previously established) -- such as a government, rule, or belief</w:t>
      </w:r>
      <w:r>
        <w:br/>
      </w:r>
      <w:r>
        <w:t xml:space="preserve">    (c) a system of government with a ruler who has absolute power -- especially one who abuses that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 people realized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anagrams</w:t>
      </w:r>
      <w:r>
        <w:rPr>
          <w:b/>
          <w:bCs/>
        </w:rPr>
        <w:t xml:space="preserve">, despite being a trite modern amusement, had a rich history of sacred symbolism.</w:t>
      </w:r>
      <w:r>
        <w:br/>
      </w:r>
      <w:r>
        <w:t xml:space="preserve">    (a) geological areas where a river divides before entering a larger body of water</w:t>
      </w:r>
      <w:r>
        <w:br/>
      </w:r>
      <w:r>
        <w:t xml:space="preserve">    (b) a word or phrase spelled by rearranging the letters of another word or phrase</w:t>
      </w:r>
      <w:r>
        <w:br/>
      </w:r>
      <w:r>
        <w:t xml:space="preserve">    (c) descriptions of unfavorable opinions; or acts of sharing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all fits perfectly with their fascination for goddess iconology,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paganism</w:t>
      </w:r>
      <w:r>
        <w:rPr>
          <w:b/>
          <w:bCs/>
        </w:rPr>
        <w:t xml:space="preserve">, feminine deities, and contempt for the Church.</w:t>
      </w:r>
      <w:r>
        <w:br/>
      </w:r>
      <w:r>
        <w:t xml:space="preserve">    (a) the state or degree of being appropriate in size, amount, or degree</w:t>
      </w:r>
      <w:r>
        <w:br/>
      </w:r>
      <w:r>
        <w:t xml:space="preserve">    (b) highly contagious respiratory disease commonly called</w:t>
      </w:r>
      <w:r>
        <w:t xml:space="preserve"> </w:t>
      </w:r>
      <w:r>
        <w:rPr>
          <w:i/>
          <w:iCs/>
        </w:rPr>
        <w:t xml:space="preserve">the flu</w:t>
      </w:r>
      <w:r>
        <w:br/>
      </w:r>
      <w:r>
        <w:t xml:space="preserve">    (c) an offensive term for a person who follows a non-mainstream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Opus Dei is a personal prelature of Vatican City, and His Holiness can disperse monies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he sees fit.</w:t>
      </w:r>
      <w:r>
        <w:br/>
      </w:r>
      <w:r>
        <w:t xml:space="preserve">    (a) in whatever way</w:t>
      </w:r>
      <w:r>
        <w:br/>
      </w:r>
      <w:r>
        <w:t xml:space="preserve">    (b) starts fighting</w:t>
      </w:r>
      <w:r>
        <w:br/>
      </w:r>
      <w:r>
        <w:t xml:space="preserve">    (c) starts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entrance to the Chapter House,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was much farther away, at the far end of the long hallway.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walked them to the far wall where a wide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conveyor belt</w:t>
      </w:r>
      <w:r>
        <w:rPr>
          <w:b/>
          <w:bCs/>
        </w:rPr>
        <w:t xml:space="preserve"> </w:t>
      </w:r>
      <w:r>
        <w:rPr>
          <w:b/>
          <w:bCs/>
        </w:rPr>
        <w:t xml:space="preserve">entered the room in a graceful curve, vaguely resembling a baggage claim carousel.</w:t>
      </w:r>
      <w:r>
        <w:br/>
      </w:r>
      <w:r>
        <w:t xml:space="preserve">    (a) the four-dimensional combination of space and time where everything happens</w:t>
      </w:r>
      <w:r>
        <w:br/>
      </w:r>
      <w:r>
        <w:t xml:space="preserve">    (b) a moving band or belt that transports objects -- such as goods in a factory</w:t>
      </w:r>
      <w:r>
        <w:br/>
      </w:r>
      <w:r>
        <w:t xml:space="preserve">    (c) a connection or relationship by being equivalent, proportionate, or matched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grandfather loved creating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treasure hunts around our house, a string of clues that eventually led to my real gift.</w:t>
      </w:r>
      <w:r>
        <w:br/>
      </w:r>
      <w:r>
        <w:t xml:space="preserve">    (a) detailed and complicated</w:t>
      </w:r>
      <w:r>
        <w:br/>
      </w:r>
      <w:r>
        <w:t xml:space="preserve">    (b) accelerated or fast</w:t>
      </w:r>
      <w:r>
        <w:br/>
      </w:r>
      <w:r>
        <w:t xml:space="preserve">    (c) make-believe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Vernet didn't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, but he sounds like he's willing to do anything to get it back.</w:t>
      </w:r>
      <w:r>
        <w:br/>
      </w:r>
      <w:r>
        <w:t xml:space="preserve">    (a) make eye contact</w:t>
      </w:r>
      <w:r>
        <w:br/>
      </w:r>
      <w:r>
        <w:t xml:space="preserve">    (b) explain in more detail</w:t>
      </w:r>
      <w:r>
        <w:br/>
      </w:r>
      <w:r>
        <w:t xml:space="preserve">    (c) exaggerate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Nonetheless,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Christ's divinity was critical to the further unification of the Roman empire and to the new Vatican power base.</w:t>
      </w:r>
      <w:r>
        <w:br/>
      </w:r>
      <w:r>
        <w:t xml:space="preserve">    (a) viewing in a certain way so as to form a belief or opinion</w:t>
      </w:r>
      <w:r>
        <w:br/>
      </w:r>
      <w:r>
        <w:t xml:space="preserve">    (b) placing trust (in someone) by talking about private things</w:t>
      </w:r>
      <w:r>
        <w:br/>
      </w:r>
      <w:r>
        <w:t xml:space="preserve">    (c) demonstrating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suggest you cite your differences of opinion with the Holy See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as your own Christian organization.</w:t>
      </w:r>
      <w:r>
        <w:br/>
      </w:r>
      <w:r>
        <w:t xml:space="preserve">    (a) genetic change through evolution</w:t>
      </w:r>
      <w:r>
        <w:br/>
      </w:r>
      <w:r>
        <w:t xml:space="preserve">    (b) interact again or interest again</w:t>
      </w:r>
      <w:r>
        <w:br/>
      </w:r>
      <w:r>
        <w:t xml:space="preserve">    (c) set in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Robert is fumbling with is the fact that the blossoming flower resembles the female genitalia,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</w:t>
      </w:r>
      <w:r>
        <w:rPr>
          <w:b/>
          <w:bCs/>
        </w:rPr>
        <w:t xml:space="preserve"> </w:t>
      </w:r>
      <w:r>
        <w:rPr>
          <w:b/>
          <w:bCs/>
        </w:rPr>
        <w:t xml:space="preserve">blossom from which all mankind enters the world.</w:t>
      </w:r>
      <w:r>
        <w:br/>
      </w:r>
      <w:r>
        <w:t xml:space="preserve">    (a) create dramatic change</w:t>
      </w:r>
      <w:r>
        <w:br/>
      </w:r>
      <w:r>
        <w:t xml:space="preserve">    (b) wonderful</w:t>
      </w:r>
      <w:r>
        <w:br/>
      </w:r>
      <w:r>
        <w:t xml:space="preserve">    (c) mirror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"Atbash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sublimely</w:t>
      </w:r>
      <w:r>
        <w:rPr>
          <w:b/>
          <w:bCs/>
        </w:rPr>
        <w:t xml:space="preserve"> </w:t>
      </w:r>
      <w:r>
        <w:rPr>
          <w:b/>
          <w:bCs/>
        </w:rPr>
        <w:t xml:space="preserve">appropriate," Teabing said.</w:t>
      </w:r>
      <w:r>
        <w:br/>
      </w:r>
      <w:r>
        <w:t xml:space="preserve">    (a) extremely</w:t>
      </w:r>
      <w:r>
        <w:br/>
      </w:r>
      <w:r>
        <w:t xml:space="preserve">    (b) done on purpose</w:t>
      </w:r>
      <w:r>
        <w:br/>
      </w:r>
      <w:r>
        <w:t xml:space="preserve">    (c) with steadiness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than three thousand people are entombed or enshrined within Westminster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Abbey</w:t>
      </w:r>
      <w:r>
        <w:rPr>
          <w:b/>
          <w:bCs/>
        </w:rPr>
        <w:t xml:space="preserve">.</w:t>
      </w:r>
      <w:r>
        <w:br/>
      </w:r>
      <w:r>
        <w:t xml:space="preserve">    (a) church</w:t>
      </w:r>
      <w:r>
        <w:br/>
      </w:r>
      <w:r>
        <w:t xml:space="preserve">    (b) a large cathedral open to the public</w:t>
      </w:r>
      <w:r>
        <w:br/>
      </w:r>
      <w:r>
        <w:t xml:space="preserve">    (c) a small, rural parish church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2026-07-31T15:11:57Z</dcterms:created>
  <dcterms:modified xsi:type="dcterms:W3CDTF">2026-07-31T15:11:57Z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