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a4d6b4a81d83e427d600f13218f6b07967a46ea"/>
    <w:p>
      <w:pPr>
        <w:pStyle w:val="Heading1"/>
      </w:pPr>
      <w:r>
        <w:rPr>
          <w:b/>
          <w:bCs/>
        </w:rPr>
        <w:t xml:space="preserve">The Da Vinci Code</w:t>
      </w:r>
      <w:r>
        <w:br/>
      </w:r>
      <w:r>
        <w:rPr>
          <w:i/>
          <w:iCs/>
        </w:rPr>
        <w:t xml:space="preserve">Dan Brown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1975 Paris's Bibliothèque Nationale discovered parchments known as Les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Dossiers</w:t>
      </w:r>
      <w:r>
        <w:rPr>
          <w:b/>
          <w:bCs/>
        </w:rPr>
        <w:t xml:space="preserve"> </w:t>
      </w:r>
      <w:r>
        <w:rPr>
          <w:b/>
          <w:bCs/>
        </w:rPr>
        <w:t xml:space="preserve">Secrets, identifying numerous members of the Priory of Sion, including Sir Isaac Newton, Botticelli, Victor Hugo, and Leonardo da Vinci.</w:t>
      </w:r>
      <w:r>
        <w:br/>
      </w:r>
      <w:r>
        <w:t xml:space="preserve">    (a) highly educated people interested in learning and exploring ideas -- sometimes while ignoring practical considerations</w:t>
      </w:r>
      <w:r>
        <w:br/>
      </w:r>
      <w:r>
        <w:t xml:space="preserve">    (b) believers in the religious movement started by Joseph Smith, especially the beliefs and practices of Latter-day Saints</w:t>
      </w:r>
      <w:r>
        <w:br/>
      </w:r>
      <w:r>
        <w:t xml:space="preserve">    (c) detailed information files, each about a particular person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Around his temples, the gray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highlights</w:t>
      </w:r>
      <w:r>
        <w:rPr>
          <w:b/>
          <w:bCs/>
        </w:rPr>
        <w:t xml:space="preserve"> </w:t>
      </w:r>
      <w:r>
        <w:rPr>
          <w:b/>
          <w:bCs/>
        </w:rPr>
        <w:t xml:space="preserve">were advancing, making their way deeper into his thicket of coarse black hair.</w:t>
      </w:r>
      <w:r>
        <w:br/>
      </w:r>
      <w:r>
        <w:t xml:space="preserve">    (a) recommends or requires what should be done  OR  (of a medical doctor) gives medical instructions -- such as writing that a patient should take antibiotics</w:t>
      </w:r>
      <w:r>
        <w:br/>
      </w:r>
      <w:r>
        <w:t xml:space="preserve">    (b) lighter areas</w:t>
      </w:r>
      <w:r>
        <w:br/>
      </w:r>
      <w:r>
        <w:t xml:space="preserve">    (c) items characterized by narrower parallel folds when closed and wider when open -- such as a door or musical instrument with that characteristic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symbol was known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crux</w:t>
      </w:r>
      <w:r>
        <w:rPr>
          <w:b/>
          <w:bCs/>
        </w:rPr>
        <w:t xml:space="preserve"> </w:t>
      </w:r>
      <w:r>
        <w:rPr>
          <w:b/>
          <w:bCs/>
        </w:rPr>
        <w:t xml:space="preserve">gemmata—a cross bearing thirteen gems—a Christian ideogram for Christ and His twelve apostles.</w:t>
      </w:r>
      <w:r>
        <w:br/>
      </w:r>
      <w:r>
        <w:t xml:space="preserve">    (a) a feeling of anger or unhappiness at having to accept something not liked</w:t>
      </w:r>
      <w:r>
        <w:br/>
      </w:r>
      <w:r>
        <w:t xml:space="preserve">    (b) the most important or difficult part of a problem, argument, or situation</w:t>
      </w:r>
      <w:r>
        <w:br/>
      </w:r>
      <w:r>
        <w:t xml:space="preserve">    (c) Hitler's fanatical and oppressive political party in World War II Germany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Yin and yang</w:t>
      </w:r>
      <w:r>
        <w:rPr>
          <w:b/>
          <w:bCs/>
        </w:rPr>
        <w:t xml:space="preserve">.</w:t>
      </w:r>
      <w:r>
        <w:br/>
      </w:r>
      <w:r>
        <w:t xml:space="preserve">    (a) an implied agreement in which people accept limits and duties in exchange for the protection and benefits of living in an organized society</w:t>
      </w:r>
      <w:r>
        <w:br/>
      </w:r>
      <w:r>
        <w:t xml:space="preserve">    (b) ancient Chinese concept of the relationship of the dark, calm, feminine aspect (yin) with the bright, energetic, masculine aspect (yang)</w:t>
      </w:r>
      <w:r>
        <w:br/>
      </w:r>
      <w:r>
        <w:t xml:space="preserve">    (c) insurance protecting the homeowner and lenders against loss resulting from the sale of real estate that the seller was not free to sell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Originally known as the Wind Rose, 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denoted</w:t>
      </w:r>
      <w:r>
        <w:rPr>
          <w:b/>
          <w:bCs/>
        </w:rPr>
        <w:t xml:space="preserve"> </w:t>
      </w:r>
      <w:r>
        <w:rPr>
          <w:b/>
          <w:bCs/>
        </w:rPr>
        <w:t xml:space="preserve">the directions of the thirty-two winds, blowing from the directions of eight major winds, eight half-winds, and sixteen quarter-winds.</w:t>
      </w:r>
      <w:r>
        <w:br/>
      </w:r>
      <w:r>
        <w:t xml:space="preserve">    (a) embarrassed or self-conscious</w:t>
      </w:r>
      <w:r>
        <w:br/>
      </w:r>
      <w:r>
        <w:t xml:space="preserve">    (b) with rises and falls in pitch</w:t>
      </w:r>
      <w:r>
        <w:br/>
      </w:r>
      <w:r>
        <w:t xml:space="preserve">    (c) stand for or symbolize literally; or be a sign or indicator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 a globe, a Rose Line—also called a meridian 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longitude</w:t>
      </w:r>
      <w:r>
        <w:rPr>
          <w:b/>
          <w:bCs/>
        </w:rPr>
        <w:t xml:space="preserve">—was any imaginary line drawn from the North Pole to the South Pole.</w:t>
      </w:r>
      <w:r>
        <w:br/>
      </w:r>
      <w:r>
        <w:t xml:space="preserve">    (a) lack of interest; or the process of stopping interaction or interest</w:t>
      </w:r>
      <w:r>
        <w:br/>
      </w:r>
      <w:r>
        <w:t xml:space="preserve">    (b) a measure of east/west (relative to the Prime Meridian) on the earth</w:t>
      </w:r>
      <w:r>
        <w:br/>
      </w:r>
      <w:r>
        <w:t xml:space="preserve">    (c) relating to logical examination of something to better understand 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that floor panel is ever broken, the faceless messenger had told her, it means the upper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echelon</w:t>
      </w:r>
      <w:r>
        <w:rPr>
          <w:b/>
          <w:bCs/>
        </w:rPr>
        <w:t xml:space="preserve"> </w:t>
      </w:r>
      <w:r>
        <w:rPr>
          <w:b/>
          <w:bCs/>
        </w:rPr>
        <w:t xml:space="preserve">has been breached.</w:t>
      </w:r>
      <w:r>
        <w:br/>
      </w:r>
      <w:r>
        <w:t xml:space="preserve">    (a) mirror back (an image)</w:t>
      </w:r>
      <w:r>
        <w:br/>
      </w:r>
      <w:r>
        <w:t xml:space="preserve">    (b) level</w:t>
      </w:r>
      <w:r>
        <w:br/>
      </w:r>
      <w:r>
        <w:t xml:space="preserve">    (c) create dramatic change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women were dressed in white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gossamer</w:t>
      </w:r>
      <w:r>
        <w:rPr>
          <w:b/>
          <w:bCs/>
        </w:rPr>
        <w:t xml:space="preserve"> </w:t>
      </w:r>
      <w:r>
        <w:rPr>
          <w:b/>
          <w:bCs/>
        </w:rPr>
        <w:t xml:space="preserve">gowns and golden shoes.</w:t>
      </w:r>
      <w:r>
        <w:br/>
      </w:r>
      <w:r>
        <w:t xml:space="preserve">    (a) dreamlike state of altered consciousness</w:t>
      </w:r>
      <w:r>
        <w:br/>
      </w:r>
      <w:r>
        <w:t xml:space="preserve">    (b) characteristic (of something or someone)</w:t>
      </w:r>
      <w:r>
        <w:br/>
      </w:r>
      <w:r>
        <w:t xml:space="preserve">    (c) extremely light, delicate, airy, or thin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amazed him to think the Vatican was failing at every turn to provide coherent,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stringent</w:t>
      </w:r>
      <w:r>
        <w:rPr>
          <w:b/>
          <w:bCs/>
        </w:rPr>
        <w:t xml:space="preserve"> </w:t>
      </w:r>
      <w:r>
        <w:rPr>
          <w:b/>
          <w:bCs/>
        </w:rPr>
        <w:t xml:space="preserve">guidelines for spiritual growth and yet somehow still found time to give astrophysics lectures to tourists.</w:t>
      </w:r>
      <w:r>
        <w:br/>
      </w:r>
      <w:r>
        <w:t xml:space="preserve">    (a) strict</w:t>
      </w:r>
      <w:r>
        <w:br/>
      </w:r>
      <w:r>
        <w:t xml:space="preserve">    (b) sloped</w:t>
      </w:r>
      <w:r>
        <w:br/>
      </w:r>
      <w:r>
        <w:t xml:space="preserve">    (c) hidden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Feeling the textures of the mitre-crozier appliqué and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facets</w:t>
      </w:r>
      <w:r>
        <w:rPr>
          <w:b/>
          <w:bCs/>
        </w:rPr>
        <w:t xml:space="preserve"> </w:t>
      </w:r>
      <w:r>
        <w:rPr>
          <w:b/>
          <w:bCs/>
        </w:rPr>
        <w:t xml:space="preserve">of the diamonds, he reminded himself that this ring was a symbol of power far less than that which he would soon attain.</w:t>
      </w:r>
      <w:r>
        <w:br/>
      </w:r>
      <w:r>
        <w:t xml:space="preserve">    (a) didn't trust or have confidence in</w:t>
      </w:r>
      <w:r>
        <w:br/>
      </w:r>
      <w:r>
        <w:t xml:space="preserve">    (b) smooth surfaces of a cut gemstone</w:t>
      </w:r>
      <w:r>
        <w:br/>
      </w:r>
      <w:r>
        <w:t xml:space="preserve">    (c) fruit cooked with sugar (like jam)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words surprised Sophie, and yet they hardly seemed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conclusive</w:t>
      </w:r>
      <w:r>
        <w:rPr>
          <w:b/>
          <w:bCs/>
        </w:rPr>
        <w:t xml:space="preserve">.</w:t>
      </w:r>
      <w:r>
        <w:br/>
      </w:r>
      <w:r>
        <w:t xml:space="preserve">    (a) putting an end to doubt or question</w:t>
      </w:r>
      <w:r>
        <w:br/>
      </w:r>
      <w:r>
        <w:t xml:space="preserve">    (b) in a manner that takes on or adopts</w:t>
      </w:r>
      <w:r>
        <w:br/>
      </w:r>
      <w:r>
        <w:t xml:space="preserve">    (c) full of strong desire for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an elaborate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genealogy</w:t>
      </w:r>
      <w:r>
        <w:rPr>
          <w:b/>
          <w:bCs/>
        </w:rPr>
        <w:t xml:space="preserve">.</w:t>
      </w:r>
      <w:r>
        <w:br/>
      </w:r>
      <w:r>
        <w:t xml:space="preserve">    (a) study of family ancestry (family tree)</w:t>
      </w:r>
      <w:r>
        <w:br/>
      </w:r>
      <w:r>
        <w:t xml:space="preserve">    (b) small quantity or indication</w:t>
      </w:r>
      <w:r>
        <w:br/>
      </w:r>
      <w:r>
        <w:t xml:space="preserve">    (c) reason (for doing something)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Historians could not possibly confirm its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authenticity</w:t>
      </w:r>
      <w:r>
        <w:rPr>
          <w:b/>
          <w:bCs/>
        </w:rPr>
        <w:t xml:space="preserve">.</w:t>
      </w:r>
      <w:r>
        <w:br/>
      </w:r>
      <w:r>
        <w:t xml:space="preserve">    (a) quality of being real or true</w:t>
      </w:r>
      <w:r>
        <w:br/>
      </w:r>
      <w:r>
        <w:t xml:space="preserve">    (b) not mirroring back (an image)</w:t>
      </w:r>
      <w:r>
        <w:br/>
      </w:r>
      <w:r>
        <w:t xml:space="preserve">    (c) not recognizable as different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Most of Disney's hidden messages dealt with religion, pagan myth, and stories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subjugated</w:t>
      </w:r>
      <w:r>
        <w:rPr>
          <w:b/>
          <w:bCs/>
        </w:rPr>
        <w:t xml:space="preserve"> </w:t>
      </w:r>
      <w:r>
        <w:rPr>
          <w:b/>
          <w:bCs/>
        </w:rPr>
        <w:t xml:space="preserve">goddess.</w:t>
      </w:r>
      <w:r>
        <w:br/>
      </w:r>
      <w:r>
        <w:t xml:space="preserve">    (a) influenced or effected</w:t>
      </w:r>
      <w:r>
        <w:br/>
      </w:r>
      <w:r>
        <w:t xml:space="preserve">    (b) not roughly calculated</w:t>
      </w:r>
      <w:r>
        <w:br/>
      </w:r>
      <w:r>
        <w:t xml:space="preserve">    (c) forced into submission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Having met the new Pope and many of the cardinals, Langdon knew they were deeply spiritual men who would never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condone</w:t>
      </w:r>
      <w:r>
        <w:rPr>
          <w:b/>
          <w:bCs/>
        </w:rPr>
        <w:t xml:space="preserve"> </w:t>
      </w:r>
      <w:r>
        <w:rPr>
          <w:b/>
          <w:bCs/>
        </w:rPr>
        <w:t xml:space="preserve">assassination.</w:t>
      </w:r>
      <w:r>
        <w:br/>
      </w:r>
      <w:r>
        <w:t xml:space="preserve">    (a) accept without criticism; or approve of</w:t>
      </w:r>
      <w:r>
        <w:br/>
      </w:r>
      <w:r>
        <w:t xml:space="preserve">    (b) not answer questions; or block progress</w:t>
      </w:r>
      <w:r>
        <w:br/>
      </w:r>
      <w:r>
        <w:t xml:space="preserve">    (c) move from more general to more specific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Anyway, it's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immaterial</w:t>
      </w:r>
      <w:r>
        <w:rPr>
          <w:b/>
          <w:bCs/>
        </w:rPr>
        <w:t xml:space="preserve">.</w:t>
      </w:r>
      <w:r>
        <w:br/>
      </w:r>
      <w:r>
        <w:t xml:space="preserve">    (a) not good at making decisions</w:t>
      </w:r>
      <w:r>
        <w:br/>
      </w:r>
      <w:r>
        <w:t xml:space="preserve">    (b) without boundaries or limits</w:t>
      </w:r>
      <w:r>
        <w:br/>
      </w:r>
      <w:r>
        <w:t xml:space="preserve">    (c) not important, or not relevant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Looking at Sophie's substitution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matrix</w:t>
      </w:r>
      <w:r>
        <w:rPr>
          <w:b/>
          <w:bCs/>
        </w:rPr>
        <w:t xml:space="preserve">, Langdon felt a rising thrill that he imagined must have rivaled the thrill felt by early scholars when they first used the Atbash Cipher to decrypt the now famous Mystery of Sheshach.</w:t>
      </w:r>
      <w:r>
        <w:br/>
      </w:r>
      <w:r>
        <w:t xml:space="preserve">    (a) surgical interruption of nerve tracts to and from the frontal lobe of the brain</w:t>
      </w:r>
      <w:r>
        <w:br/>
      </w:r>
      <w:r>
        <w:t xml:space="preserve">    (b) a right that is naturally due because of human nature and the natural condition</w:t>
      </w:r>
      <w:r>
        <w:br/>
      </w:r>
      <w:r>
        <w:t xml:space="preserve">    (c) grid (in this case, with 2 rows in which each column shows what letter to substitute for another letter)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Leigh will become a huge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liability</w:t>
      </w:r>
      <w:r>
        <w:rPr>
          <w:b/>
          <w:bCs/>
        </w:rPr>
        <w:t xml:space="preserve">.</w:t>
      </w:r>
      <w:r>
        <w:br/>
      </w:r>
      <w:r>
        <w:t xml:space="preserve">    (a) the act of interacting or getting interested again</w:t>
      </w:r>
      <w:r>
        <w:br/>
      </w:r>
      <w:r>
        <w:t xml:space="preserve">    (b) someone who creates a problem</w:t>
      </w:r>
      <w:r>
        <w:br/>
      </w:r>
      <w:r>
        <w:t xml:space="preserve">    (c) an image (seen on a mirror or other shiny surface)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watched it rise 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apex</w:t>
      </w:r>
      <w:r>
        <w:rPr>
          <w:b/>
          <w:bCs/>
        </w:rPr>
        <w:t xml:space="preserve"> </w:t>
      </w:r>
      <w:r>
        <w:rPr>
          <w:b/>
          <w:bCs/>
        </w:rPr>
        <w:t xml:space="preserve">of its climb… hovering for a moment in the void… and then tumbling downward, end over end, back toward the stone floor.</w:t>
      </w:r>
      <w:r>
        <w:br/>
      </w:r>
      <w:r>
        <w:t xml:space="preserve">    (a) determination</w:t>
      </w:r>
      <w:r>
        <w:br/>
      </w:r>
      <w:r>
        <w:t xml:space="preserve">    (b) use of reason</w:t>
      </w:r>
      <w:r>
        <w:br/>
      </w:r>
      <w:r>
        <w:t xml:space="preserve">    (c) highest point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...master stonemasons, erecting Templar churches all over Europe, but Rosslyn was considered their most sublime labor of love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veneration</w:t>
      </w:r>
      <w:r>
        <w:rPr>
          <w:b/>
          <w:bCs/>
        </w:rPr>
        <w:t xml:space="preserve">.</w:t>
      </w:r>
      <w:r>
        <w:br/>
      </w:r>
      <w:r>
        <w:t xml:space="preserve">    (a) respect</w:t>
      </w:r>
      <w:r>
        <w:br/>
      </w:r>
      <w:r>
        <w:t xml:space="preserve">    (b) interacts, interests, or attracts</w:t>
      </w:r>
      <w:r>
        <w:br/>
      </w:r>
      <w:r>
        <w:t xml:space="preserve">    (c) because of a basic rule or belief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2026-07-31T15:11:58Z</dcterms:created>
  <dcterms:modified xsi:type="dcterms:W3CDTF">2026-07-31T15:11:58Z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