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29bd4381fff761e8688b6153bd4d9d4a375d12"/>
    <w:p>
      <w:pPr>
        <w:pStyle w:val="Heading1"/>
      </w:pPr>
      <w:r>
        <w:rPr>
          <w:b/>
          <w:bCs/>
        </w:rPr>
        <w:t xml:space="preserve">The Crystal Shard</w:t>
      </w:r>
      <w:r>
        <w:br/>
      </w:r>
      <w:r>
        <w:rPr>
          <w:i/>
          <w:iCs/>
        </w:rPr>
        <w:t xml:space="preserve">R. A. Salvatore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Never again would he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taunted</w:t>
      </w:r>
      <w:r>
        <w:rPr>
          <w:b/>
          <w:bCs/>
        </w:rPr>
        <w:t xml:space="preserve"> </w:t>
      </w:r>
      <w:r>
        <w:rPr>
          <w:b/>
          <w:bCs/>
        </w:rPr>
        <w:t xml:space="preserve">by the other apprentices, boys much younger than he who climbed through the ranks in the guild step by tedious step.</w:t>
      </w:r>
      <w:r>
        <w:br/>
      </w:r>
      <w:r>
        <w:t xml:space="preserve">    (a) concentrated, look at, or paid attention to</w:t>
      </w:r>
      <w:r>
        <w:br/>
      </w:r>
      <w:r>
        <w:t xml:space="preserve">    (b) intentionally angered, challenged, or upset</w:t>
      </w:r>
      <w:r>
        <w:br/>
      </w:r>
      <w:r>
        <w:t xml:space="preserve">    (c) made appropriate in size, amount, or degree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Never again would he be taunted by the other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apprentices</w:t>
      </w:r>
      <w:r>
        <w:rPr>
          <w:b/>
          <w:bCs/>
        </w:rPr>
        <w:t xml:space="preserve">, boys much younger than he who climbed through the ranks in the guild step by tedious step.</w:t>
      </w:r>
      <w:r>
        <w:br/>
      </w:r>
      <w:r>
        <w:t xml:space="preserve">    (a) person who learns a trade or skill through hands-on experience under a skilled worker; or (as a verb) performance of that kind of work</w:t>
      </w:r>
      <w:r>
        <w:br/>
      </w:r>
      <w:r>
        <w:t xml:space="preserve">    (b) injures the ligaments of a joint by stretching them too far (ligaments are the tough, fibrous bands that connect bones across joints)</w:t>
      </w:r>
      <w:r>
        <w:br/>
      </w:r>
      <w:r>
        <w:t xml:space="preserve">    (c) a means of control -- most commonly the straps attached to a bit in a horse's mouth that are used to control it  OR  restrains or controls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felt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vulnerable</w:t>
      </w:r>
      <w:r>
        <w:rPr>
          <w:b/>
          <w:bCs/>
        </w:rPr>
        <w:t xml:space="preserve"> </w:t>
      </w:r>
      <w:r>
        <w:rPr>
          <w:b/>
          <w:bCs/>
        </w:rPr>
        <w:t xml:space="preserve">in the sunlight as a human would in the dark of night.</w:t>
      </w:r>
      <w:r>
        <w:br/>
      </w:r>
      <w:r>
        <w:t xml:space="preserve">    (a) having the characteristic of or relating to bouncing back light/heat/sound...</w:t>
      </w:r>
      <w:r>
        <w:br/>
      </w:r>
      <w:r>
        <w:t xml:space="preserve">    (b) suffering from too few red blood cells</w:t>
      </w:r>
      <w:r>
        <w:br/>
      </w:r>
      <w:r>
        <w:br/>
      </w:r>
      <w:r>
        <w:t xml:space="preserve">or (less commonly):  lacking vitality</w:t>
      </w:r>
      <w:r>
        <w:br/>
      </w:r>
      <w:r>
        <w:t xml:space="preserve">    (c) easily hurt or in need of help; or easily influenced or subject to temptation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huge, one-eyed king himself led the procession, his great, swinging strides indicative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nomads</w:t>
      </w:r>
      <w:r>
        <w:rPr>
          <w:b/>
          <w:bCs/>
        </w:rPr>
        <w:t xml:space="preserve"> </w:t>
      </w:r>
      <w:r>
        <w:rPr>
          <w:b/>
          <w:bCs/>
        </w:rPr>
        <w:t xml:space="preserve">of the tundra.</w:t>
      </w:r>
      <w:r>
        <w:br/>
      </w:r>
      <w:r>
        <w:t xml:space="preserve">    (a) things exclusive to (someone or some group) -- such as an activity or place</w:t>
      </w:r>
      <w:r>
        <w:br/>
      </w:r>
      <w:r>
        <w:t xml:space="preserve">    (b) tending to make a home in different places rather than staying in one place</w:t>
      </w:r>
      <w:r>
        <w:br/>
      </w:r>
      <w:r>
        <w:t xml:space="preserve">    (c) artists who created medieval European art associated with Gothic cathedrals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primarily known for his ferocious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proficiency</w:t>
      </w:r>
      <w:r>
        <w:rPr>
          <w:b/>
          <w:bCs/>
        </w:rPr>
        <w:t xml:space="preserve"> </w:t>
      </w:r>
      <w:r>
        <w:rPr>
          <w:b/>
          <w:bCs/>
        </w:rPr>
        <w:t xml:space="preserve">in battle, Heafstaag was a leader who carefully weighed his every move.</w:t>
      </w:r>
      <w:r>
        <w:br/>
      </w:r>
      <w:r>
        <w:t xml:space="preserve">    (a) snake</w:t>
      </w:r>
      <w:r>
        <w:br/>
      </w:r>
      <w:r>
        <w:t xml:space="preserve">    (b) skill</w:t>
      </w:r>
      <w:r>
        <w:br/>
      </w:r>
      <w:r>
        <w:t xml:space="preserve">    (c) story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now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pondered</w:t>
      </w:r>
      <w:r>
        <w:rPr>
          <w:b/>
          <w:bCs/>
        </w:rPr>
        <w:t xml:space="preserve"> </w:t>
      </w:r>
      <w:r>
        <w:rPr>
          <w:b/>
          <w:bCs/>
        </w:rPr>
        <w:t xml:space="preserve">the quality of his life.</w:t>
      </w:r>
      <w:r>
        <w:br/>
      </w:r>
      <w:r>
        <w:t xml:space="preserve">    (a) was overly unhappy and unsociable</w:t>
      </w:r>
      <w:r>
        <w:br/>
      </w:r>
      <w:r>
        <w:t xml:space="preserve">    (b) not limited or without boundaries</w:t>
      </w:r>
      <w:r>
        <w:br/>
      </w:r>
      <w:r>
        <w:t xml:space="preserve">    (c) thought deeply or carefully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a poor remnant of what had once been a thriving dwarven society, a band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refugees</w:t>
      </w:r>
      <w:r>
        <w:rPr>
          <w:b/>
          <w:bCs/>
        </w:rPr>
        <w:t xml:space="preserve"> </w:t>
      </w:r>
      <w:r>
        <w:rPr>
          <w:b/>
          <w:bCs/>
        </w:rPr>
        <w:t xml:space="preserve">beaten and broken by the loss of their homeland and heritage.</w:t>
      </w:r>
      <w:r>
        <w:br/>
      </w:r>
      <w:r>
        <w:t xml:space="preserve">    (a) quiet voices; or a quiet voice</w:t>
      </w:r>
      <w:r>
        <w:br/>
      </w:r>
      <w:r>
        <w:t xml:space="preserve">    (b) understandings or explanations</w:t>
      </w:r>
      <w:r>
        <w:br/>
      </w:r>
      <w:r>
        <w:t xml:space="preserve">    (c) people who fled their homeland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Bryn Shander remains the key, but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principle</w:t>
      </w:r>
      <w:r>
        <w:rPr>
          <w:b/>
          <w:bCs/>
        </w:rPr>
        <w:t xml:space="preserve"> </w:t>
      </w:r>
      <w:r>
        <w:rPr>
          <w:b/>
          <w:bCs/>
        </w:rPr>
        <w:t xml:space="preserve">city will only be spurred to action if the major fishing towns, Targos in particular, join in.</w:t>
      </w:r>
      <w:r>
        <w:br/>
      </w:r>
      <w:r>
        <w:t xml:space="preserve">    (a) the act of forgiving</w:t>
      </w:r>
      <w:r>
        <w:br/>
      </w:r>
      <w:r>
        <w:t xml:space="preserve">    (b) narrow water passage</w:t>
      </w:r>
      <w:r>
        <w:br/>
      </w:r>
      <w:r>
        <w:t xml:space="preserve">    (c) basic rule or belief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Kemp of Targos surely believes that his walled city is powerful enough to stand alone, whereas its rival, Teralaine, would be hardpressed to hold back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horde</w:t>
      </w:r>
      <w:r>
        <w:rPr>
          <w:b/>
          <w:bCs/>
        </w:rPr>
        <w:t xml:space="preserve">.</w:t>
      </w:r>
      <w:r>
        <w:br/>
      </w:r>
      <w:r>
        <w:t xml:space="preserve">    (a) a hoofed mamma</w:t>
      </w:r>
      <w:r>
        <w:br/>
      </w:r>
      <w:r>
        <w:t xml:space="preserve">    (b) a fat compound</w:t>
      </w:r>
      <w:r>
        <w:br/>
      </w:r>
      <w:r>
        <w:t xml:space="preserve">    (c) a large number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"Who indeed?"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retorted</w:t>
      </w:r>
      <w:r>
        <w:rPr>
          <w:b/>
          <w:bCs/>
        </w:rPr>
        <w:t xml:space="preserve"> </w:t>
      </w:r>
      <w:r>
        <w:rPr>
          <w:b/>
          <w:bCs/>
        </w:rPr>
        <w:t xml:space="preserve">Jensin Brent, now a bit of fluster showing through his calm facade.</w:t>
      </w:r>
      <w:r>
        <w:br/>
      </w:r>
      <w:r>
        <w:t xml:space="preserve">    (a) said indirectly</w:t>
      </w:r>
      <w:r>
        <w:br/>
      </w:r>
      <w:r>
        <w:t xml:space="preserve">    (b) quickly replied</w:t>
      </w:r>
      <w:r>
        <w:br/>
      </w:r>
      <w:r>
        <w:t xml:space="preserve">    (c) greatly annoyed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"Unless we form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alliance</w:t>
      </w:r>
      <w:r>
        <w:rPr>
          <w:b/>
          <w:bCs/>
        </w:rPr>
        <w:t xml:space="preserve">," Regis continued in the same urgent tones, "the horde will overrun our communities one by one, slaughtering any who dare to oppose them!"</w:t>
      </w:r>
      <w:r>
        <w:br/>
      </w:r>
      <w:r>
        <w:t xml:space="preserve">    (a) association formed to support common interests</w:t>
      </w:r>
      <w:r>
        <w:br/>
      </w:r>
      <w:r>
        <w:t xml:space="preserve">    (b) sense of isolation due to competing interests</w:t>
      </w:r>
      <w:r>
        <w:br/>
      </w:r>
      <w:r>
        <w:t xml:space="preserve">    (c) set of competing interests amongst neighbors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longed to announce their glorious charge with a song of war, but they understood that a certain degree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stealth</w:t>
      </w:r>
      <w:r>
        <w:rPr>
          <w:b/>
          <w:bCs/>
        </w:rPr>
        <w:t xml:space="preserve"> </w:t>
      </w:r>
      <w:r>
        <w:rPr>
          <w:b/>
          <w:bCs/>
        </w:rPr>
        <w:t xml:space="preserve">was vital to the ultimate success of deBernezan's battle plan.</w:t>
      </w:r>
      <w:r>
        <w:br/>
      </w:r>
      <w:r>
        <w:t xml:space="preserve">    (a) hard to see or detect; or done in a manner to avoid detection</w:t>
      </w:r>
      <w:r>
        <w:br/>
      </w:r>
      <w:r>
        <w:t xml:space="preserve">    (b) not trustworthy with secrets, and/or conspicuous or obtrusive</w:t>
      </w:r>
      <w:r>
        <w:br/>
      </w:r>
      <w:r>
        <w:t xml:space="preserve">    (c) the state or degree of being able to be taken on as one's own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Bruenor curiously considered the engaging stare and calm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visage</w:t>
      </w:r>
      <w:r>
        <w:rPr>
          <w:b/>
          <w:bCs/>
        </w:rPr>
        <w:t xml:space="preserve"> </w:t>
      </w:r>
      <w:r>
        <w:rPr>
          <w:b/>
          <w:bCs/>
        </w:rPr>
        <w:t xml:space="preserve">as he closed in on the youth.</w:t>
      </w:r>
      <w:r>
        <w:br/>
      </w:r>
      <w:r>
        <w:t xml:space="preserve">    (a) someone who believe in a single God</w:t>
      </w:r>
      <w:r>
        <w:br/>
      </w:r>
      <w:r>
        <w:t xml:space="preserve">    (b) someone's face or facial expression</w:t>
      </w:r>
      <w:r>
        <w:br/>
      </w:r>
      <w:r>
        <w:t xml:space="preserve">    (c) a basic building block for proteins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dwarf openly professed no love for battle, but he swung his notched axe with deadly accuracy and shrugged off blows that would fell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ogre</w:t>
      </w:r>
      <w:r>
        <w:rPr>
          <w:b/>
          <w:bCs/>
        </w:rPr>
        <w:t xml:space="preserve">.</w:t>
      </w:r>
      <w:r>
        <w:br/>
      </w:r>
      <w:r>
        <w:t xml:space="preserve">    (a) someone who persuades someone to want something (often sex or love) by tempting with something desired</w:t>
      </w:r>
      <w:r>
        <w:br/>
      </w:r>
      <w:r>
        <w:t xml:space="preserve">    (b) an elected government representative who (with fellow representatives) has the power to create laws</w:t>
      </w:r>
      <w:r>
        <w:br/>
      </w:r>
      <w:r>
        <w:t xml:space="preserve">    (c) a frightening giant from fairy tales, especially one who eats people; or a cruel or terrifying person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came to accept his penance with stoicism,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heeding</w:t>
      </w:r>
      <w:r>
        <w:rPr>
          <w:b/>
          <w:bCs/>
        </w:rPr>
        <w:t xml:space="preserve"> </w:t>
      </w:r>
      <w:r>
        <w:rPr>
          <w:b/>
          <w:bCs/>
        </w:rPr>
        <w:t xml:space="preserve">Bruenor's commands without question or complaint.</w:t>
      </w:r>
      <w:r>
        <w:br/>
      </w:r>
      <w:r>
        <w:t xml:space="preserve">    (a) moving again into position to work; or starting again</w:t>
      </w:r>
      <w:r>
        <w:br/>
      </w:r>
      <w:r>
        <w:t xml:space="preserve">    (b) spreading one-sided information to influence opinions</w:t>
      </w:r>
      <w:r>
        <w:br/>
      </w:r>
      <w:r>
        <w:t xml:space="preserve">    (c) paying close attention to; or doing what is suggested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Bruenor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reverently</w:t>
      </w:r>
      <w:r>
        <w:rPr>
          <w:b/>
          <w:bCs/>
        </w:rPr>
        <w:t xml:space="preserve"> </w:t>
      </w:r>
      <w:r>
        <w:rPr>
          <w:b/>
          <w:bCs/>
        </w:rPr>
        <w:t xml:space="preserve">removed the small silver mallet and chisel from the coffer and approached the warhammer.</w:t>
      </w:r>
      <w:r>
        <w:br/>
      </w:r>
      <w:r>
        <w:t xml:space="preserve">    (a) with feelings of deep respect and admiration -- sometimes with a mixture of wonder and awe or fear</w:t>
      </w:r>
      <w:r>
        <w:br/>
      </w:r>
      <w:r>
        <w:t xml:space="preserve">    (b) in a manner that is not appropriate or different than would be expected in size, amount, or degree</w:t>
      </w:r>
      <w:r>
        <w:br/>
      </w:r>
      <w:r>
        <w:t xml:space="preserve">    (c) with nervousness or discomfort felt by someone due to concern about what others will think of them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barbarian could use his unrivaled strength more effectively than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deceptive</w:t>
      </w:r>
      <w:r>
        <w:rPr>
          <w:b/>
          <w:bCs/>
        </w:rPr>
        <w:t xml:space="preserve"> </w:t>
      </w:r>
      <w:r>
        <w:rPr>
          <w:b/>
          <w:bCs/>
        </w:rPr>
        <w:t xml:space="preserve">feints and twists.</w:t>
      </w:r>
      <w:r>
        <w:br/>
      </w:r>
      <w:r>
        <w:t xml:space="preserve">    (a) very large</w:t>
      </w:r>
      <w:r>
        <w:br/>
      </w:r>
      <w:r>
        <w:t xml:space="preserve">    (b) misleading</w:t>
      </w:r>
      <w:r>
        <w:br/>
      </w:r>
      <w:r>
        <w:t xml:space="preserve">    (c) changeable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Incited</w:t>
      </w:r>
      <w:r>
        <w:rPr>
          <w:b/>
          <w:bCs/>
        </w:rPr>
        <w:t xml:space="preserve"> </w:t>
      </w:r>
      <w:r>
        <w:rPr>
          <w:b/>
          <w:bCs/>
        </w:rPr>
        <w:t xml:space="preserve">by the aura of suspicion that Kemp had infused, Schermont, the new spokesman from Caer-Konig, pointed an accusing finger at Jensin Brent of Caer-Dineval.</w:t>
      </w:r>
      <w:r>
        <w:br/>
      </w:r>
      <w:r>
        <w:t xml:space="preserve">    (a) collided</w:t>
      </w:r>
      <w:r>
        <w:br/>
      </w:r>
      <w:r>
        <w:t xml:space="preserve">    (b) provoked</w:t>
      </w:r>
      <w:r>
        <w:br/>
      </w:r>
      <w:r>
        <w:t xml:space="preserve">    (c) not said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Taking a deep breath to steady himself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 </w:t>
      </w:r>
      <w:r>
        <w:rPr>
          <w:b/>
          <w:bCs/>
        </w:rPr>
        <w:t xml:space="preserve">his thoughts on the task at hand, he took hold of Aegis-fang and waded into Evermelt.</w:t>
      </w:r>
      <w:r>
        <w:br/>
      </w:r>
      <w:r>
        <w:t xml:space="preserve">    (a) concentrate</w:t>
      </w:r>
      <w:r>
        <w:br/>
      </w:r>
      <w:r>
        <w:t xml:space="preserve">    (b) a real estate loan; or pledging something for a loan</w:t>
      </w:r>
      <w:r>
        <w:br/>
      </w:r>
      <w:r>
        <w:t xml:space="preserve">    (c) make one's home in; or live in; or stay (in a place)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Drizzt paused to consider the presence for a few moments, trying to bring the familiarity he felt into better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focus</w:t>
      </w:r>
      <w:r>
        <w:rPr>
          <w:b/>
          <w:bCs/>
        </w:rPr>
        <w:t xml:space="preserve">.</w:t>
      </w:r>
      <w:r>
        <w:br/>
      </w:r>
      <w:r>
        <w:t xml:space="preserve">    (a) software that stops uninvited software from spreading between computers and causing damage to data and software</w:t>
      </w:r>
      <w:r>
        <w:br/>
      </w:r>
      <w:r>
        <w:t xml:space="preserve">    (b) a state where something has come into view or can be seen clearly; or an adjustment made to permit a clear view</w:t>
      </w:r>
      <w:r>
        <w:br/>
      </w:r>
      <w:r>
        <w:t xml:space="preserve">    (c) a condition where the body cannot properly regulate blood sugar levels because it produces little or no insulin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2026-05-20T03:18:10Z</dcterms:created>
  <dcterms:modified xsi:type="dcterms:W3CDTF">2026-05-20T03:18:10Z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