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62d8e0d6c19be26d2abd85e94dabb980ca46c27"/>
    <w:p>
      <w:pPr>
        <w:pStyle w:val="Heading1"/>
      </w:pPr>
      <w:r>
        <w:rPr>
          <w:b/>
          <w:bCs/>
        </w:rPr>
        <w:t xml:space="preserve">The Count of Monte Cristo</w:t>
      </w:r>
      <w:r>
        <w:br/>
      </w:r>
      <w:r>
        <w:rPr>
          <w:i/>
          <w:iCs/>
        </w:rPr>
        <w:t xml:space="preserve">Alexandre Dumas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waved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adieu</w:t>
      </w:r>
      <w:r>
        <w:rPr>
          <w:b/>
          <w:bCs/>
        </w:rPr>
        <w:t xml:space="preserve"> </w:t>
      </w:r>
      <w:r>
        <w:rPr>
          <w:b/>
          <w:bCs/>
        </w:rPr>
        <w:t xml:space="preserve">to our friends at the train station.</w:t>
      </w:r>
      <w:r>
        <w:br/>
      </w:r>
      <w:r>
        <w:t xml:space="preserve">    (a) hello</w:t>
      </w:r>
      <w:r>
        <w:br/>
      </w:r>
      <w:r>
        <w:t xml:space="preserve">    (b) goodbye</w:t>
      </w:r>
      <w:r>
        <w:br/>
      </w:r>
      <w:r>
        <w:t xml:space="preserve">    (c) greetings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looked forward to meeting his parents, but not without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apprehension</w:t>
      </w:r>
      <w:r>
        <w:rPr>
          <w:b/>
          <w:bCs/>
        </w:rPr>
        <w:t xml:space="preserve">.</w:t>
      </w:r>
      <w:r>
        <w:br/>
      </w:r>
      <w:r>
        <w:t xml:space="preserve">    (a) preparation</w:t>
      </w:r>
      <w:r>
        <w:br/>
      </w:r>
      <w:r>
        <w:t xml:space="preserve">    (b) excitement</w:t>
      </w:r>
      <w:r>
        <w:br/>
      </w:r>
      <w:r>
        <w:t xml:space="preserve">    (c) nervousness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So far, she has evaded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apprehension</w:t>
      </w:r>
      <w:r>
        <w:rPr>
          <w:b/>
          <w:bCs/>
        </w:rPr>
        <w:t xml:space="preserve">, but it's just a matter of time.</w:t>
      </w:r>
      <w:r>
        <w:br/>
      </w:r>
      <w:r>
        <w:t xml:space="preserve">    (a) capture</w:t>
      </w:r>
      <w:r>
        <w:br/>
      </w:r>
      <w:r>
        <w:t xml:space="preserve">    (b) eating</w:t>
      </w:r>
      <w:r>
        <w:br/>
      </w:r>
      <w:r>
        <w:t xml:space="preserve">    (c) sleeping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wealthy family owned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chateau</w:t>
      </w:r>
      <w:r>
        <w:rPr>
          <w:b/>
          <w:bCs/>
        </w:rPr>
        <w:t xml:space="preserve"> </w:t>
      </w:r>
      <w:r>
        <w:rPr>
          <w:b/>
          <w:bCs/>
        </w:rPr>
        <w:t xml:space="preserve">in the wine region.</w:t>
      </w:r>
      <w:r>
        <w:br/>
      </w:r>
      <w:r>
        <w:t xml:space="preserve">    (a) a French manor</w:t>
      </w:r>
      <w:r>
        <w:br/>
      </w:r>
      <w:r>
        <w:t xml:space="preserve">    (b) a city studio</w:t>
      </w:r>
      <w:r>
        <w:br/>
      </w:r>
      <w:r>
        <w:t xml:space="preserve">    (c) a small shack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Please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my gratitude for her hospitality.</w:t>
      </w:r>
      <w:r>
        <w:br/>
      </w:r>
      <w:r>
        <w:t xml:space="preserve">    (a) accept</w:t>
      </w:r>
      <w:r>
        <w:br/>
      </w:r>
      <w:r>
        <w:t xml:space="preserve">    (b) express</w:t>
      </w:r>
      <w:r>
        <w:br/>
      </w:r>
      <w:r>
        <w:t xml:space="preserve">    (c)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hired a carriage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convey</w:t>
      </w:r>
      <w:r>
        <w:rPr>
          <w:b/>
          <w:bCs/>
        </w:rPr>
        <w:t xml:space="preserve"> </w:t>
      </w:r>
      <w:r>
        <w:rPr>
          <w:b/>
          <w:bCs/>
        </w:rPr>
        <w:t xml:space="preserve">us to the city.</w:t>
      </w:r>
      <w:r>
        <w:br/>
      </w:r>
      <w:r>
        <w:t xml:space="preserve">    (a) give service of</w:t>
      </w:r>
      <w:r>
        <w:br/>
      </w:r>
      <w:r>
        <w:t xml:space="preserve">    (b) explain</w:t>
      </w:r>
      <w:r>
        <w:br/>
      </w:r>
      <w:r>
        <w:t xml:space="preserve">    (c) transport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countenance</w:t>
      </w:r>
      <w:r>
        <w:rPr>
          <w:b/>
          <w:bCs/>
        </w:rPr>
        <w:t xml:space="preserve"> </w:t>
      </w:r>
      <w:r>
        <w:rPr>
          <w:b/>
          <w:bCs/>
        </w:rPr>
        <w:t xml:space="preserve">grew stern.</w:t>
      </w:r>
      <w:r>
        <w:br/>
      </w:r>
      <w:r>
        <w:t xml:space="preserve">    (a) facial expression</w:t>
      </w:r>
      <w:r>
        <w:br/>
      </w:r>
      <w:r>
        <w:t xml:space="preserve">    (b) a method of counting</w:t>
      </w:r>
      <w:r>
        <w:br/>
      </w:r>
      <w:r>
        <w:t xml:space="preserve">    (c) voice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will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endeavor</w:t>
      </w:r>
      <w:r>
        <w:rPr>
          <w:b/>
          <w:bCs/>
        </w:rPr>
        <w:t xml:space="preserve"> </w:t>
      </w:r>
      <w:r>
        <w:rPr>
          <w:b/>
          <w:bCs/>
        </w:rPr>
        <w:t xml:space="preserve">to finish by Friday.</w:t>
      </w:r>
      <w:r>
        <w:br/>
      </w:r>
      <w:r>
        <w:t xml:space="preserve">    (a) not be able</w:t>
      </w:r>
      <w:r>
        <w:br/>
      </w:r>
      <w:r>
        <w:t xml:space="preserve">    (b) promise</w:t>
      </w:r>
      <w:r>
        <w:br/>
      </w:r>
      <w:r>
        <w:t xml:space="preserve">    (c) try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Which word choice would help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establish</w:t>
      </w:r>
      <w:r>
        <w:rPr>
          <w:b/>
          <w:bCs/>
        </w:rPr>
        <w:t xml:space="preserve"> </w:t>
      </w:r>
      <w:r>
        <w:rPr>
          <w:b/>
          <w:bCs/>
        </w:rPr>
        <w:t xml:space="preserve">a serious tone.</w:t>
      </w:r>
      <w:r>
        <w:br/>
      </w:r>
      <w:r>
        <w:t xml:space="preserve">    (a) increase</w:t>
      </w:r>
      <w:r>
        <w:br/>
      </w:r>
      <w:r>
        <w:t xml:space="preserve">    (b) create</w:t>
      </w:r>
      <w:r>
        <w:br/>
      </w:r>
      <w:r>
        <w:t xml:space="preserve">    (c) avoid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They have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interposed</w:t>
      </w:r>
      <w:r>
        <w:rPr>
          <w:b/>
          <w:bCs/>
        </w:rPr>
        <w:t xml:space="preserve"> </w:t>
      </w:r>
      <w:r>
        <w:rPr>
          <w:b/>
          <w:bCs/>
        </w:rPr>
        <w:t xml:space="preserve">themselves on the side of our enemy.</w:t>
      </w:r>
      <w:r>
        <w:br/>
      </w:r>
      <w:r>
        <w:t xml:space="preserve">    (a) been seen</w:t>
      </w:r>
      <w:r>
        <w:br/>
      </w:r>
      <w:r>
        <w:t xml:space="preserve">    (b) inserted</w:t>
      </w:r>
      <w:r>
        <w:br/>
      </w:r>
      <w:r>
        <w:t xml:space="preserve">    (c) hidden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magistrate</w:t>
      </w:r>
      <w:r>
        <w:rPr>
          <w:b/>
          <w:bCs/>
        </w:rPr>
        <w:t xml:space="preserve"> </w:t>
      </w:r>
      <w:r>
        <w:rPr>
          <w:b/>
          <w:bCs/>
        </w:rPr>
        <w:t xml:space="preserve">set bail at $10,000.</w:t>
      </w:r>
      <w:r>
        <w:br/>
      </w:r>
      <w:r>
        <w:t xml:space="preserve">    (a) judge</w:t>
      </w:r>
      <w:r>
        <w:br/>
      </w:r>
      <w:r>
        <w:t xml:space="preserve">    (b) queen or king</w:t>
      </w:r>
      <w:r>
        <w:br/>
      </w:r>
      <w:r>
        <w:t xml:space="preserve">    (c) attorney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Researchers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perceive</w:t>
      </w:r>
      <w:r>
        <w:rPr>
          <w:b/>
          <w:bCs/>
        </w:rPr>
        <w:t xml:space="preserve"> </w:t>
      </w:r>
      <w:r>
        <w:rPr>
          <w:b/>
          <w:bCs/>
        </w:rPr>
        <w:t xml:space="preserve">a clear pattern in how the disease spreads through families.</w:t>
      </w:r>
      <w:r>
        <w:br/>
      </w:r>
      <w:r>
        <w:t xml:space="preserve">    (a) carefully measure</w:t>
      </w:r>
      <w:r>
        <w:br/>
      </w:r>
      <w:r>
        <w:t xml:space="preserve">    (b) actively prevent</w:t>
      </w:r>
      <w:r>
        <w:br/>
      </w:r>
      <w:r>
        <w:t xml:space="preserve">    (c) view or understand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It's one thing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perceive</w:t>
      </w:r>
      <w:r>
        <w:rPr>
          <w:b/>
          <w:bCs/>
        </w:rPr>
        <w:t xml:space="preserve"> </w:t>
      </w:r>
      <w:r>
        <w:rPr>
          <w:b/>
          <w:bCs/>
        </w:rPr>
        <w:t xml:space="preserve">something with the senses and another to understand its importance.</w:t>
      </w:r>
      <w:r>
        <w:br/>
      </w:r>
      <w:r>
        <w:t xml:space="preserve">    (a) clearly see</w:t>
      </w:r>
      <w:r>
        <w:br/>
      </w:r>
      <w:r>
        <w:t xml:space="preserve">    (b) physically touch</w:t>
      </w:r>
      <w:r>
        <w:br/>
      </w:r>
      <w:r>
        <w:t xml:space="preserve">    (c) become aware of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Courage is dangerous without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prudence</w:t>
      </w:r>
      <w:r>
        <w:rPr>
          <w:b/>
          <w:bCs/>
        </w:rPr>
        <w:t xml:space="preserve">.</w:t>
      </w:r>
      <w:r>
        <w:br/>
      </w:r>
      <w:r>
        <w:t xml:space="preserve">    (a) good support</w:t>
      </w:r>
      <w:r>
        <w:br/>
      </w:r>
      <w:r>
        <w:t xml:space="preserve">    (b) good sense</w:t>
      </w:r>
      <w:r>
        <w:br/>
      </w:r>
      <w:r>
        <w:t xml:space="preserve">    (c) good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criminal was ordered to pay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recompense</w:t>
      </w:r>
      <w:r>
        <w:rPr>
          <w:b/>
          <w:bCs/>
        </w:rPr>
        <w:t xml:space="preserve"> </w:t>
      </w:r>
      <w:r>
        <w:rPr>
          <w:b/>
          <w:bCs/>
        </w:rPr>
        <w:t xml:space="preserve">to his victims as part of his sentence.</w:t>
      </w:r>
      <w:r>
        <w:br/>
      </w:r>
      <w:r>
        <w:t xml:space="preserve">    (a) an apology</w:t>
      </w:r>
      <w:r>
        <w:br/>
      </w:r>
      <w:r>
        <w:t xml:space="preserve">    (b) a penalty fine</w:t>
      </w:r>
      <w:r>
        <w:br/>
      </w:r>
      <w:r>
        <w:t xml:space="preserve">    (c) compensation for loss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received an invoice for $100 for services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rendered</w:t>
      </w:r>
      <w:r>
        <w:rPr>
          <w:b/>
          <w:bCs/>
        </w:rPr>
        <w:t xml:space="preserve">.</w:t>
      </w:r>
      <w:r>
        <w:br/>
      </w:r>
      <w:r>
        <w:t xml:space="preserve">    (a) described in writing</w:t>
      </w:r>
      <w:r>
        <w:br/>
      </w:r>
      <w:r>
        <w:t xml:space="preserve">    (b) provided or supplied</w:t>
      </w:r>
      <w:r>
        <w:br/>
      </w:r>
      <w:r>
        <w:t xml:space="preserve">    (c) to be performed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disorder will eventually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render</w:t>
      </w:r>
      <w:r>
        <w:rPr>
          <w:b/>
          <w:bCs/>
        </w:rPr>
        <w:t xml:space="preserve"> </w:t>
      </w:r>
      <w:r>
        <w:rPr>
          <w:b/>
          <w:bCs/>
        </w:rPr>
        <w:t xml:space="preserve">her paralyzed.</w:t>
      </w:r>
      <w:r>
        <w:br/>
      </w:r>
      <w:r>
        <w:t xml:space="preserve">    (a) compare</w:t>
      </w:r>
      <w:r>
        <w:br/>
      </w:r>
      <w:r>
        <w:t xml:space="preserve">    (b) unmake</w:t>
      </w:r>
      <w:r>
        <w:br/>
      </w:r>
      <w:r>
        <w:t xml:space="preserve">    (c) make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repugnant</w:t>
      </w:r>
      <w:r>
        <w:rPr>
          <w:b/>
          <w:bCs/>
        </w:rPr>
        <w:t xml:space="preserve"> </w:t>
      </w:r>
      <w:r>
        <w:rPr>
          <w:b/>
          <w:bCs/>
        </w:rPr>
        <w:t xml:space="preserve">behavior at the party made everyone want to go home early.</w:t>
      </w:r>
      <w:r>
        <w:br/>
      </w:r>
      <w:r>
        <w:t xml:space="preserve">    (a) highly amusing</w:t>
      </w:r>
      <w:r>
        <w:br/>
      </w:r>
      <w:r>
        <w:t xml:space="preserve">    (b) deeply offensive</w:t>
      </w:r>
      <w:r>
        <w:br/>
      </w:r>
      <w:r>
        <w:t xml:space="preserve">    (c) warmly welcomed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experiment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data that raised a new set of questions.</w:t>
      </w:r>
      <w:r>
        <w:br/>
      </w:r>
      <w:r>
        <w:t xml:space="preserve">    (a) slowed down</w:t>
      </w:r>
      <w:r>
        <w:br/>
      </w:r>
      <w:r>
        <w:t xml:space="preserve">    (b) destroyed</w:t>
      </w:r>
      <w:r>
        <w:br/>
      </w:r>
      <w:r>
        <w:t xml:space="preserve">    (c) produced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After the scandal, 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yielded</w:t>
      </w:r>
      <w:r>
        <w:rPr>
          <w:b/>
          <w:bCs/>
        </w:rPr>
        <w:t xml:space="preserve"> </w:t>
      </w:r>
      <w:r>
        <w:rPr>
          <w:b/>
          <w:bCs/>
        </w:rPr>
        <w:t xml:space="preserve">to public pressure and resigned her position.</w:t>
      </w:r>
      <w:r>
        <w:br/>
      </w:r>
      <w:r>
        <w:t xml:space="preserve">    (a) gave in</w:t>
      </w:r>
      <w:r>
        <w:br/>
      </w:r>
      <w:r>
        <w:t xml:space="preserve">    (b) added</w:t>
      </w:r>
      <w:r>
        <w:br/>
      </w:r>
      <w:r>
        <w:t xml:space="preserve">    (c) produced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2026-07-31T14:54:01Z</dcterms:created>
  <dcterms:modified xsi:type="dcterms:W3CDTF">2026-07-31T14:54:01Z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